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OSIR-20261005</w:t>
            </w:r>
          </w:p>
        </w:tc>
      </w:tr>
      <w:tr>
        <w:tc>
          <w:tcPr>
            <w:tcW w:type="dxa" w:w="4968"/>
          </w:tcPr>
          <w:p>
            <w:r/>
            <w:r>
              <w:rPr>
                <w:b/>
                <w:sz w:val="19"/>
              </w:rPr>
              <w:t>Produced</w:t>
            </w:r>
          </w:p>
        </w:tc>
        <w:tc>
          <w:tcPr>
            <w:tcW w:type="dxa" w:w="4968"/>
          </w:tcPr>
          <w:p>
            <w:r/>
            <w:r>
              <w:rPr>
                <w:sz w:val="19"/>
              </w:rPr>
              <w:t>050945Z OCT 2026 (0545 EDT, Monday 5 October 2026)</w:t>
            </w:r>
          </w:p>
        </w:tc>
      </w:tr>
      <w:tr>
        <w:tc>
          <w:tcPr>
            <w:tcW w:type="dxa" w:w="4968"/>
          </w:tcPr>
          <w:p>
            <w:r/>
            <w:r>
              <w:rPr>
                <w:b/>
                <w:sz w:val="19"/>
              </w:rPr>
              <w:t>Coverage window</w:t>
            </w:r>
          </w:p>
        </w:tc>
        <w:tc>
          <w:tcPr>
            <w:tcW w:type="dxa" w:w="4968"/>
          </w:tcPr>
          <w:p>
            <w:r/>
            <w:r>
              <w:rPr>
                <w:sz w:val="19"/>
              </w:rPr>
              <w:t>022200Z OCT 2026 to 050920Z OCT 2026 (Friday 1800 EDT through Monday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This Monday edition covers the full weekend and concentrates on developments since the Sunday 4 October edition.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CENTCOM:</w:t>
      </w:r>
      <w:r>
        <w:t xml:space="preserve"> Yemen's government declared a major offensive to retake Houthi-held territory and claims 1,747 Houthi fighters "neutralised." A tanker reported explosions south of Mokha, and another vessel was hit by an unknown projectile in the Strait of Hormuz. Iran's oil minister resigned as the US blockade halts crude exports. </w:t>
      </w:r>
      <w:r>
        <w:rPr>
          <w:vertAlign w:val="superscript"/>
        </w:rPr>
        <w:t>[8]</w:t>
      </w:r>
      <w:r>
        <w:rPr>
          <w:vertAlign w:val="superscript"/>
        </w:rPr>
        <w:t>[9]</w:t>
      </w:r>
      <w:r>
        <w:rPr>
          <w:vertAlign w:val="superscript"/>
        </w:rPr>
        <w:t>[10]</w:t>
      </w:r>
      <w:r>
        <w:rPr>
          <w:vertAlign w:val="superscript"/>
        </w:rPr>
        <w:t>[12]</w:t>
      </w:r>
      <w:r>
        <w:rPr>
          <w:vertAlign w:val="superscript"/>
        </w:rPr>
        <w:t>[13]</w:t>
      </w:r>
    </w:p>
    <w:p>
      <w:pPr>
        <w:pStyle w:val="ListBullet"/>
      </w:pPr>
      <w:r>
        <w:rPr>
          <w:b/>
        </w:rPr>
        <w:t>SOUTHCOM:</w:t>
      </w:r>
      <w:r>
        <w:t xml:space="preserve"> Flávio Bolsonaro edged President Lula 47.0% to 45.2% in Brazil's first round. The two meet in a runoff on 25 October. </w:t>
      </w:r>
      <w:r>
        <w:rPr>
          <w:vertAlign w:val="superscript"/>
        </w:rPr>
        <w:t>[51]</w:t>
      </w:r>
      <w:r>
        <w:rPr>
          <w:vertAlign w:val="superscript"/>
        </w:rPr>
        <w:t>[52]</w:t>
      </w:r>
    </w:p>
    <w:p>
      <w:pPr>
        <w:pStyle w:val="ListBullet"/>
      </w:pPr>
      <w:r>
        <w:rPr>
          <w:b/>
        </w:rPr>
        <w:t>EUCOM:</w:t>
      </w:r>
      <w:r>
        <w:t xml:space="preserve"> Russia launched 205 drones overnight and hit Kharkiv with Banderol cruise missiles, killing 5 and injuring 61 across Ukraine in a day. Zelensky says the US has proposed technical-level trilateral talks with Russia by the end of October. Pro-Russian parties held Republika Srpska in Bosnia's elections. </w:t>
      </w:r>
      <w:r>
        <w:rPr>
          <w:vertAlign w:val="superscript"/>
        </w:rPr>
        <w:t>[23]</w:t>
      </w:r>
      <w:r>
        <w:rPr>
          <w:vertAlign w:val="superscript"/>
        </w:rPr>
        <w:t>[26]</w:t>
      </w:r>
      <w:r>
        <w:rPr>
          <w:vertAlign w:val="superscript"/>
        </w:rPr>
        <w:t>[19]</w:t>
      </w:r>
      <w:r>
        <w:rPr>
          <w:vertAlign w:val="superscript"/>
        </w:rPr>
        <w:t>[20]</w:t>
      </w:r>
    </w:p>
    <w:p>
      <w:pPr>
        <w:pStyle w:val="ListBullet"/>
      </w:pPr>
      <w:r>
        <w:rPr>
          <w:b/>
        </w:rPr>
        <w:t>AFRICOM:</w:t>
      </w:r>
      <w:r>
        <w:t xml:space="preserve"> Federal forces now control Mekelle, and the TPLF vows an insurgency. Egypt hosted Eritrea, Somalia and Sudan at a four-way summit that Ethiopia sees as hostile. </w:t>
      </w:r>
      <w:r>
        <w:rPr>
          <w:vertAlign w:val="superscript"/>
        </w:rPr>
        <w:t>[1]</w:t>
      </w:r>
      <w:r>
        <w:rPr>
          <w:vertAlign w:val="superscript"/>
        </w:rPr>
        <w:t>[2]</w:t>
      </w:r>
      <w:r>
        <w:rPr>
          <w:vertAlign w:val="superscript"/>
        </w:rPr>
        <w:t>[3]</w:t>
      </w:r>
    </w:p>
    <w:p>
      <w:pPr>
        <w:pStyle w:val="ListBullet"/>
      </w:pPr>
      <w:r>
        <w:rPr>
          <w:b/>
        </w:rPr>
        <w:t>INDOPACOM:</w:t>
      </w:r>
      <w:r>
        <w:t xml:space="preserve"> China Coast Guard ships and a PLA Navy helicopter blocked a Philippine law-enforcement operation near Pag-asa Island. A US Marine was arrested in a robbery-murder in Okinawa. </w:t>
      </w:r>
      <w:r>
        <w:rPr>
          <w:vertAlign w:val="superscript"/>
        </w:rPr>
        <w:t>[29]</w:t>
      </w:r>
      <w:r>
        <w:rPr>
          <w:vertAlign w:val="superscript"/>
        </w:rPr>
        <w:t>[34]</w:t>
      </w:r>
    </w:p>
    <w:p>
      <w:pPr>
        <w:pStyle w:val="ListBullet"/>
      </w:pPr>
      <w:r>
        <w:rPr>
          <w:b/>
        </w:rPr>
        <w:t>NORTHCOM:</w:t>
      </w:r>
      <w:r>
        <w:t xml:space="preserve"> The US ambassador to Mexico linked Mexico's 500-troop Tamaulipas deployment to cartel fire on the US Coast Guard; Mexico's own statement did not. The Coast Guard ended its search for a lost air ambulance off Nantucket, with six aboard presumed dead. </w:t>
      </w:r>
      <w:r>
        <w:rPr>
          <w:vertAlign w:val="superscript"/>
        </w:rPr>
        <w:t>[47]</w:t>
      </w:r>
      <w:r>
        <w:rPr>
          <w:vertAlign w:val="superscript"/>
        </w:rPr>
        <w:t>[48]</w:t>
      </w:r>
      <w:r>
        <w:rPr>
          <w:vertAlign w:val="superscript"/>
        </w:rPr>
        <w:t>[45]</w:t>
      </w:r>
    </w:p>
    <w:p>
      <w:pPr>
        <w:pStyle w:val="Heading1"/>
      </w:pPr>
      <w:r>
        <w:rPr>
          <w:rFonts w:ascii="Consolas" w:hAnsi="Consolas"/>
          <w:color w:val="FFB000"/>
        </w:rPr>
        <w:t xml:space="preserve">// </w:t>
      </w:r>
      <w:r>
        <w:rPr>
          <w:color w:val="282828"/>
        </w:rPr>
        <w:t>AFRICOM</w:t>
      </w:r>
    </w:p>
    <w:p>
      <w:r>
        <w:rPr>
          <w:b/>
        </w:rPr>
        <w:t>ETHIOPIA: Federal forces consolidate control of Mekelle; TPLF vows an insurgent campaign</w:t>
      </w:r>
    </w:p>
    <w:p>
      <w:r>
        <w:t xml:space="preserve">By Sunday 4 Oct, federal troops were patrolling Mekelle and guarding key institutions after the TPLF left the city without resistance. Communications to the city were restored for the first time in over a week </w:t>
      </w:r>
      <w:r>
        <w:rPr>
          <w:vertAlign w:val="superscript"/>
        </w:rPr>
        <w:t>[1]</w:t>
      </w:r>
      <w:r>
        <w:t xml:space="preserve">. TPLF leader Debretsion Gebremichael said the group will "strike the enemy wherever we choose" and called the pullback tactical. Al Jazeera reports the fighting has spread into the Afar region </w:t>
      </w:r>
      <w:r>
        <w:rPr>
          <w:vertAlign w:val="superscript"/>
        </w:rPr>
        <w:t>[2]</w:t>
      </w:r>
      <w:r>
        <w:t>.</w:t>
      </w:r>
    </w:p>
    <w:p>
      <w:r>
        <w:rPr>
          <w:rFonts w:ascii="Consolas" w:hAnsi="Consolas"/>
          <w:b/>
          <w:color w:val="55604B"/>
        </w:rPr>
        <w:t>Assessment:</w:t>
      </w:r>
      <w:r>
        <w:t xml:space="preserve"> The TPLF will likely move to dispersed guerrilla operations in rural Tigray and along the Afar border. Federal control of Mekelle probably does not mean the conflict is ending.</w:t>
      </w:r>
    </w:p>
    <w:p>
      <w:r>
        <w:rPr>
          <w:b/>
        </w:rPr>
        <w:t>EGYPT / ERITREA / SOMALIA / SUDAN: Alamein four-way summit deepens Ethiopia's isolation</w:t>
      </w:r>
    </w:p>
    <w:p>
      <w:r>
        <w:t xml:space="preserve">On 4 Oct, President Sisi hosted Eritrea's Isaias Afwerki, Somalia's Hassan Sheikh Mohamud and Sudan's Gen. Abdel Fattah al-Burhan. Their joint statement called for settling regional disputes by "peaceful means" and for non-interference in Horn of Africa affairs </w:t>
      </w:r>
      <w:r>
        <w:rPr>
          <w:vertAlign w:val="superscript"/>
        </w:rPr>
        <w:t>[3]</w:t>
      </w:r>
      <w:r>
        <w:t xml:space="preserve">. Unnamed sources told The National the four plan wider military cooperation "to safeguard the region and protect Red Sea shipping." Ethiopia accuses all four of backing the Tigray rebellion, which they deny </w:t>
      </w:r>
      <w:r>
        <w:rPr>
          <w:vertAlign w:val="superscript"/>
        </w:rPr>
        <w:t>[3]</w:t>
      </w:r>
      <w:r>
        <w:rPr>
          <w:vertAlign w:val="superscript"/>
        </w:rPr>
        <w:t>[1]</w:t>
      </w:r>
      <w:r>
        <w:t>.</w:t>
      </w:r>
    </w:p>
    <w:p>
      <w:r>
        <w:rPr>
          <w:rFonts w:ascii="Consolas" w:hAnsi="Consolas"/>
          <w:b/>
          <w:color w:val="55604B"/>
        </w:rPr>
        <w:t>Assessment:</w:t>
      </w:r>
      <w:r>
        <w:t xml:space="preserve"> The summit makes it more likely that Ethiopia's internal war becomes a regional one. Addis Ababa will very likely read the bloc as hostile encirclement and harden its position toward Eritrea.</w:t>
      </w:r>
    </w:p>
    <w:p>
      <w:r>
        <w:rPr>
          <w:b/>
        </w:rPr>
        <w:t>SUDAN: Army and RSF/SPLM-N give conflicting claims on the Blue Nile front</w:t>
      </w:r>
    </w:p>
    <w:p>
      <w:r>
        <w:t xml:space="preserve">The RSF-allied SPLM-N says it captured a strategic area in the Al-Kadalou border zone near the Blue Nile state capital, close to the Ethiopian border. The army says it "thwarted an attempted push" </w:t>
      </w:r>
      <w:r>
        <w:rPr>
          <w:vertAlign w:val="superscript"/>
        </w:rPr>
        <w:t>[4]</w:t>
      </w:r>
      <w:r>
        <w:t xml:space="preserve">. Al Jazeera reports the army's 4th Infantry Division claimed a "knockout blow" against RSF/SPLM-N forces in the Minza and Bashkarkad areas </w:t>
      </w:r>
      <w:r>
        <w:rPr>
          <w:vertAlign w:val="superscript"/>
        </w:rPr>
        <w:t>[5]</w:t>
      </w:r>
      <w:r>
        <w:t>. Neither side's claims have been independently verified.</w:t>
      </w:r>
    </w:p>
    <w:p>
      <w:r>
        <w:rPr>
          <w:rFonts w:ascii="Consolas" w:hAnsi="Consolas"/>
          <w:b/>
          <w:color w:val="55604B"/>
        </w:rPr>
        <w:t>Assessment:</w:t>
      </w:r>
      <w:r>
        <w:t xml:space="preserve"> Fighting in Blue Nile is likely to grow as the Ethiopian crisis raises the risk of cross-border spillover and proxy activity.</w:t>
      </w:r>
    </w:p>
    <w:p>
      <w:r>
        <w:rPr>
          <w:b/>
        </w:rPr>
        <w:t>SOMALIA / SOMALILAND: Hargeisa rejects Mogadishu's claims over Israel ties and Berbera</w:t>
      </w:r>
    </w:p>
    <w:p>
      <w:r>
        <w:t xml:space="preserve">Somaliland's Foreign Ministry called President Hassan Sheikh Mohamud's remarks in an Al Jazeera interview "misleading." It said Somalia has no authority over Somaliland's foreign policy and that its ties with Israel are a sovereign decision. It also said Berbera poses no threat to its neighbors and restated support for Ethiopian sea access under the January 2024 MoU </w:t>
      </w:r>
      <w:r>
        <w:rPr>
          <w:vertAlign w:val="superscript"/>
        </w:rPr>
        <w:t>[6]</w:t>
      </w:r>
      <w:r>
        <w:t>.</w:t>
      </w:r>
    </w:p>
    <w:p>
      <w:r>
        <w:rPr>
          <w:rFonts w:ascii="Consolas" w:hAnsi="Consolas"/>
          <w:b/>
          <w:color w:val="55604B"/>
        </w:rPr>
        <w:t>Assessment:</w:t>
      </w:r>
      <w:r>
        <w:t xml:space="preserve"> The dispute now tracks the wider split between the Egypt-led bloc and Ethiopia. Friction over Berbera will likely rise.</w:t>
      </w:r>
    </w:p>
    <w:p>
      <w:r>
        <w:rPr>
          <w:b/>
        </w:rPr>
        <w:t>NIGERIA: At least 28 killed in Plateau State attacks despite curfew</w:t>
      </w:r>
    </w:p>
    <w:p>
      <w:r>
        <w:t xml:space="preserve">At least 28 people were killed in attacks in the Mangu, Bokkos and Barkin Ladi local government areas, where a dusk-to-dawn curfew has been in force since 21 Sep. In the latest attack, at about 1730 on 4 Oct, gunmen fired on Fulani herders near Bukuru in Jos South, killing two and wounding six </w:t>
      </w:r>
      <w:r>
        <w:rPr>
          <w:vertAlign w:val="superscript"/>
        </w:rPr>
        <w:t>[7]</w:t>
      </w:r>
      <w:r>
        <w:t>.</w:t>
      </w:r>
    </w:p>
    <w:p>
      <w:r>
        <w:rPr>
          <w:rFonts w:ascii="Consolas" w:hAnsi="Consolas"/>
          <w:b/>
          <w:color w:val="55604B"/>
        </w:rPr>
        <w:t>Assessment:</w:t>
      </w:r>
      <w:r>
        <w:t xml:space="preserve"> Communal violence in Plateau will very likely continue despite the curfew, and the risk of reprisal attacks is high.</w:t>
      </w:r>
    </w:p>
    <w:p>
      <w:r>
        <w:rPr>
          <w:i/>
        </w:rPr>
        <w:t>Collection gap: no dated weekend reporting was confirmed for the Sahel, DRC/M23, Libya, Mozambique or Chad.</w:t>
      </w:r>
    </w:p>
    <w:p>
      <w:pPr>
        <w:pStyle w:val="Heading1"/>
      </w:pPr>
      <w:r>
        <w:rPr>
          <w:rFonts w:ascii="Consolas" w:hAnsi="Consolas"/>
          <w:color w:val="FFB000"/>
        </w:rPr>
        <w:t xml:space="preserve">// </w:t>
      </w:r>
      <w:r>
        <w:rPr>
          <w:color w:val="282828"/>
        </w:rPr>
        <w:t>CENTCOM</w:t>
      </w:r>
    </w:p>
    <w:p>
      <w:r>
        <w:rPr>
          <w:b/>
        </w:rPr>
        <w:t>YEMEN: Government declares a major offensive against the Houthis and claims heavy Houthi losses</w:t>
      </w:r>
    </w:p>
    <w:p>
      <w:r>
        <w:t xml:space="preserve">On 4 Oct, Presidential Leadership Council chairman Rashad al-Alimi announced a major military operation to recover "the remaining territories" held by the Houthis. The Houthis recently advanced near Taiz and along the Red Sea coast </w:t>
      </w:r>
      <w:r>
        <w:rPr>
          <w:vertAlign w:val="superscript"/>
        </w:rPr>
        <w:t>[8]</w:t>
      </w:r>
      <w:r>
        <w:t xml:space="preserve">. On 5 Oct, government military spokesman Majed al-Nuzaili said forces had carried out 1,122 operations across Saada, al-Jawf, Taiz and coastal areas, "neutralised" 1,747 Houthi fighters and destroyed 364 vehicles. Coalition spokesman Turki al-Maliki said the Saudi-led coalition will keep supporting the offensive </w:t>
      </w:r>
      <w:r>
        <w:rPr>
          <w:vertAlign w:val="superscript"/>
        </w:rPr>
        <w:t>[9]</w:t>
      </w:r>
      <w:r>
        <w:t>.</w:t>
      </w:r>
    </w:p>
    <w:p>
      <w:r>
        <w:rPr>
          <w:rFonts w:ascii="Consolas" w:hAnsi="Consolas"/>
          <w:b/>
          <w:color w:val="55604B"/>
        </w:rPr>
        <w:t>Assessment:</w:t>
      </w:r>
      <w:r>
        <w:t xml:space="preserve"> The casualty figures are almost certainly inflated and have not been independently confirmed. Fighting on the Taiz and Tor al-Baha axes is likely to intensify over the next 72 hours, and Houthi retaliation against Saudi territory is likely.</w:t>
      </w:r>
    </w:p>
    <w:p>
      <w:r>
        <w:rPr>
          <w:b/>
        </w:rPr>
        <w:t>RED SEA: Tanker reports multiple explosions about 60 nm south of Mokha</w:t>
      </w:r>
    </w:p>
    <w:p>
      <w:r>
        <w:t xml:space="preserve">On 4 Oct, UKMTO reported multiple explosions near a commercial tanker about 60 nautical miles south of Mokha, near the Bab el-Mandeb. The crew was reported safe </w:t>
      </w:r>
      <w:r>
        <w:rPr>
          <w:vertAlign w:val="superscript"/>
        </w:rPr>
        <w:t>[10]</w:t>
      </w:r>
      <w:r>
        <w:rPr>
          <w:vertAlign w:val="superscript"/>
        </w:rPr>
        <w:t>[11]</w:t>
      </w:r>
      <w:r>
        <w:t>. The vessel was not named in the reporting reviewed, and no one has claimed responsibility.</w:t>
      </w:r>
    </w:p>
    <w:p>
      <w:r>
        <w:rPr>
          <w:rFonts w:ascii="Consolas" w:hAnsi="Consolas"/>
          <w:b/>
          <w:color w:val="55604B"/>
        </w:rPr>
        <w:t>Assessment:</w:t>
      </w:r>
      <w:r>
        <w:t xml:space="preserve"> The Houthis were likely responsible, given their control of the coast around Mokha and the escalating offensive against them. Further incidents in the southern Red Sea are likely while the government offensive continues.</w:t>
      </w:r>
    </w:p>
    <w:p>
      <w:r>
        <w:rPr>
          <w:b/>
        </w:rPr>
        <w:t>IRAN / STRAIT OF HORMUZ: Another vessel hit by an "unknown projectile"</w:t>
      </w:r>
    </w:p>
    <w:p>
      <w:r>
        <w:t xml:space="preserve">UKMTO reported on 4 Oct that a vessel transiting the Strait of Hormuz was hit by an unknown projectile that damaged its engine room. The crew was safe, and the vessel was not named </w:t>
      </w:r>
      <w:r>
        <w:rPr>
          <w:vertAlign w:val="superscript"/>
        </w:rPr>
        <w:t>[12]</w:t>
      </w:r>
      <w:r>
        <w:t>. The incident follows a crude tanker hit east of Oman around 2–3 Oct.</w:t>
      </w:r>
    </w:p>
    <w:p>
      <w:r>
        <w:rPr>
          <w:rFonts w:ascii="Consolas" w:hAnsi="Consolas"/>
          <w:b/>
          <w:color w:val="55604B"/>
        </w:rPr>
        <w:t>Assessment:</w:t>
      </w:r>
      <w:r>
        <w:t xml:space="preserve"> These strikes are likely part of Iran's effort to impose costs on shipping while the US blockade holds. Further hits in or near the strait are likely within 72 hours.</w:t>
      </w:r>
    </w:p>
    <w:p>
      <w:r>
        <w:rPr>
          <w:b/>
        </w:rPr>
        <w:t>IRAN: Oil minister resigns as the blockade halts exports; NIOC chief named acting minister</w:t>
      </w:r>
    </w:p>
    <w:p>
      <w:r>
        <w:t xml:space="preserve">Oil Minister Mohsen Paknejad resigned citing "personal reasons." President Pezeshkian accepted the resignation and named Hamid Bovard, head of the National Iranian Oil Company, as acting minister </w:t>
      </w:r>
      <w:r>
        <w:rPr>
          <w:vertAlign w:val="superscript"/>
        </w:rPr>
        <w:t>[13]</w:t>
      </w:r>
      <w:r>
        <w:rPr>
          <w:vertAlign w:val="superscript"/>
        </w:rPr>
        <w:t>[14]</w:t>
      </w:r>
      <w:r>
        <w:t xml:space="preserve">. The rial hit a record low of 2.723 million to the dollar on 4 Oct, and US Treasury Secretary Bessent said Iran would have "no oil cargoes on the water this week" </w:t>
      </w:r>
      <w:r>
        <w:rPr>
          <w:vertAlign w:val="superscript"/>
        </w:rPr>
        <w:t>[13]</w:t>
      </w:r>
      <w:r>
        <w:t xml:space="preserve">. Tehran says it is reviewing a US response to its proposal, while US reporting says the Theodore Roosevelt carrier group and the Makin Island amphibious group are moving into the region pending a presidential decision on Iran </w:t>
      </w:r>
      <w:r>
        <w:rPr>
          <w:vertAlign w:val="superscript"/>
        </w:rPr>
        <w:t>[13]</w:t>
      </w:r>
      <w:r>
        <w:rPr>
          <w:vertAlign w:val="superscript"/>
        </w:rPr>
        <w:t>[15]</w:t>
      </w:r>
      <w:r>
        <w:t>.</w:t>
      </w:r>
    </w:p>
    <w:p>
      <w:r>
        <w:rPr>
          <w:rFonts w:ascii="Consolas" w:hAnsi="Consolas"/>
          <w:b/>
          <w:color w:val="55604B"/>
        </w:rPr>
        <w:t>Assessment:</w:t>
      </w:r>
      <w:r>
        <w:t xml:space="preserve"> The resignation likely reflects strain inside the government from collapsing oil revenue. It is unlikely to change Iran's negotiating position or Hormuz posture in the near term.</w:t>
      </w:r>
    </w:p>
    <w:p>
      <w:r>
        <w:rPr>
          <w:b/>
        </w:rPr>
        <w:t>ISRAEL / GAZA: Strikes continue; crossings to close for 7 October; aviation security review after flydubai attack</w:t>
      </w:r>
    </w:p>
    <w:p>
      <w:r>
        <w:t xml:space="preserve">At least six Palestinians were killed in Israeli strikes over the weekend, including five people in a strike on an apartment building on Saturday </w:t>
      </w:r>
      <w:r>
        <w:rPr>
          <w:vertAlign w:val="superscript"/>
        </w:rPr>
        <w:t>[16]</w:t>
      </w:r>
      <w:r>
        <w:t xml:space="preserve">. Defense Minister Katz ordered all crossings into Gaza and the West Bank closed for the 7 October anniversary </w:t>
      </w:r>
      <w:r>
        <w:rPr>
          <w:vertAlign w:val="superscript"/>
        </w:rPr>
        <w:t>[16]</w:t>
      </w:r>
      <w:r>
        <w:t xml:space="preserve">. On the evening of 4 Oct, Prime Minister Netanyahu ordered the National Security Council to review security for foreign civilian flights after the flydubai attack. Investigators said the Omani co-pilot planned to crash into Ben Gurion Airport </w:t>
      </w:r>
      <w:r>
        <w:rPr>
          <w:vertAlign w:val="superscript"/>
        </w:rPr>
        <w:t>[17]</w:t>
      </w:r>
      <w:r>
        <w:t>.</w:t>
      </w:r>
    </w:p>
    <w:p>
      <w:r>
        <w:rPr>
          <w:rFonts w:ascii="Consolas" w:hAnsi="Consolas"/>
          <w:b/>
          <w:color w:val="55604B"/>
        </w:rPr>
        <w:t>Assessment:</w:t>
      </w:r>
      <w:r>
        <w:t xml:space="preserve"> Israel's security posture is very likely to tighten around 7 Oct, with a higher risk of attacks or unrest in the West Bank.</w:t>
      </w:r>
    </w:p>
    <w:p>
      <w:r>
        <w:rPr>
          <w:b/>
        </w:rPr>
        <w:t>PAKISTAN: PTI march toward Islamabad resumes; capital restricts access to the Red Zone</w:t>
      </w:r>
    </w:p>
    <w:p>
      <w:r>
        <w:t xml:space="preserve">On 5 Oct, the PTI convoy led by Khyber Pakhtunkhwa Chief Minister Sohail Afridi resumed from Karak. Its route runs through Kohat, Peshawar and Charsadda to Khairabad, reaching the provincial border on Thursday. Islamabad police cut Red Zone entry points to one or two and placed shipping containers near sensitive sites. No clashes have been reported </w:t>
      </w:r>
      <w:r>
        <w:rPr>
          <w:vertAlign w:val="superscript"/>
        </w:rPr>
        <w:t>[18]</w:t>
      </w:r>
      <w:r>
        <w:t>.</w:t>
      </w:r>
    </w:p>
    <w:p>
      <w:r>
        <w:rPr>
          <w:rFonts w:ascii="Consolas" w:hAnsi="Consolas"/>
          <w:b/>
          <w:color w:val="55604B"/>
        </w:rPr>
        <w:t>Assessment:</w:t>
      </w:r>
      <w:r>
        <w:t xml:space="preserve"> A confrontation is unlikely before the convoy leaves Khyber Pakhtunkhwa around 8 Oct. Clashes are likely if it tries to enter Punjab or Islamabad.</w:t>
      </w:r>
    </w:p>
    <w:p>
      <w:r>
        <w:rPr>
          <w:i/>
        </w:rPr>
        <w:t>Collection gap: no verifiable in-window reporting was found for Lebanon, Syria, Iraq, Afghanistan or Central Asia. The Yemeni government's casualty figures have no independent check.</w:t>
      </w:r>
    </w:p>
    <w:p>
      <w:pPr>
        <w:pStyle w:val="Heading1"/>
      </w:pPr>
      <w:r>
        <w:rPr>
          <w:rFonts w:ascii="Consolas" w:hAnsi="Consolas"/>
          <w:color w:val="FFB000"/>
        </w:rPr>
        <w:t xml:space="preserve">// </w:t>
      </w:r>
      <w:r>
        <w:rPr>
          <w:color w:val="282828"/>
        </w:rPr>
        <w:t>EUCOM</w:t>
      </w:r>
    </w:p>
    <w:p>
      <w:r>
        <w:rPr>
          <w:b/>
        </w:rPr>
        <w:t>BOSNIA AND HERZEGOVINA: Preliminary results return incumbents; Dodik's SNSD holds Republika Srpska</w:t>
      </w:r>
    </w:p>
    <w:p>
      <w:r>
        <w:t xml:space="preserve">Preliminary results from the 4 Oct general elections put Denis Bećirović (SDP), Darijana Filipović (HDZ) and Željka Cvijanović (SNSD) ahead for the three presidency seats. Savo Minić (SNSD) leads for Republika Srpska president. Turnout was about 42% </w:t>
      </w:r>
      <w:r>
        <w:rPr>
          <w:vertAlign w:val="superscript"/>
        </w:rPr>
        <w:t>[19]</w:t>
      </w:r>
      <w:r>
        <w:t xml:space="preserve">. Milorad Dodik, who is barred from office, claimed victory for his party and thanked both Donald Trump and Vladimir Putin </w:t>
      </w:r>
      <w:r>
        <w:rPr>
          <w:vertAlign w:val="superscript"/>
        </w:rPr>
        <w:t>[20]</w:t>
      </w:r>
      <w:r>
        <w:t>.</w:t>
      </w:r>
    </w:p>
    <w:p>
      <w:r>
        <w:rPr>
          <w:rFonts w:ascii="Consolas" w:hAnsi="Consolas"/>
          <w:b/>
          <w:color w:val="55604B"/>
        </w:rPr>
        <w:t>Assessment:</w:t>
      </w:r>
      <w:r>
        <w:t xml:space="preserve"> SNSD control of Republika Srpska very likely continues the political deadlock and secessionist rhetoric, and will probably slow EU-related reforms.</w:t>
      </w:r>
    </w:p>
    <w:p>
      <w:r>
        <w:rPr>
          <w:b/>
        </w:rPr>
        <w:t>LATVIA: Ruling United List wins 42 of 100 Saeima seats on record-low turnout</w:t>
      </w:r>
    </w:p>
    <w:p>
      <w:r>
        <w:t xml:space="preserve">With nearly all votes counted, United List has 42 seats, followed by Latvia First (17), Sovereign Power (14), National Alliance (11), Progressives (9) and New Unity (7) </w:t>
      </w:r>
      <w:r>
        <w:rPr>
          <w:vertAlign w:val="superscript"/>
        </w:rPr>
        <w:t>[21]</w:t>
      </w:r>
      <w:r>
        <w:t xml:space="preserve">. Turnout was 51.6%, the lowest on record. Prime Minister Andris Kulbergs is well placed to form a coalition </w:t>
      </w:r>
      <w:r>
        <w:rPr>
          <w:vertAlign w:val="superscript"/>
        </w:rPr>
        <w:t>[22]</w:t>
      </w:r>
      <w:r>
        <w:t>.</w:t>
      </w:r>
    </w:p>
    <w:p>
      <w:r>
        <w:rPr>
          <w:rFonts w:ascii="Consolas" w:hAnsi="Consolas"/>
          <w:b/>
          <w:color w:val="55604B"/>
        </w:rPr>
        <w:t>Assessment:</w:t>
      </w:r>
      <w:r>
        <w:t xml:space="preserve"> A pro-Ukraine coalition led by United List is very likely. Strong showings by Latvia First and Sovereign Power will probably increase populist pressure from the opposition.</w:t>
      </w:r>
    </w:p>
    <w:p>
      <w:r>
        <w:rPr>
          <w:b/>
        </w:rPr>
        <w:t>UKRAINE: 205 drones overnight; Banderol strike on Kharkiv; 5 killed and 61 injured in a day</w:t>
      </w:r>
    </w:p>
    <w:p>
      <w:r>
        <w:t xml:space="preserve">Overnight 4–5 Oct, Russia launched 205 drones, including 49 jet-powered ones, and Ukraine says it downed 172. A Banderol cruise-missile strike hit Kharkiv. Kyiv's Northern Bridge was struck for a fifth straight day, injuring two, and a drone strike on a Poltava Oblast energy site left 22,000 people without power </w:t>
      </w:r>
      <w:r>
        <w:rPr>
          <w:vertAlign w:val="superscript"/>
        </w:rPr>
        <w:t>[23]</w:t>
      </w:r>
      <w:r>
        <w:t>.</w:t>
      </w:r>
    </w:p>
    <w:p>
      <w:r>
        <w:rPr>
          <w:rFonts w:ascii="Consolas" w:hAnsi="Consolas"/>
          <w:b/>
          <w:color w:val="55604B"/>
        </w:rPr>
        <w:t>Assessment:</w:t>
      </w:r>
      <w:r>
        <w:t xml:space="preserve"> Russia will very likely keep up combined strikes on energy and transport infrastructure as winter approaches, and jet-powered drones are probably making interception harder.</w:t>
      </w:r>
    </w:p>
    <w:p>
      <w:r>
        <w:rPr>
          <w:b/>
        </w:rPr>
        <w:t>RUSSIA: SBU claims hits on Su-35 and Su-34 jets in Adygea; Kyiv says over half of Russian refining is disabled</w:t>
      </w:r>
    </w:p>
    <w:p>
      <w:r>
        <w:t xml:space="preserve">Ukraine's SBU says its drones destroyed a Su-35 and a Su-34 at Khanskaya airfield in Adygea, about 500 km from Ukraine </w:t>
      </w:r>
      <w:r>
        <w:rPr>
          <w:vertAlign w:val="superscript"/>
        </w:rPr>
        <w:t>[24]</w:t>
      </w:r>
      <w:r>
        <w:t xml:space="preserve">. Ukraine's Defense Ministry says deep strikes have disabled more than 51% of Russian oil-refining capacity, up from 45% two weeks earlier </w:t>
      </w:r>
      <w:r>
        <w:rPr>
          <w:vertAlign w:val="superscript"/>
        </w:rPr>
        <w:t>[25]</w:t>
      </w:r>
      <w:r>
        <w:t>.</w:t>
      </w:r>
    </w:p>
    <w:p>
      <w:r>
        <w:rPr>
          <w:rFonts w:ascii="Consolas" w:hAnsi="Consolas"/>
          <w:b/>
          <w:color w:val="55604B"/>
        </w:rPr>
        <w:t>Assessment:</w:t>
      </w:r>
      <w:r>
        <w:t xml:space="preserve"> The refining figure is an unverified Ukrainian government claim and is likely inflated. The deep-strike campaign is nonetheless very likely causing real fuel-supply problems in Russia.</w:t>
      </w:r>
    </w:p>
    <w:p>
      <w:r>
        <w:rPr>
          <w:b/>
        </w:rPr>
        <w:t>UKRAINE / RUSSIA / US: US proposes trilateral technical talks by the end of October</w:t>
      </w:r>
    </w:p>
    <w:p>
      <w:r>
        <w:t xml:space="preserve">Zelensky said the US is proposing a technical-level trilateral meeting with Russia and Ukraine by the end of October. Expected topics include an energy-infrastructure ceasefire and a Black Sea grain corridor </w:t>
      </w:r>
      <w:r>
        <w:rPr>
          <w:vertAlign w:val="superscript"/>
        </w:rPr>
        <w:t>[26]</w:t>
      </w:r>
      <w:r>
        <w:t xml:space="preserve">. Zelensky also said Russia is sharing jet-powered drone technology with North Korea, calling it a "very dangerous moment" </w:t>
      </w:r>
      <w:r>
        <w:rPr>
          <w:vertAlign w:val="superscript"/>
        </w:rPr>
        <w:t>[27]</w:t>
      </w:r>
      <w:r>
        <w:t>.</w:t>
      </w:r>
    </w:p>
    <w:p>
      <w:r>
        <w:rPr>
          <w:rFonts w:ascii="Consolas" w:hAnsi="Consolas"/>
          <w:b/>
          <w:color w:val="55604B"/>
        </w:rPr>
        <w:t>Assessment:</w:t>
      </w:r>
      <w:r>
        <w:t xml:space="preserve"> Technical talks are likely to happen, but an energy truce before winter is unlikely.</w:t>
      </w:r>
    </w:p>
    <w:p>
      <w:r>
        <w:rPr>
          <w:b/>
        </w:rPr>
        <w:t>MOLDOVA: Shell injures a border guard at the Palanca crossing</w:t>
      </w:r>
    </w:p>
    <w:p>
      <w:r>
        <w:t xml:space="preserve">At 0938 local on 5 Oct, during Russian strikes on Ukrainian infrastructure, a shell ricocheted and hit a passenger bus and a control booth at the Palanca crossing. A Moldovan border guard was lightly injured, and the crossing was closed for investigation </w:t>
      </w:r>
      <w:r>
        <w:rPr>
          <w:vertAlign w:val="superscript"/>
        </w:rPr>
        <w:t>[28]</w:t>
      </w:r>
      <w:r>
        <w:t>.</w:t>
      </w:r>
    </w:p>
    <w:p>
      <w:r>
        <w:rPr>
          <w:rFonts w:ascii="Consolas" w:hAnsi="Consolas"/>
          <w:b/>
          <w:color w:val="55604B"/>
        </w:rPr>
        <w:t>Assessment:</w:t>
      </w:r>
      <w:r>
        <w:t xml:space="preserve"> Russian strikes near Odesa will likely cause more spillover onto Moldovan territory, and Chisinau will probably protest diplomatically.</w:t>
      </w:r>
    </w:p>
    <w:p>
      <w:r>
        <w:rPr>
          <w:i/>
        </w:rPr>
        <w:t>Collection gap: no ISW assessment for 3–5 Oct was retrieved, and Ukraine reporting relies mainly on the Kyiv Independent without wire-service confirmation. Nothing in-window was found for Turkey, the South Caucasus or NATO airspace incidents.</w:t>
      </w:r>
    </w:p>
    <w:p>
      <w:pPr>
        <w:pStyle w:val="Heading1"/>
      </w:pPr>
      <w:r>
        <w:rPr>
          <w:rFonts w:ascii="Consolas" w:hAnsi="Consolas"/>
          <w:color w:val="FFB000"/>
        </w:rPr>
        <w:t xml:space="preserve">// </w:t>
      </w:r>
      <w:r>
        <w:rPr>
          <w:color w:val="282828"/>
        </w:rPr>
        <w:t>INDOPACOM</w:t>
      </w:r>
    </w:p>
    <w:p>
      <w:r>
        <w:rPr>
          <w:b/>
        </w:rPr>
        <w:t>PHILIPPINES: China Coast Guard and a PLA Navy helicopter block a Philippine operation near Pag-asa</w:t>
      </w:r>
    </w:p>
    <w:p>
      <w:r>
        <w:t xml:space="preserve">A joint Philippine Coast Guard, Navy and police team responded to suspected dynamite fishing at Sandy Cays 2 and 3, about 3 nm west of Pag-asa (Thitu) Island. China Coast Guard vessels 5102 and 21581 issued radio challenges, then shadowed and blocked the Philippine boats </w:t>
      </w:r>
      <w:r>
        <w:rPr>
          <w:vertAlign w:val="superscript"/>
        </w:rPr>
        <w:t>[29]</w:t>
      </w:r>
      <w:r>
        <w:t xml:space="preserve">. A PLA Navy helicopter circled the team four times, and the suspect boat escaped toward Subi Reef. The Philippine Coast Guard called the helicopter "an unnecessary act of intimidation" </w:t>
      </w:r>
      <w:r>
        <w:rPr>
          <w:vertAlign w:val="superscript"/>
        </w:rPr>
        <w:t>[30]</w:t>
      </w:r>
      <w:r>
        <w:rPr>
          <w:vertAlign w:val="superscript"/>
        </w:rPr>
        <w:t>[29]</w:t>
      </w:r>
      <w:r>
        <w:t>.</w:t>
      </w:r>
    </w:p>
    <w:p>
      <w:r>
        <w:rPr>
          <w:rFonts w:ascii="Consolas" w:hAnsi="Consolas"/>
          <w:b/>
          <w:color w:val="55604B"/>
        </w:rPr>
        <w:t>Assessment:</w:t>
      </w:r>
      <w:r>
        <w:t xml:space="preserve"> China is likely asserting law-enforcement jurisdiction inside Pag-asa's territorial sea, not just at contested features. Manila will very likely publicize the incident without escalating it.</w:t>
      </w:r>
    </w:p>
    <w:p>
      <w:r>
        <w:rPr>
          <w:b/>
        </w:rPr>
        <w:t>SOUTH KOREA: Lee doubles down on coexistence; ministers split over cyber sanctions on the North</w:t>
      </w:r>
    </w:p>
    <w:p>
      <w:r>
        <w:t xml:space="preserve">On 4 Oct, President Lee Jae Myung said the two Koreas must break the "vicious cycle of hostility and confrontation" and called for "inclusive, stable and responsible coexistence" </w:t>
      </w:r>
      <w:r>
        <w:rPr>
          <w:vertAlign w:val="superscript"/>
        </w:rPr>
        <w:t>[31]</w:t>
      </w:r>
      <w:r>
        <w:t xml:space="preserve">. Seoul is reportedly weighing diplomatic responses to the DMZ mine blast, including a UN Security Council referral, rather than resuming loudspeaker broadcasts </w:t>
      </w:r>
      <w:r>
        <w:rPr>
          <w:vertAlign w:val="superscript"/>
        </w:rPr>
        <w:t>[32]</w:t>
      </w:r>
      <w:r>
        <w:t xml:space="preserve">. Foreign Minister Cho Hyun and Unification Minister Chung Dong-young reportedly clashed at a National Security Council meeting over proposed unilateral sanctions on North Korean hacking networks </w:t>
      </w:r>
      <w:r>
        <w:rPr>
          <w:vertAlign w:val="superscript"/>
        </w:rPr>
        <w:t>[33]</w:t>
      </w:r>
      <w:r>
        <w:t>.</w:t>
      </w:r>
    </w:p>
    <w:p>
      <w:r>
        <w:rPr>
          <w:rFonts w:ascii="Consolas" w:hAnsi="Consolas"/>
          <w:b/>
          <w:color w:val="55604B"/>
        </w:rPr>
        <w:t>Assessment:</w:t>
      </w:r>
      <w:r>
        <w:t xml:space="preserve"> Seoul is likely to avoid military or punitive steps in the near term. The visible cabinet split will likely encourage Pyongyang to keep pressing.</w:t>
      </w:r>
    </w:p>
    <w:p>
      <w:r>
        <w:rPr>
          <w:b/>
        </w:rPr>
        <w:t>JAPAN: US Marine arrested in Okinawa robbery-murder</w:t>
      </w:r>
    </w:p>
    <w:p>
      <w:r>
        <w:t xml:space="preserve">Okinawa police arrested a 20-year-old Marine from MCAS Futenma on suspicion of killing a 39-year-old woman and stealing her belongings at a Naha hotel early on 3 Oct. Prime Minister Sanae Takaichi called the crime "extremely regrettable" and demanded full US cooperation </w:t>
      </w:r>
      <w:r>
        <w:rPr>
          <w:vertAlign w:val="superscript"/>
        </w:rPr>
        <w:t>[34]</w:t>
      </w:r>
      <w:r>
        <w:t xml:space="preserve">. About 100 residents rallied outside the prefectural government building in Naha on Sunday </w:t>
      </w:r>
      <w:r>
        <w:rPr>
          <w:vertAlign w:val="superscript"/>
        </w:rPr>
        <w:t>[35]</w:t>
      </w:r>
      <w:r>
        <w:t>.</w:t>
      </w:r>
    </w:p>
    <w:p>
      <w:r>
        <w:rPr>
          <w:rFonts w:ascii="Consolas" w:hAnsi="Consolas"/>
          <w:b/>
          <w:color w:val="55604B"/>
        </w:rPr>
        <w:t>Assessment:</w:t>
      </w:r>
      <w:r>
        <w:t xml:space="preserve"> Pressure for liberty restrictions and a review of the Status of Forces Agreement is very likely to grow this week. Disruption to US force posture is unlikely.</w:t>
      </w:r>
    </w:p>
    <w:p>
      <w:r>
        <w:rPr>
          <w:b/>
        </w:rPr>
        <w:t>TAIWAN / US: Foreign minister opens a Phoenix office; report says Pentagon liaisons will be posted to Taiwan's defense ministry</w:t>
      </w:r>
    </w:p>
    <w:p>
      <w:r>
        <w:t xml:space="preserve">Foreign Minister Lin Chia-lung arrived in Phoenix on 3 Oct to open a new representative office and tour Arizona's chip sector. The trip avoids Washington, apparently to limit friction after Xi's recent visit to the US </w:t>
      </w:r>
      <w:r>
        <w:rPr>
          <w:vertAlign w:val="superscript"/>
        </w:rPr>
        <w:t>[36]</w:t>
      </w:r>
      <w:r>
        <w:t xml:space="preserve">. Reuters notes President Trump is holding back a new Taiwan arms package as a "negotiating tool" </w:t>
      </w:r>
      <w:r>
        <w:rPr>
          <w:vertAlign w:val="superscript"/>
        </w:rPr>
        <w:t>[37]</w:t>
      </w:r>
      <w:r>
        <w:t xml:space="preserve">. Separately, the Taipei Times reported that the Pentagon will place two representatives at Taiwan's Ministry of National Defense under a NT$470 million program for 2026–2028 </w:t>
      </w:r>
      <w:r>
        <w:rPr>
          <w:vertAlign w:val="superscript"/>
        </w:rPr>
        <w:t>[38]</w:t>
      </w:r>
      <w:r>
        <w:t>.</w:t>
      </w:r>
    </w:p>
    <w:p>
      <w:r>
        <w:rPr>
          <w:rFonts w:ascii="Consolas" w:hAnsi="Consolas"/>
          <w:b/>
          <w:color w:val="55604B"/>
        </w:rPr>
        <w:t>Assessment:</w:t>
      </w:r>
      <w:r>
        <w:t xml:space="preserve"> Beijing will very likely issue official condemnations. A large military response to these two events alone is unlikely while US-China summit diplomacy continues.</w:t>
      </w:r>
    </w:p>
    <w:p>
      <w:r>
        <w:rPr>
          <w:b/>
        </w:rPr>
        <w:t>CHINA / LAOS: China opens its first overseas air force facility at Ban Keun</w:t>
      </w:r>
    </w:p>
    <w:p>
      <w:r>
        <w:t xml:space="preserve">A China-Laos joint flight training and support center opened on 29 Sep at Ban Keun airfield, about 50 km north of Vientiane. Analysts told AFP it is Beijing's first overseas air force base </w:t>
      </w:r>
      <w:r>
        <w:rPr>
          <w:vertAlign w:val="superscript"/>
        </w:rPr>
        <w:t>[39]</w:t>
      </w:r>
      <w:r>
        <w:t xml:space="preserve">. ANI reports a 2,000 m runway, a control tower and five hangars. China's defense ministry says the site trains Lao pilots and is "not targeting any third party" </w:t>
      </w:r>
      <w:r>
        <w:rPr>
          <w:vertAlign w:val="superscript"/>
        </w:rPr>
        <w:t>[40]</w:t>
      </w:r>
      <w:r>
        <w:t>.</w:t>
      </w:r>
    </w:p>
    <w:p>
      <w:r>
        <w:rPr>
          <w:rFonts w:ascii="Consolas" w:hAnsi="Consolas"/>
          <w:b/>
          <w:color w:val="55604B"/>
        </w:rPr>
        <w:t>Assessment:</w:t>
      </w:r>
      <w:r>
        <w:t xml:space="preserve"> The site will likely remain a training facility in the near term. Over time it gives the PLA a path to rotate aircraft into mainland Southeast Asia, which Vietnam and Thailand will very likely watch closely.</w:t>
      </w:r>
    </w:p>
    <w:p>
      <w:r>
        <w:rPr>
          <w:b/>
        </w:rPr>
        <w:t>TAIWAN: 453 Taiwanese missing, detained or restricted in China, MAC says</w:t>
      </w:r>
    </w:p>
    <w:p>
      <w:r>
        <w:t xml:space="preserve">Taiwan's Mainland Affairs Council says 453 Taiwanese have been reported missing, detained or restricted in the PRC since January 2024. Chinese authorities also questioned four Taiwanese civil servants, including a nurse asked about earlier work at a military hospital </w:t>
      </w:r>
      <w:r>
        <w:rPr>
          <w:vertAlign w:val="superscript"/>
        </w:rPr>
        <w:t>[41]</w:t>
      </w:r>
      <w:r>
        <w:t xml:space="preserve">. MAC Minister Chiu Chui-cheng said Xi would likely step up "gray zone" actions if he secures a fourth term </w:t>
      </w:r>
      <w:r>
        <w:rPr>
          <w:vertAlign w:val="superscript"/>
        </w:rPr>
        <w:t>[42]</w:t>
      </w:r>
      <w:r>
        <w:t>.</w:t>
      </w:r>
    </w:p>
    <w:p>
      <w:r>
        <w:rPr>
          <w:rFonts w:ascii="Consolas" w:hAnsi="Consolas"/>
          <w:b/>
          <w:color w:val="55604B"/>
        </w:rPr>
        <w:t>Assessment:</w:t>
      </w:r>
      <w:r>
        <w:t xml:space="preserve"> Beijing's targeting of Taiwanese public servants and people with military links is likely a growing coercion and intelligence tool.</w:t>
      </w:r>
    </w:p>
    <w:p>
      <w:r>
        <w:rPr>
          <w:b/>
        </w:rPr>
        <w:t>NORTH KOREA: UN human rights report rejected; DPRK attaché seen with Taliban commander at Russian exercise</w:t>
      </w:r>
    </w:p>
    <w:p>
      <w:r>
        <w:t xml:space="preserve">A DPRK Foreign Ministry spokesperson, in a statement carried by KCNA, called the UN Secretary-General's human rights report "smear propaganda" </w:t>
      </w:r>
      <w:r>
        <w:rPr>
          <w:vertAlign w:val="superscript"/>
        </w:rPr>
        <w:t>[43]</w:t>
      </w:r>
      <w:r>
        <w:t xml:space="preserve">. NK News reported that DPRK military attaché Ro Ki Chol was photographed with Taliban commander Mawlawi Nasibullah "Madani" at an arms expo during Russia's Center-2026 exercise </w:t>
      </w:r>
      <w:r>
        <w:rPr>
          <w:vertAlign w:val="superscript"/>
        </w:rPr>
        <w:t>[44]</w:t>
      </w:r>
      <w:r>
        <w:t>.</w:t>
      </w:r>
    </w:p>
    <w:p>
      <w:r>
        <w:rPr>
          <w:rFonts w:ascii="Consolas" w:hAnsi="Consolas"/>
          <w:b/>
          <w:color w:val="55604B"/>
        </w:rPr>
        <w:t>Assessment:</w:t>
      </w:r>
      <w:r>
        <w:t xml:space="preserve"> The rebuttal is routine. The Center-2026 contact likely shows Pyongyang widening military-diplomatic ties through Russian venues, but by itself it does not indicate an arms transfer.</w:t>
      </w:r>
    </w:p>
    <w:p>
      <w:r>
        <w:rPr>
          <w:i/>
        </w:rPr>
        <w:t>Collection gap: no Taiwan MND daily PLA activity counts or Japan Joint Staff reports for 3–5 Oct were retrieved. Little South Asia or Oceania reporting surfaced.</w:t>
      </w:r>
    </w:p>
    <w:p>
      <w:pPr>
        <w:pStyle w:val="Heading1"/>
      </w:pPr>
      <w:r>
        <w:rPr>
          <w:rFonts w:ascii="Consolas" w:hAnsi="Consolas"/>
          <w:color w:val="FFB000"/>
        </w:rPr>
        <w:t xml:space="preserve">// </w:t>
      </w:r>
      <w:r>
        <w:rPr>
          <w:color w:val="282828"/>
        </w:rPr>
        <w:t>NORTHCOM</w:t>
      </w:r>
    </w:p>
    <w:p>
      <w:r>
        <w:rPr>
          <w:b/>
        </w:rPr>
        <w:t>UNITED STATES: Coast Guard ends search for air ambulance lost off Nantucket</w:t>
      </w:r>
    </w:p>
    <w:p>
      <w:r>
        <w:t xml:space="preserve">The US Coast Guard suspended its search for six people aboard a Latitude Air Ambulance Gulfstream G100 flying from Bermuda to Boston. Four Canadians and two Bermudians were aboard. Debris confirmed to be from the aircraft was found about 20 miles south of Nantucket </w:t>
      </w:r>
      <w:r>
        <w:rPr>
          <w:vertAlign w:val="superscript"/>
        </w:rPr>
        <w:t>[45]</w:t>
      </w:r>
      <w:r>
        <w:t xml:space="preserve">. The pilot had reported electrical problems before the aircraft dropped more than 9,000 ft in about two minutes and lost contact early on 3 Oct </w:t>
      </w:r>
      <w:r>
        <w:rPr>
          <w:vertAlign w:val="superscript"/>
        </w:rPr>
        <w:t>[46]</w:t>
      </w:r>
      <w:r>
        <w:t>.</w:t>
      </w:r>
    </w:p>
    <w:p>
      <w:r>
        <w:rPr>
          <w:rFonts w:ascii="Consolas" w:hAnsi="Consolas"/>
          <w:b/>
          <w:color w:val="55604B"/>
        </w:rPr>
        <w:t>Assessment:</w:t>
      </w:r>
      <w:r>
        <w:t xml:space="preserve"> The crash was very likely not survivable. An electrical or mechanical failure is a likely line of inquiry, but the cause is unconfirmed.</w:t>
      </w:r>
    </w:p>
    <w:p>
      <w:r>
        <w:rPr>
          <w:b/>
        </w:rPr>
        <w:t>MEXICO / US: US ambassador ties Tamaulipas troop deployment to cartel fire on the Coast Guard</w:t>
      </w:r>
    </w:p>
    <w:p>
      <w:r>
        <w:t xml:space="preserve">US Ambassador Ronald Johnson publicly linked Mexico's deployment of 500 Army and National Guard troops in Tamaulipas to the 26 Sep shooting at US Coast Guard personnel from the Mexican bank </w:t>
      </w:r>
      <w:r>
        <w:rPr>
          <w:vertAlign w:val="superscript"/>
        </w:rPr>
        <w:t>[47]</w:t>
      </w:r>
      <w:r>
        <w:t xml:space="preserve">. Mexico's joint SEDENA/SRE statement did not mention the shooting and framed "Operación Concurrente (Espejo)" as action against drug and human trafficking. The deployment covers five border municipalities and includes helicopters, drones and anti-drone systems </w:t>
      </w:r>
      <w:r>
        <w:rPr>
          <w:vertAlign w:val="superscript"/>
        </w:rPr>
        <w:t>[48]</w:t>
      </w:r>
      <w:r>
        <w:t>.</w:t>
      </w:r>
    </w:p>
    <w:p>
      <w:r>
        <w:rPr>
          <w:rFonts w:ascii="Consolas" w:hAnsi="Consolas"/>
          <w:b/>
          <w:color w:val="55604B"/>
        </w:rPr>
        <w:t>Assessment:</w:t>
      </w:r>
      <w:r>
        <w:t xml:space="preserve"> Washington and Mexico City are very likely to keep framing the operation differently, with Mexico stressing sovereignty. Another cross-border fire incident in the Roma/Miguel Alemán corridor in the next week is a roughly even chance.</w:t>
      </w:r>
    </w:p>
    <w:p>
      <w:r>
        <w:rPr>
          <w:b/>
        </w:rPr>
        <w:t>MEXICO: Gunmen kill four in a Zamora bar; prosecutors cite cartel feud</w:t>
      </w:r>
    </w:p>
    <w:p>
      <w:r>
        <w:t xml:space="preserve">At about 2300 local on 2 Oct, gunmen opened fire in a bar in Zamora, Michoacán, killing three men and one woman and wounding three. State prosecutors blamed disputes between cartels over drug trafficking and extortion </w:t>
      </w:r>
      <w:r>
        <w:rPr>
          <w:vertAlign w:val="superscript"/>
        </w:rPr>
        <w:t>[49]</w:t>
      </w:r>
      <w:r>
        <w:t>.</w:t>
      </w:r>
    </w:p>
    <w:p>
      <w:r>
        <w:rPr>
          <w:rFonts w:ascii="Consolas" w:hAnsi="Consolas"/>
          <w:b/>
          <w:color w:val="55604B"/>
        </w:rPr>
        <w:t>Assessment:</w:t>
      </w:r>
      <w:r>
        <w:t xml:space="preserve"> Multi-cartel competition in the Zamora area will almost certainly produce more mass-casualty attacks.</w:t>
      </w:r>
    </w:p>
    <w:p>
      <w:r>
        <w:rPr>
          <w:b/>
        </w:rPr>
        <w:t>MEXICO / US: NYT reports Phoenix teen networks selling guns to cartels</w:t>
      </w:r>
    </w:p>
    <w:p>
      <w:r>
        <w:t xml:space="preserve">Infobae summarized a New York Times investigation describing four traffickers aged 16 to 19 who coordinate gun sales through at least 20 Phoenix-area high schools, mainly for the Sinaloa Cartel and also for CJNG. Sales run over WhatsApp and Telegram </w:t>
      </w:r>
      <w:r>
        <w:rPr>
          <w:vertAlign w:val="superscript"/>
        </w:rPr>
        <w:t>[50]</w:t>
      </w:r>
      <w:r>
        <w:t>.</w:t>
      </w:r>
    </w:p>
    <w:p>
      <w:r>
        <w:rPr>
          <w:rFonts w:ascii="Consolas" w:hAnsi="Consolas"/>
          <w:b/>
          <w:color w:val="55604B"/>
        </w:rPr>
        <w:t>Assessment:</w:t>
      </w:r>
      <w:r>
        <w:t xml:space="preserve"> Southbound arms trafficking is very likely to remain a friction point in US-Mexico security talks.</w:t>
      </w:r>
    </w:p>
    <w:p>
      <w:r>
        <w:rPr>
          <w:i/>
        </w:rPr>
        <w:t>Collection gap: no update on eastern Pacific tropical activity after 2 Oct, and no NORAD, Arctic or Canada security items in the window.</w:t>
      </w:r>
    </w:p>
    <w:p>
      <w:pPr>
        <w:pStyle w:val="Heading1"/>
      </w:pPr>
      <w:r>
        <w:rPr>
          <w:rFonts w:ascii="Consolas" w:hAnsi="Consolas"/>
          <w:color w:val="FFB000"/>
        </w:rPr>
        <w:t xml:space="preserve">// </w:t>
      </w:r>
      <w:r>
        <w:rPr>
          <w:color w:val="282828"/>
        </w:rPr>
        <w:t>SOUTHCOM</w:t>
      </w:r>
    </w:p>
    <w:p>
      <w:r>
        <w:rPr>
          <w:b/>
        </w:rPr>
        <w:t>BRAZIL: Flávio Bolsonaro edges Lula in the first round; runoff on 25 October</w:t>
      </w:r>
    </w:p>
    <w:p>
      <w:r>
        <w:t xml:space="preserve">With 99.9% of polling stations counted, Sen. Flávio Bolsonaro had 47.04% and President Lula 45.15%. Neither reached 50%, so the runoff is on 25 Oct </w:t>
      </w:r>
      <w:r>
        <w:rPr>
          <w:vertAlign w:val="superscript"/>
        </w:rPr>
        <w:t>[51]</w:t>
      </w:r>
      <w:r>
        <w:t xml:space="preserve">. Pre-election polls had shown Lula ahead, so the right outperformed expectations </w:t>
      </w:r>
      <w:r>
        <w:rPr>
          <w:vertAlign w:val="superscript"/>
        </w:rPr>
        <w:t>[52]</w:t>
      </w:r>
      <w:r>
        <w:t>.</w:t>
      </w:r>
    </w:p>
    <w:p>
      <w:r>
        <w:rPr>
          <w:rFonts w:ascii="Consolas" w:hAnsi="Consolas"/>
          <w:b/>
          <w:color w:val="55604B"/>
        </w:rPr>
        <w:t>Assessment:</w:t>
      </w:r>
      <w:r>
        <w:t xml:space="preserve"> The runoff will very likely be close and highly polarized. A rise in political violence and disinformation before 25 Oct is likely.</w:t>
      </w:r>
    </w:p>
    <w:p>
      <w:r>
        <w:rPr>
          <w:b/>
        </w:rPr>
        <w:t>BRAZIL: Election day largely orderly</w:t>
      </w:r>
    </w:p>
    <w:p>
      <w:r>
        <w:t xml:space="preserve">By mid-afternoon on 4 Oct, the Federal Police had detained 129 people on suspicion of electoral crimes across 21 states and the Federal District, mostly for vote-buying, and seized about R$790,000 </w:t>
      </w:r>
      <w:r>
        <w:rPr>
          <w:vertAlign w:val="superscript"/>
        </w:rPr>
        <w:t>[53]</w:t>
      </w:r>
      <w:r>
        <w:t>.</w:t>
      </w:r>
    </w:p>
    <w:p>
      <w:r>
        <w:rPr>
          <w:rFonts w:ascii="Consolas" w:hAnsi="Consolas"/>
          <w:b/>
          <w:color w:val="55604B"/>
        </w:rPr>
        <w:t>Assessment:</w:t>
      </w:r>
      <w:r>
        <w:t xml:space="preserve"> The first round very likely passed without significant political violence. That says little about the runoff, which will likely be more volatile.</w:t>
      </w:r>
    </w:p>
    <w:p>
      <w:r>
        <w:rPr>
          <w:b/>
        </w:rPr>
        <w:t>CARIBBEAN / US: SOUTHCOM strike kills four on a go-fast boat</w:t>
      </w:r>
    </w:p>
    <w:p>
      <w:r>
        <w:t xml:space="preserve">On 4 Oct, SOUTHCOM said it struck a "go-fast vessel" on a Caribbean trafficking route, killing four. AP counts at least 235 killed in such strikes since September 2025 </w:t>
      </w:r>
      <w:r>
        <w:rPr>
          <w:vertAlign w:val="superscript"/>
        </w:rPr>
        <w:t>[54]</w:t>
      </w:r>
      <w:r>
        <w:t xml:space="preserve">. CNN's tally is at least 238 </w:t>
      </w:r>
      <w:r>
        <w:rPr>
          <w:vertAlign w:val="superscript"/>
        </w:rPr>
        <w:t>[55]</w:t>
      </w:r>
      <w:r>
        <w:t>.</w:t>
      </w:r>
    </w:p>
    <w:p>
      <w:r>
        <w:rPr>
          <w:rFonts w:ascii="Consolas" w:hAnsi="Consolas"/>
          <w:b/>
          <w:color w:val="55604B"/>
        </w:rPr>
        <w:t>Assessment:</w:t>
      </w:r>
      <w:r>
        <w:t xml:space="preserve"> Strikes will almost certainly continue at about the current pace.</w:t>
      </w:r>
    </w:p>
    <w:p>
      <w:r>
        <w:rPr>
          <w:b/>
        </w:rPr>
        <w:t>COLOMBIA: Drone and rifle attack on El Peñol police station in Nariño</w:t>
      </w:r>
    </w:p>
    <w:p>
      <w:r>
        <w:t xml:space="preserve">On the morning of 4 Oct, an armed group attacked the police station in El Peñol, Nariño, with drone-dropped explosives and rifle fire. Dozens of families evacuated, and casualties were unconfirmed </w:t>
      </w:r>
      <w:r>
        <w:rPr>
          <w:vertAlign w:val="superscript"/>
        </w:rPr>
        <w:t>[56]</w:t>
      </w:r>
      <w:r>
        <w:t>.</w:t>
      </w:r>
    </w:p>
    <w:p>
      <w:r>
        <w:rPr>
          <w:rFonts w:ascii="Consolas" w:hAnsi="Consolas"/>
          <w:b/>
          <w:color w:val="55604B"/>
        </w:rPr>
        <w:t>Assessment:</w:t>
      </w:r>
      <w:r>
        <w:t xml:space="preserve"> Armed drones are almost certainly now a routine dissident and ELN tactic in the southwest. More attacks on rural police posts are very likely this week.</w:t>
      </w:r>
    </w:p>
    <w:p>
      <w:r>
        <w:rPr>
          <w:b/>
        </w:rPr>
        <w:t>COLOMBIA: Military seizes COP 675 million linked to the Mordisco network</w:t>
      </w:r>
    </w:p>
    <w:p>
      <w:r>
        <w:t xml:space="preserve">On a river in El Charco, Nariño, troops stopped a boat carrying COP 675 million in cash, ammunition and a satellite antenna bound for a dissident structure loyal to Iván Mordisco. An armed man aboard fired on troops and later died </w:t>
      </w:r>
      <w:r>
        <w:rPr>
          <w:vertAlign w:val="superscript"/>
        </w:rPr>
        <w:t>[57]</w:t>
      </w:r>
      <w:r>
        <w:t xml:space="preserve">. President Abelardo De La Espriella separately announced arrests and the seizure of about a tonne of ELN-linked explosives in Norte de Santander </w:t>
      </w:r>
      <w:r>
        <w:rPr>
          <w:vertAlign w:val="superscript"/>
        </w:rPr>
        <w:t>[58]</w:t>
      </w:r>
      <w:r>
        <w:t>.</w:t>
      </w:r>
    </w:p>
    <w:p>
      <w:r>
        <w:rPr>
          <w:rFonts w:ascii="Consolas" w:hAnsi="Consolas"/>
          <w:b/>
          <w:color w:val="55604B"/>
        </w:rPr>
        <w:t>Assessment:</w:t>
      </w:r>
      <w:r>
        <w:t xml:space="preserve"> Retaliatory dissident attacks in Nariño and Huila are likely in the near term.</w:t>
      </w:r>
    </w:p>
    <w:p>
      <w:r>
        <w:rPr>
          <w:i/>
        </w:rPr>
        <w:t>Collection gap: nothing new and verified for Venezuela, Haiti, Ecuador, Central America or Cuba in the window.</w:t>
      </w:r>
    </w:p>
    <w:p>
      <w:pPr>
        <w:pStyle w:val="Heading1"/>
      </w:pPr>
      <w:r>
        <w:rPr>
          <w:rFonts w:ascii="Consolas" w:hAnsi="Consolas"/>
          <w:color w:val="FFB000"/>
        </w:rPr>
        <w:t xml:space="preserve">// </w:t>
      </w:r>
      <w:r>
        <w:rPr>
          <w:color w:val="282828"/>
        </w:rPr>
        <w:t>WATCH ITEMS (NEXT 72 HOURS)</w:t>
      </w:r>
    </w:p>
    <w:p>
      <w:pPr>
        <w:pStyle w:val="ListBullet"/>
      </w:pPr>
      <w:r>
        <w:t xml:space="preserve">The presidential decision on Iran and movement of the Theodore Roosevelt and Makin Island groups. </w:t>
      </w:r>
      <w:r>
        <w:rPr>
          <w:vertAlign w:val="superscript"/>
        </w:rPr>
        <w:t>[15]</w:t>
      </w:r>
    </w:p>
    <w:p>
      <w:pPr>
        <w:pStyle w:val="ListBullet"/>
      </w:pPr>
      <w:r>
        <w:t xml:space="preserve">The 7 October anniversary in Israel and the West Bank, with crossings closed. </w:t>
      </w:r>
      <w:r>
        <w:rPr>
          <w:vertAlign w:val="superscript"/>
        </w:rPr>
        <w:t>[16]</w:t>
      </w:r>
    </w:p>
    <w:p>
      <w:pPr>
        <w:pStyle w:val="ListBullet"/>
      </w:pPr>
      <w:r>
        <w:t xml:space="preserve">Yemen: government gains around Taiz and Mokha, and further Houthi strikes on Saudi Arabia or shipping. </w:t>
      </w:r>
      <w:r>
        <w:rPr>
          <w:vertAlign w:val="superscript"/>
        </w:rPr>
        <w:t>[8]</w:t>
      </w:r>
      <w:r>
        <w:rPr>
          <w:vertAlign w:val="superscript"/>
        </w:rPr>
        <w:t>[10]</w:t>
      </w:r>
    </w:p>
    <w:p>
      <w:pPr>
        <w:pStyle w:val="ListBullet"/>
      </w:pPr>
      <w:r>
        <w:t xml:space="preserve">PTI convoy approaching the Khyber Pakhtunkhwa border around 8 Oct. </w:t>
      </w:r>
      <w:r>
        <w:rPr>
          <w:vertAlign w:val="superscript"/>
        </w:rPr>
        <w:t>[18]</w:t>
      </w:r>
    </w:p>
    <w:p>
      <w:pPr>
        <w:pStyle w:val="ListBullet"/>
      </w:pPr>
      <w:r>
        <w:t xml:space="preserve">PRC response to the Pag-asa incident, Lin's Phoenix visit and the MND liaison report. </w:t>
      </w:r>
      <w:r>
        <w:rPr>
          <w:vertAlign w:val="superscript"/>
        </w:rPr>
        <w:t>[29]</w:t>
      </w:r>
      <w:r>
        <w:rPr>
          <w:vertAlign w:val="superscript"/>
        </w:rPr>
        <w:t>[36]</w:t>
      </w:r>
      <w:r>
        <w:rPr>
          <w:vertAlign w:val="superscript"/>
        </w:rPr>
        <w:t>[38]</w:t>
      </w:r>
    </w:p>
    <w:p>
      <w:pPr>
        <w:pStyle w:val="ListBullet"/>
      </w:pPr>
      <w:r>
        <w:t xml:space="preserve">North Korea's Party Foundation Day on 10 Oct, a traditional date for parades or launches. </w:t>
      </w:r>
      <w:r>
        <w:rPr>
          <w:vertAlign w:val="superscript"/>
        </w:rPr>
        <w:t>[43]</w:t>
      </w:r>
    </w:p>
    <w:p>
      <w:pPr>
        <w:pStyle w:val="ListBullet"/>
      </w:pPr>
      <w:r>
        <w:t xml:space="preserve">Brazil runoff positioning and endorsements from eliminated candidates. </w:t>
      </w:r>
      <w:r>
        <w:rPr>
          <w:vertAlign w:val="superscript"/>
        </w:rPr>
        <w:t>[51]</w:t>
      </w:r>
    </w:p>
    <w:p>
      <w:pPr>
        <w:pStyle w:val="ListBullet"/>
      </w:pPr>
      <w:r>
        <w:t xml:space="preserve">Bosnia certification and Latvia coalition talks. </w:t>
      </w:r>
      <w:r>
        <w:rPr>
          <w:vertAlign w:val="superscript"/>
        </w:rPr>
        <w:t>[19]</w:t>
      </w:r>
      <w:r>
        <w:rPr>
          <w:vertAlign w:val="superscript"/>
        </w:rPr>
        <w:t>[22]</w:t>
      </w:r>
    </w:p>
    <w:p>
      <w:pPr>
        <w:pStyle w:val="Heading1"/>
      </w:pPr>
      <w:r>
        <w:rPr>
          <w:rFonts w:ascii="Consolas" w:hAnsi="Consolas"/>
          <w:color w:val="FFB000"/>
        </w:rPr>
        <w:t xml:space="preserve">// </w:t>
      </w:r>
      <w:r>
        <w:rPr>
          <w:color w:val="282828"/>
        </w:rPr>
        <w:t>SOURCE SUMMARY STATEMENT</w:t>
      </w:r>
    </w:p>
    <w:p>
      <w:r>
        <w:t>This report draws on 58 open-source items published or updated between 2 and 5 October 2026. They include international wire services (AP, AFP, Reuters, Jiji, Yonhap, ANI) accessed through syndicating outlets, international and public broadcasters (Al Jazeera, NPR, ABC Australia, LSM), regional press in the affected areas (Kyiv Independent, Infobae, Rio Times, Times of Israel, Arab News Pakistan, Korea JoongAng Daily, Sudan Tribune, NK News), and secondary aggregators. Major events (Brazil results, Ukraine strikes, Mekelle, Yemen offensive) are reported by multiple outlets. Battlefield and casualty claims from the Yemeni government, the Sudanese army, SPLM-N and Ukraine's Defense Ministry are single-party claims and are unverified. KCNA (DPRK) material is state-originated and is relayed through NK News. Al Jazeera is Qatari state-funded, BTA is Bulgarian state media, and The National is UAE state-linked; each is flagged where used. Ukraine coverage leans heavily on the Kyiv Independent. Direct access to Reuters, AP, BBC, ISW, Japan Times, Taipei Times and Taiwan's MND was blocked during collection, leaving gaps for the Sahel, DRC, Levant, Venezuela, Haiti and daily PLA activity around Taiwan.</w:t>
      </w:r>
    </w:p>
    <w:p>
      <w:pPr>
        <w:pStyle w:val="Heading1"/>
      </w:pPr>
      <w:r>
        <w:rPr>
          <w:rFonts w:ascii="Consolas" w:hAnsi="Consolas"/>
          <w:color w:val="FFB000"/>
        </w:rPr>
        <w:t xml:space="preserve">// </w:t>
      </w:r>
      <w:r>
        <w:rPr>
          <w:color w:val="282828"/>
        </w:rPr>
        <w:t>ENDNOTES (ICD 206)</w:t>
      </w:r>
    </w:p>
    <w:p>
      <w:r>
        <w:rPr>
          <w:i/>
        </w:rPr>
        <w:t>All sources accessed 05 October 2026. All sources are publicly available reporting.</w:t>
      </w:r>
    </w:p>
    <w:p>
      <w:r>
        <w:rPr>
          <w:b/>
        </w:rPr>
        <w:t>AFRICOM</w:t>
      </w:r>
    </w:p>
    <w:p>
      <w:r>
        <w:rPr>
          <w:sz w:val="17"/>
          <w:vertAlign w:val="superscript"/>
        </w:rPr>
        <w:t>[1]</w:t>
      </w:r>
      <w:r>
        <w:rPr>
          <w:sz w:val="17"/>
        </w:rPr>
        <w:t xml:space="preserve"> AFP via Eyewitness News; "Ethiopia controls Tigray capital as regional rivals meet in Egypt"; 05 October 2026, 0445; </w:t>
      </w:r>
      <w:hyperlink r:id="rId10">
        <w:r>
          <w:rPr>
            <w:color w:val="8A5D00"/>
            <w:sz w:val="17"/>
          </w:rPr>
          <w:t xml:space="preserve">https://www.ewn.co.za/2026/10/05/ethiopia-controls-tigray-capital-as-regional-rivals-meet-in-egypt</w:t>
        </w:r>
      </w:hyperlink>
      <w:r>
        <w:rPr>
          <w:sz w:val="17"/>
        </w:rPr>
        <w:t>; accessed 05 October 2026; Source descriptor: international wire service (syndicated).</w:t>
      </w:r>
    </w:p>
    <w:p>
      <w:r>
        <w:rPr>
          <w:sz w:val="17"/>
          <w:vertAlign w:val="superscript"/>
        </w:rPr>
        <w:t>[2]</w:t>
      </w:r>
      <w:r>
        <w:rPr>
          <w:sz w:val="17"/>
        </w:rPr>
        <w:t xml:space="preserve"> Al Jazeera Staff; Al Jazeera; "Ethiopia's forces retake Mekelle amid renewed Tigray fighting"; 05 October 2026, 0103 UTC; </w:t>
      </w:r>
      <w:hyperlink r:id="rId11">
        <w:r>
          <w:rPr>
            <w:color w:val="8A5D00"/>
            <w:sz w:val="17"/>
          </w:rPr>
          <w:t xml:space="preserve">https://www.aljazeera.com/news/2026/10/5/ethiopias-forces-retake-mekelle-amid-renewed-tigray-fighting</w:t>
        </w:r>
      </w:hyperlink>
      <w:r>
        <w:rPr>
          <w:sz w:val="17"/>
        </w:rPr>
        <w:t>; accessed 05 October 2026; Source descriptor: international broadcaster, Qatari state-funded.</w:t>
      </w:r>
    </w:p>
    <w:p>
      <w:r>
        <w:rPr>
          <w:sz w:val="17"/>
          <w:vertAlign w:val="superscript"/>
        </w:rPr>
        <w:t>[3]</w:t>
      </w:r>
      <w:r>
        <w:rPr>
          <w:sz w:val="17"/>
        </w:rPr>
        <w:t xml:space="preserve"> Hamza Hendawi; The National; "Egypt hosts four-way summit as tensions with Ethiopia escalate"; 04 October 2026 (online 05 October, 0433); </w:t>
      </w:r>
      <w:hyperlink r:id="rId12">
        <w:r>
          <w:rPr>
            <w:color w:val="8A5D00"/>
            <w:sz w:val="17"/>
          </w:rPr>
          <w:t xml:space="preserve">https://www.thenationalnews.com/news/mena/2026/10/04/egypt-hosts-four-way-summit-as-tensions-with-ethiopia-escalate/</w:t>
        </w:r>
      </w:hyperlink>
      <w:r>
        <w:rPr>
          <w:sz w:val="17"/>
        </w:rPr>
        <w:t>; accessed 05 October 2026; Source descriptor: regional press, UAE state-linked ownership.</w:t>
      </w:r>
    </w:p>
    <w:p>
      <w:r>
        <w:rPr>
          <w:sz w:val="17"/>
          <w:vertAlign w:val="superscript"/>
        </w:rPr>
        <w:t>[4]</w:t>
      </w:r>
      <w:r>
        <w:rPr>
          <w:sz w:val="17"/>
        </w:rPr>
        <w:t xml:space="preserve"> Sudan Tribune; "RSF-SPLM-N force claims advance near Blue Nile capital, army disputes push"; 04 October 2026, 1108 UTC; </w:t>
      </w:r>
      <w:hyperlink r:id="rId13">
        <w:r>
          <w:rPr>
            <w:color w:val="8A5D00"/>
            <w:sz w:val="17"/>
          </w:rPr>
          <w:t xml:space="preserve">https://sudantribune.com/article/319587</w:t>
        </w:r>
      </w:hyperlink>
      <w:r>
        <w:rPr>
          <w:sz w:val="17"/>
        </w:rPr>
        <w:t>; accessed 05 October 2026; Source descriptor: regional press.</w:t>
      </w:r>
    </w:p>
    <w:p>
      <w:r>
        <w:rPr>
          <w:sz w:val="17"/>
          <w:vertAlign w:val="superscript"/>
        </w:rPr>
        <w:t>[5]</w:t>
      </w:r>
      <w:r>
        <w:rPr>
          <w:sz w:val="17"/>
        </w:rPr>
        <w:t xml:space="preserve"> Al Jazeera Staff and Anadolu; Al Jazeera; "Is the Sudanese army gaining momentum against the RSF?"; 04 October 2026 (updated 05 October); </w:t>
      </w:r>
      <w:hyperlink r:id="rId14">
        <w:r>
          <w:rPr>
            <w:color w:val="8A5D00"/>
            <w:sz w:val="17"/>
          </w:rPr>
          <w:t xml:space="preserve">https://www.aljazeera.com/news/2026/10/4/is-the-sudanese-army-gaining-momentum-against-the-rsf</w:t>
        </w:r>
      </w:hyperlink>
      <w:r>
        <w:rPr>
          <w:sz w:val="17"/>
        </w:rPr>
        <w:t>; accessed 05 October 2026; Source descriptor: international broadcaster, Qatari state-funded, with Turkish state wire input.</w:t>
      </w:r>
    </w:p>
    <w:p>
      <w:r>
        <w:rPr>
          <w:sz w:val="17"/>
          <w:vertAlign w:val="superscript"/>
        </w:rPr>
        <w:t>[6]</w:t>
      </w:r>
      <w:r>
        <w:rPr>
          <w:sz w:val="17"/>
        </w:rPr>
        <w:t xml:space="preserve"> Mohamed Duale; Horn Diplomat via allAfrica; "Somalia: Somaliland Rejects Somalia's Claims Over Israel, Berbera"; 04 October 2026; </w:t>
      </w:r>
      <w:hyperlink r:id="rId15">
        <w:r>
          <w:rPr>
            <w:color w:val="8A5D00"/>
            <w:sz w:val="17"/>
          </w:rPr>
          <w:t xml:space="preserve">https://allafrica.com/stories/202610050079.html</w:t>
        </w:r>
      </w:hyperlink>
      <w:r>
        <w:rPr>
          <w:sz w:val="17"/>
        </w:rPr>
        <w:t>; accessed 05 October 2026; Source descriptor: regional press, pro-Somaliland (syndicated).</w:t>
      </w:r>
    </w:p>
    <w:p>
      <w:r>
        <w:rPr>
          <w:sz w:val="17"/>
          <w:vertAlign w:val="superscript"/>
        </w:rPr>
        <w:t>[7]</w:t>
      </w:r>
      <w:r>
        <w:rPr>
          <w:sz w:val="17"/>
        </w:rPr>
        <w:t xml:space="preserve"> George Oshogwe Ogbolu; Naija News; "28 Killed In Fresh Plateau Attacks Despite Curfew"; 05 October 2026, 0558; </w:t>
      </w:r>
      <w:hyperlink r:id="rId16">
        <w:r>
          <w:rPr>
            <w:color w:val="8A5D00"/>
            <w:sz w:val="17"/>
          </w:rPr>
          <w:t xml:space="preserve">https://www.naijanews.com/2026/10/05/28-killed-in-fresh-plateau-attacks-despite-curfew/</w:t>
        </w:r>
      </w:hyperlink>
      <w:r>
        <w:rPr>
          <w:sz w:val="17"/>
        </w:rPr>
        <w:t>; accessed 05 October 2026; Source descriptor: regional press.</w:t>
      </w:r>
    </w:p>
    <w:p>
      <w:r>
        <w:rPr>
          <w:b/>
        </w:rPr>
        <w:t>CENTCOM</w:t>
      </w:r>
    </w:p>
    <w:p>
      <w:r>
        <w:rPr>
          <w:sz w:val="17"/>
          <w:vertAlign w:val="superscript"/>
        </w:rPr>
        <w:t>[8]</w:t>
      </w:r>
      <w:r>
        <w:rPr>
          <w:sz w:val="17"/>
        </w:rPr>
        <w:t xml:space="preserve"> Associated Press via ABC News; "Yemen's government declares a major operation against the Houthis, and other Mideast news"; 04 October 2026, 0847 UTC; </w:t>
      </w:r>
      <w:hyperlink r:id="rId17">
        <w:r>
          <w:rPr>
            <w:color w:val="8A5D00"/>
            <w:sz w:val="17"/>
          </w:rPr>
          <w:t xml:space="preserve">https://abcnews.com/International/wireStory/yemens-government-declares-major-operation-houthis-mideast-news-136983229</w:t>
        </w:r>
      </w:hyperlink>
      <w:r>
        <w:rPr>
          <w:sz w:val="17"/>
        </w:rPr>
        <w:t>; accessed 05 October 2026; Source descriptor: international wire service (syndicated).</w:t>
      </w:r>
    </w:p>
    <w:p>
      <w:r>
        <w:rPr>
          <w:sz w:val="17"/>
          <w:vertAlign w:val="superscript"/>
        </w:rPr>
        <w:t>[9]</w:t>
      </w:r>
      <w:r>
        <w:rPr>
          <w:sz w:val="17"/>
        </w:rPr>
        <w:t xml:space="preserve"> Fida Hussnain; Pakistan Observer; "Yemen army claims 1,747 Houthis neutralised in 1,122 operations"; 05 October 2026, 0807 UTC; </w:t>
      </w:r>
      <w:hyperlink r:id="rId18">
        <w:r>
          <w:rPr>
            <w:color w:val="8A5D00"/>
            <w:sz w:val="17"/>
          </w:rPr>
          <w:t xml:space="preserve">https://pakobserver.net/yemen-army-claims-1747-houthis-neutralised-in-1122-operations/</w:t>
        </w:r>
      </w:hyperlink>
      <w:r>
        <w:rPr>
          <w:sz w:val="17"/>
        </w:rPr>
        <w:t>; accessed 05 October 2026; Source descriptor: regional press reporting Yemeni government claims.</w:t>
      </w:r>
    </w:p>
    <w:p>
      <w:r>
        <w:rPr>
          <w:sz w:val="17"/>
          <w:vertAlign w:val="superscript"/>
        </w:rPr>
        <w:t>[10]</w:t>
      </w:r>
      <w:r>
        <w:rPr>
          <w:sz w:val="17"/>
        </w:rPr>
        <w:t xml:space="preserve"> Newsroom; Turkiye Today; "Tanker reports explosions off Yemen's coast as Saudi-led coalition reaffirms Yemen support"; 04 October 2026, 2302 GMT+3; </w:t>
      </w:r>
      <w:hyperlink r:id="rId19">
        <w:r>
          <w:rPr>
            <w:color w:val="8A5D00"/>
            <w:sz w:val="17"/>
          </w:rPr>
          <w:t xml:space="preserve">https://www.turkiyetoday.com/region/tanker-reports-explosions-off-yemens-coast-as-saudi-led-coalition-reaffirms-yemen-sup-3229612</w:t>
        </w:r>
      </w:hyperlink>
      <w:r>
        <w:rPr>
          <w:sz w:val="17"/>
        </w:rPr>
        <w:t>; accessed 05 October 2026; Source descriptor: regional press citing UKMTO.</w:t>
      </w:r>
    </w:p>
    <w:p>
      <w:r>
        <w:rPr>
          <w:sz w:val="17"/>
          <w:vertAlign w:val="superscript"/>
        </w:rPr>
        <w:t>[11]</w:t>
      </w:r>
      <w:r>
        <w:rPr>
          <w:sz w:val="17"/>
        </w:rPr>
        <w:t xml:space="preserve"> Associated Press via Action News Jax; "Yemen's government declares a major operation against the Houthis, and other Mideast news" (updated version); 04 October 2026, 2000 UTC; </w:t>
      </w:r>
      <w:hyperlink r:id="rId20">
        <w:r>
          <w:rPr>
            <w:color w:val="8A5D00"/>
            <w:sz w:val="17"/>
          </w:rPr>
          <w:t xml:space="preserve">https://www.actionnewsjax.com/news/world/israeli-strike-kills/TJVMAUDLRM5JZJETPQMGBLNNRY/?outputType=amp</w:t>
        </w:r>
      </w:hyperlink>
      <w:r>
        <w:rPr>
          <w:sz w:val="17"/>
        </w:rPr>
        <w:t>; accessed 05 October 2026; Source descriptor: international wire service (syndicated).</w:t>
      </w:r>
    </w:p>
    <w:p>
      <w:r>
        <w:rPr>
          <w:sz w:val="17"/>
          <w:vertAlign w:val="superscript"/>
        </w:rPr>
        <w:t>[12]</w:t>
      </w:r>
      <w:r>
        <w:rPr>
          <w:sz w:val="17"/>
        </w:rPr>
        <w:t xml:space="preserve"> Iran International; "Tanker hit by unknown projectile in Strait of Hormuz, UKMTO says"; 04 October 2026, 0752 GMT (modified 1057 GMT); </w:t>
      </w:r>
      <w:hyperlink r:id="rId21">
        <w:r>
          <w:rPr>
            <w:color w:val="8A5D00"/>
            <w:sz w:val="17"/>
          </w:rPr>
          <w:t xml:space="preserve">https://www.iranintl.com/en/202610044767</w:t>
        </w:r>
      </w:hyperlink>
      <w:r>
        <w:rPr>
          <w:sz w:val="17"/>
        </w:rPr>
        <w:t>; accessed 05 October 2026; Source descriptor: London-based Persian-language outlet, opposition-leaning.</w:t>
      </w:r>
    </w:p>
    <w:p>
      <w:r>
        <w:rPr>
          <w:sz w:val="17"/>
          <w:vertAlign w:val="superscript"/>
        </w:rPr>
        <w:t>[13]</w:t>
      </w:r>
      <w:r>
        <w:rPr>
          <w:sz w:val="17"/>
        </w:rPr>
        <w:t xml:space="preserve"> ANI via The Tribune (India); "Iran oil minister resigns, replaced by top executive amid US blockade on Tehran's exports"; 05 October 2026, 1341 IST; </w:t>
      </w:r>
      <w:hyperlink r:id="rId22">
        <w:r>
          <w:rPr>
            <w:color w:val="8A5D00"/>
            <w:sz w:val="17"/>
          </w:rPr>
          <w:t xml:space="preserve">https://www.tribuneindia.com/news/hamid-bovard/iran-oil-minister-resigns-replaced-by-top-executive-amid-us-blockade-on-tehrans-exports</w:t>
        </w:r>
      </w:hyperlink>
      <w:r>
        <w:rPr>
          <w:sz w:val="17"/>
        </w:rPr>
        <w:t>; accessed 05 October 2026; Source descriptor: regional wire service (syndicated).</w:t>
      </w:r>
    </w:p>
    <w:p>
      <w:r>
        <w:rPr>
          <w:sz w:val="17"/>
          <w:vertAlign w:val="superscript"/>
        </w:rPr>
        <w:t>[14]</w:t>
      </w:r>
      <w:r>
        <w:rPr>
          <w:sz w:val="17"/>
        </w:rPr>
        <w:t xml:space="preserve"> Iran International; "Iran oil minister resigns for 'personal reasons'"; 04 October 2026, 1706 GMT; </w:t>
      </w:r>
      <w:hyperlink r:id="rId23">
        <w:r>
          <w:rPr>
            <w:color w:val="8A5D00"/>
            <w:sz w:val="17"/>
          </w:rPr>
          <w:t xml:space="preserve">https://www.iranintl.com/en/202610045597</w:t>
        </w:r>
      </w:hyperlink>
      <w:r>
        <w:rPr>
          <w:sz w:val="17"/>
        </w:rPr>
        <w:t>; accessed 05 October 2026; Source descriptor: London-based Persian-language outlet, opposition-leaning.</w:t>
      </w:r>
    </w:p>
    <w:p>
      <w:r>
        <w:rPr>
          <w:sz w:val="17"/>
          <w:vertAlign w:val="superscript"/>
        </w:rPr>
        <w:t>[15]</w:t>
      </w:r>
      <w:r>
        <w:rPr>
          <w:sz w:val="17"/>
        </w:rPr>
        <w:t xml:space="preserve"> CBS News; live updates on Iran, US troop deployments and the midterm elections; updated 05 October 2026, 0240 EDT; </w:t>
      </w:r>
      <w:hyperlink r:id="rId24">
        <w:r>
          <w:rPr>
            <w:color w:val="8A5D00"/>
            <w:sz w:val="17"/>
          </w:rPr>
          <w:t xml:space="preserve">https://www.cbsnews.com/live-updates/trump-iran-war-us-midterm-elections-troops-deployment/</w:t>
        </w:r>
      </w:hyperlink>
      <w:r>
        <w:rPr>
          <w:sz w:val="17"/>
        </w:rPr>
        <w:t>; accessed 05 October 2026; Source descriptor: US national broadcaster (live blog).</w:t>
      </w:r>
    </w:p>
    <w:p>
      <w:r>
        <w:rPr>
          <w:sz w:val="17"/>
          <w:vertAlign w:val="superscript"/>
        </w:rPr>
        <w:t>[16]</w:t>
      </w:r>
      <w:r>
        <w:rPr>
          <w:sz w:val="17"/>
        </w:rPr>
        <w:t xml:space="preserve"> The National; "Six Palestinians killed in Israeli strikes across Gaza Strip"; 04 October 2026, 1028; </w:t>
      </w:r>
      <w:hyperlink r:id="rId25">
        <w:r>
          <w:rPr>
            <w:color w:val="8A5D00"/>
            <w:sz w:val="17"/>
          </w:rPr>
          <w:t xml:space="preserve">https://www.thenationalnews.com/news/mena/2026/10/04/six-palestinians-killed-in-israeli-strikes-across-gaza/</w:t>
        </w:r>
      </w:hyperlink>
      <w:r>
        <w:rPr>
          <w:sz w:val="17"/>
        </w:rPr>
        <w:t>; accessed 05 October 2026; Source descriptor: regional press, UAE state-linked ownership.</w:t>
      </w:r>
    </w:p>
    <w:p>
      <w:r>
        <w:rPr>
          <w:sz w:val="17"/>
          <w:vertAlign w:val="superscript"/>
        </w:rPr>
        <w:t>[17]</w:t>
      </w:r>
      <w:r>
        <w:rPr>
          <w:sz w:val="17"/>
        </w:rPr>
        <w:t xml:space="preserve"> Times of Israel; "Oct. 4: Netanyahu orders 'thorough review' of security procedures for foreign flights to Israel" (liveblog); 04 October 2026, entries 1937–2251 IDT; </w:t>
      </w:r>
      <w:hyperlink r:id="rId26">
        <w:r>
          <w:rPr>
            <w:color w:val="8A5D00"/>
            <w:sz w:val="17"/>
          </w:rPr>
          <w:t xml:space="preserve">https://www.timesofisrael.com/liveblog-october-04-2026/</w:t>
        </w:r>
      </w:hyperlink>
      <w:r>
        <w:rPr>
          <w:sz w:val="17"/>
        </w:rPr>
        <w:t>; accessed 05 October 2026; Source descriptor: regional press (live blog).</w:t>
      </w:r>
    </w:p>
    <w:p>
      <w:r>
        <w:rPr>
          <w:sz w:val="17"/>
          <w:vertAlign w:val="superscript"/>
        </w:rPr>
        <w:t>[18]</w:t>
      </w:r>
      <w:r>
        <w:rPr>
          <w:sz w:val="17"/>
        </w:rPr>
        <w:t xml:space="preserve"> Naimat Khan; Arab News Pakistan; "Pakistan opposition to resume march as capital restricts access to government district"; 05 October 2026; </w:t>
      </w:r>
      <w:hyperlink r:id="rId27">
        <w:r>
          <w:rPr>
            <w:color w:val="8A5D00"/>
            <w:sz w:val="17"/>
          </w:rPr>
          <w:t xml:space="preserve">https://www.arabnews.pk/pakistan/pakistan-opposition-to-resume-march-as-capital-restricts-access-to-government-district-3003216</w:t>
        </w:r>
      </w:hyperlink>
      <w:r>
        <w:rPr>
          <w:sz w:val="17"/>
        </w:rPr>
        <w:t>; accessed 05 October 2026; Source descriptor: regional press, Saudi-owned.</w:t>
      </w:r>
    </w:p>
    <w:p>
      <w:r>
        <w:rPr>
          <w:b/>
        </w:rPr>
        <w:t>EUCOM</w:t>
      </w:r>
    </w:p>
    <w:p>
      <w:r>
        <w:rPr>
          <w:sz w:val="17"/>
          <w:vertAlign w:val="superscript"/>
        </w:rPr>
        <w:t>[19]</w:t>
      </w:r>
      <w:r>
        <w:rPr>
          <w:sz w:val="17"/>
        </w:rPr>
        <w:t xml:space="preserve"> Simona-Alex Mihaleva and Kaloyan Kirilov; BTA; "Preliminary Results Show No Surprises in Bosnia and Herzegovina's General Elections"; 04 October 2026, 2157; </w:t>
      </w:r>
      <w:hyperlink r:id="rId28">
        <w:r>
          <w:rPr>
            <w:color w:val="8A5D00"/>
            <w:sz w:val="17"/>
          </w:rPr>
          <w:t xml:space="preserve">https://www.bta.bg/en/news/balkans/1217537-preliminary-results-show-no-surprises-in-bosnia-and-herzegovina-s-general-electi</w:t>
        </w:r>
      </w:hyperlink>
      <w:r>
        <w:rPr>
          <w:sz w:val="17"/>
        </w:rPr>
        <w:t>; accessed 05 October 2026; Source descriptor: state-affiliated media (Bulgaria, EU member state news agency).</w:t>
      </w:r>
    </w:p>
    <w:p>
      <w:r>
        <w:rPr>
          <w:sz w:val="17"/>
          <w:vertAlign w:val="superscript"/>
        </w:rPr>
        <w:t>[20]</w:t>
      </w:r>
      <w:r>
        <w:rPr>
          <w:sz w:val="17"/>
        </w:rPr>
        <w:t xml:space="preserve"> Martin Fornusek; Kyiv Independent; "Pro-Russian Dodik claims party victory in Bosnian elections"; 05 October 2026, 1033; </w:t>
      </w:r>
      <w:hyperlink r:id="rId29">
        <w:r>
          <w:rPr>
            <w:color w:val="8A5D00"/>
            <w:sz w:val="17"/>
          </w:rPr>
          <w:t xml:space="preserve">https://kyivindependent.com/pro-russian-dodik-claims-party-victory-in-bosnian-elections/</w:t>
        </w:r>
      </w:hyperlink>
      <w:r>
        <w:rPr>
          <w:sz w:val="17"/>
        </w:rPr>
        <w:t>; accessed 05 October 2026; Source descriptor: regional press.</w:t>
      </w:r>
    </w:p>
    <w:p>
      <w:r>
        <w:rPr>
          <w:sz w:val="17"/>
          <w:vertAlign w:val="superscript"/>
        </w:rPr>
        <w:t>[21]</w:t>
      </w:r>
      <w:r>
        <w:rPr>
          <w:sz w:val="17"/>
        </w:rPr>
        <w:t xml:space="preserve"> LSM English (Latvian Public Media); "New Latvian Saeima starts to shape up with nearly all votes counted"; 04 October 2026, 0740 (updated 0847); </w:t>
      </w:r>
      <w:hyperlink r:id="rId30">
        <w:r>
          <w:rPr>
            <w:color w:val="8A5D00"/>
            <w:sz w:val="17"/>
          </w:rPr>
          <w:t xml:space="preserve">https://eng.lsm.lv/article/politics/election/04.10.2026-new-latvian-saeima-starts-to-shape-up-with-nearly-all-votes-counted.a666021/</w:t>
        </w:r>
      </w:hyperlink>
      <w:r>
        <w:rPr>
          <w:sz w:val="17"/>
        </w:rPr>
        <w:t>; accessed 05 October 2026; Source descriptor: public broadcaster.</w:t>
      </w:r>
    </w:p>
    <w:p>
      <w:r>
        <w:rPr>
          <w:sz w:val="17"/>
          <w:vertAlign w:val="superscript"/>
        </w:rPr>
        <w:t>[22]</w:t>
      </w:r>
      <w:r>
        <w:rPr>
          <w:sz w:val="17"/>
        </w:rPr>
        <w:t xml:space="preserve"> Linas Jegelevicius; bne IntelliNews; "Latvia's ruling United List secures 42 seats in 100-seat parliament on record-low turnout"; 04 October 2026, 1428 UTC; </w:t>
      </w:r>
      <w:hyperlink r:id="rId31">
        <w:r>
          <w:rPr>
            <w:color w:val="8A5D00"/>
            <w:sz w:val="17"/>
          </w:rPr>
          <w:t xml:space="preserve">https://www.intellinews.com/latvia-s-ruling-united-list-secures-42-seats-in-100-seat-parliament-on-record-low-turnout-473197/</w:t>
        </w:r>
      </w:hyperlink>
      <w:r>
        <w:rPr>
          <w:sz w:val="17"/>
        </w:rPr>
        <w:t>; accessed 05 October 2026; Source descriptor: regional press.</w:t>
      </w:r>
    </w:p>
    <w:p>
      <w:r>
        <w:rPr>
          <w:sz w:val="17"/>
          <w:vertAlign w:val="superscript"/>
        </w:rPr>
        <w:t>[23]</w:t>
      </w:r>
      <w:r>
        <w:rPr>
          <w:sz w:val="17"/>
        </w:rPr>
        <w:t xml:space="preserve"> Francis Farrell; Kyiv Independent; "Kharkiv targeted in deadly Banderol strike as Russia kills 5, injures 61 across Ukraine over past day"; 05 October 2026, 1105; </w:t>
      </w:r>
      <w:hyperlink r:id="rId32">
        <w:r>
          <w:rPr>
            <w:color w:val="8A5D00"/>
            <w:sz w:val="17"/>
          </w:rPr>
          <w:t xml:space="preserve">https://kyivindependent.com/kharkiv-targeted-in-deadly-banderol-strike-as-russia-kills-5-injures-61-across-ukraine-over-past-day/</w:t>
        </w:r>
      </w:hyperlink>
      <w:r>
        <w:rPr>
          <w:sz w:val="17"/>
        </w:rPr>
        <w:t>; accessed 05 October 2026; Source descriptor: regional press.</w:t>
      </w:r>
    </w:p>
    <w:p>
      <w:r>
        <w:rPr>
          <w:sz w:val="17"/>
          <w:vertAlign w:val="superscript"/>
        </w:rPr>
        <w:t>[24]</w:t>
      </w:r>
      <w:r>
        <w:rPr>
          <w:sz w:val="17"/>
        </w:rPr>
        <w:t xml:space="preserve"> Polina Moroziuk; Kyiv Independent; "Russian Su-35, Su-34 fighter jets hit by drones at airfield in Adygea, SBU says"; 04 October 2026, 1813; </w:t>
      </w:r>
      <w:hyperlink r:id="rId33">
        <w:r>
          <w:rPr>
            <w:color w:val="8A5D00"/>
            <w:sz w:val="17"/>
          </w:rPr>
          <w:t xml:space="preserve">https://kyivindependent.com/russian-su-35-su-34-fighter-jets-hit-by-drones-at-airfield-in-adygea-sbu-says/</w:t>
        </w:r>
      </w:hyperlink>
      <w:r>
        <w:rPr>
          <w:sz w:val="17"/>
        </w:rPr>
        <w:t>; accessed 05 October 2026; Source descriptor: regional press relaying official Ukrainian claims.</w:t>
      </w:r>
    </w:p>
    <w:p>
      <w:r>
        <w:rPr>
          <w:sz w:val="17"/>
          <w:vertAlign w:val="superscript"/>
        </w:rPr>
        <w:t>[25]</w:t>
      </w:r>
      <w:r>
        <w:rPr>
          <w:sz w:val="17"/>
        </w:rPr>
        <w:t xml:space="preserve"> Abbey Fenbert; Kyiv Independent; "Ukraine's deep strikes have wrecked over half of Russia's oil refining capacity, Defense Ministry says"; 04 October 2026, 2246; </w:t>
      </w:r>
      <w:hyperlink r:id="rId34">
        <w:r>
          <w:rPr>
            <w:color w:val="8A5D00"/>
            <w:sz w:val="17"/>
          </w:rPr>
          <w:t xml:space="preserve">https://kyivindependent.com/ukraines-deep-strikes-have-wrecked-over-half-of-russias-oil-refining-capacity-defense-ministry-says/</w:t>
        </w:r>
      </w:hyperlink>
      <w:r>
        <w:rPr>
          <w:sz w:val="17"/>
        </w:rPr>
        <w:t>; accessed 05 October 2026; Source descriptor: regional press relaying official Ukrainian claims.</w:t>
      </w:r>
    </w:p>
    <w:p>
      <w:r>
        <w:rPr>
          <w:sz w:val="17"/>
          <w:vertAlign w:val="superscript"/>
        </w:rPr>
        <w:t>[26]</w:t>
      </w:r>
      <w:r>
        <w:rPr>
          <w:sz w:val="17"/>
        </w:rPr>
        <w:t xml:space="preserve"> Abbey Fenbert; Kyiv Independent; "US proposes trilateral talks with Russia, Ukraine by end of October, Zelensky says"; 04 October 2026, 2358; </w:t>
      </w:r>
      <w:hyperlink r:id="rId35">
        <w:r>
          <w:rPr>
            <w:color w:val="8A5D00"/>
            <w:sz w:val="17"/>
          </w:rPr>
          <w:t xml:space="preserve">https://kyivindependent.com/us-proposes-trilateral-talks-with-russia-ukraine-by-end-of-october-zelensky-says/</w:t>
        </w:r>
      </w:hyperlink>
      <w:r>
        <w:rPr>
          <w:sz w:val="17"/>
        </w:rPr>
        <w:t>; accessed 05 October 2026; Source descriptor: regional press.</w:t>
      </w:r>
    </w:p>
    <w:p>
      <w:r>
        <w:rPr>
          <w:sz w:val="17"/>
          <w:vertAlign w:val="superscript"/>
        </w:rPr>
        <w:t>[27]</w:t>
      </w:r>
      <w:r>
        <w:rPr>
          <w:sz w:val="17"/>
        </w:rPr>
        <w:t xml:space="preserve"> Abbey Fenbert; Kyiv Independent; "'Very dangerous moment' — Russia sharing jet-powered drone tech with North Korea, Zelensky says"; 04 October 2026, 1936; </w:t>
      </w:r>
      <w:hyperlink r:id="rId36">
        <w:r>
          <w:rPr>
            <w:color w:val="8A5D00"/>
            <w:sz w:val="17"/>
          </w:rPr>
          <w:t xml:space="preserve">https://kyivindependent.com/very-dangerous-moment-russia-sharing-jet-powered-drone-tech-with-north-korea-zelensky-says/</w:t>
        </w:r>
      </w:hyperlink>
      <w:r>
        <w:rPr>
          <w:sz w:val="17"/>
        </w:rPr>
        <w:t>; accessed 05 October 2026; Source descriptor: regional press.</w:t>
      </w:r>
    </w:p>
    <w:p>
      <w:r>
        <w:rPr>
          <w:sz w:val="17"/>
          <w:vertAlign w:val="superscript"/>
        </w:rPr>
        <w:t>[28]</w:t>
      </w:r>
      <w:r>
        <w:rPr>
          <w:sz w:val="17"/>
        </w:rPr>
        <w:t xml:space="preserve"> Jonas Heins; Kyiv Independent; "Shell injures border guard at Moldova-Ukraine border, hits bus"; 05 October 2026, 1147; </w:t>
      </w:r>
      <w:hyperlink r:id="rId37">
        <w:r>
          <w:rPr>
            <w:color w:val="8A5D00"/>
            <w:sz w:val="17"/>
          </w:rPr>
          <w:t xml:space="preserve">https://kyivindependent.com/shell-injures-border-guard-at-moldova-ukraine-border-hits-bus/</w:t>
        </w:r>
      </w:hyperlink>
      <w:r>
        <w:rPr>
          <w:sz w:val="17"/>
        </w:rPr>
        <w:t>; accessed 05 October 2026; Source descriptor: regional press.</w:t>
      </w:r>
    </w:p>
    <w:p>
      <w:r>
        <w:rPr>
          <w:b/>
        </w:rPr>
        <w:t>INDOPACOM</w:t>
      </w:r>
    </w:p>
    <w:p>
      <w:r>
        <w:rPr>
          <w:sz w:val="17"/>
          <w:vertAlign w:val="superscript"/>
        </w:rPr>
        <w:t>[29]</w:t>
      </w:r>
      <w:r>
        <w:rPr>
          <w:sz w:val="17"/>
        </w:rPr>
        <w:t xml:space="preserve"> Reuters via Media Selangor; "Philippines accuses Chinese Coast Guard of blocking law enforcement mission near Thitu"; 04 October 2026, 1012 local; </w:t>
      </w:r>
      <w:hyperlink r:id="rId38">
        <w:r>
          <w:rPr>
            <w:color w:val="8A5D00"/>
            <w:sz w:val="17"/>
          </w:rPr>
          <w:t xml:space="preserve">https://mediaselangor.com/en/2026/10/399254</w:t>
        </w:r>
      </w:hyperlink>
      <w:r>
        <w:rPr>
          <w:sz w:val="17"/>
        </w:rPr>
        <w:t>; accessed 05 October 2026; Source descriptor: international wire service (syndicated via Malaysian state government outlet).</w:t>
      </w:r>
    </w:p>
    <w:p>
      <w:r>
        <w:rPr>
          <w:sz w:val="17"/>
          <w:vertAlign w:val="superscript"/>
        </w:rPr>
        <w:t>[30]</w:t>
      </w:r>
      <w:r>
        <w:rPr>
          <w:sz w:val="17"/>
        </w:rPr>
        <w:t xml:space="preserve"> GMA News via HeadTopics; "Chinese Vessels Obstruct Philippine Anti-Dynamite Fishing Operation Near Pag-asa Island"; 04 October 2026, 1831 PHT; </w:t>
      </w:r>
      <w:hyperlink r:id="rId39">
        <w:r>
          <w:rPr>
            <w:color w:val="8A5D00"/>
            <w:sz w:val="17"/>
          </w:rPr>
          <w:t xml:space="preserve">https://ph.headtopics.com/news/chinese-vessels-obstruct-philippine-anti-dynamite-fishing-88437107</w:t>
        </w:r>
      </w:hyperlink>
      <w:r>
        <w:rPr>
          <w:sz w:val="17"/>
        </w:rPr>
        <w:t>; accessed 05 October 2026; Source descriptor: national broadcaster via news aggregator.</w:t>
      </w:r>
    </w:p>
    <w:p>
      <w:r>
        <w:rPr>
          <w:sz w:val="17"/>
          <w:vertAlign w:val="superscript"/>
        </w:rPr>
        <w:t>[31]</w:t>
      </w:r>
      <w:r>
        <w:rPr>
          <w:sz w:val="17"/>
        </w:rPr>
        <w:t xml:space="preserve"> Yonhap via Korea Times; "Lee calls for breaking off from 'vicious cycle of hostility' for peace"; 05 October 2026, 0021 KST (updated 0940 KST); </w:t>
      </w:r>
      <w:hyperlink r:id="rId40">
        <w:r>
          <w:rPr>
            <w:color w:val="8A5D00"/>
            <w:sz w:val="17"/>
          </w:rPr>
          <w:t xml:space="preserve">https://www.koreatimes.co.kr/southkorea/20261005/lee-calls-for-breaking-off-from-vicious-cycle-of-hostility-for-peace</w:t>
        </w:r>
      </w:hyperlink>
      <w:r>
        <w:rPr>
          <w:sz w:val="17"/>
        </w:rPr>
        <w:t>; accessed 05 October 2026; Source descriptor: national wire service (syndicated).</w:t>
      </w:r>
    </w:p>
    <w:p>
      <w:r>
        <w:rPr>
          <w:sz w:val="17"/>
          <w:vertAlign w:val="superscript"/>
        </w:rPr>
        <w:t>[32]</w:t>
      </w:r>
      <w:r>
        <w:rPr>
          <w:sz w:val="17"/>
        </w:rPr>
        <w:t xml:space="preserve"> Kim Yun-Na-Young; Kyunghyang Shinmun; "President Lee 'Nothing to gain from reciprocity but repeated crises… time to recall the words of President Roh Moo-hyun'"; 04 October 2026, 1644 KST; </w:t>
      </w:r>
      <w:hyperlink r:id="rId41">
        <w:r>
          <w:rPr>
            <w:color w:val="8A5D00"/>
            <w:sz w:val="17"/>
          </w:rPr>
          <w:t xml:space="preserve">https://khan.co.kr/en/article/202610041644007</w:t>
        </w:r>
      </w:hyperlink>
      <w:r>
        <w:rPr>
          <w:sz w:val="17"/>
        </w:rPr>
        <w:t>; accessed 05 October 2026; Source descriptor: national press.</w:t>
      </w:r>
    </w:p>
    <w:p>
      <w:r>
        <w:rPr>
          <w:sz w:val="17"/>
          <w:vertAlign w:val="superscript"/>
        </w:rPr>
        <w:t>[33]</w:t>
      </w:r>
      <w:r>
        <w:rPr>
          <w:sz w:val="17"/>
        </w:rPr>
        <w:t xml:space="preserve"> Korea JoongAng Daily; "Foreign, unification ministers reportedly clash over cybersanctions on North following DMZ explosion"; 05 October 2026, 1155 KST; </w:t>
      </w:r>
      <w:hyperlink r:id="rId42">
        <w:r>
          <w:rPr>
            <w:color w:val="8A5D00"/>
            <w:sz w:val="17"/>
          </w:rPr>
          <w:t xml:space="preserve">https://www.koreajoongangdaily.com/korea/foreign-unification-ministers-reportedly-clash-over-cybersanctions-on-north-following-dmz-explosion/12904533</w:t>
        </w:r>
      </w:hyperlink>
      <w:r>
        <w:rPr>
          <w:sz w:val="17"/>
        </w:rPr>
        <w:t>; accessed 05 October 2026; Source descriptor: national press citing unnamed sources.</w:t>
      </w:r>
    </w:p>
    <w:p>
      <w:r>
        <w:rPr>
          <w:sz w:val="17"/>
          <w:vertAlign w:val="superscript"/>
        </w:rPr>
        <w:t>[34]</w:t>
      </w:r>
      <w:r>
        <w:rPr>
          <w:sz w:val="17"/>
        </w:rPr>
        <w:t xml:space="preserve"> AP/Reuters via ABC News (Australia); "US marine arrested on suspicion of murder and robbery in Japan's Okinawa"; 05 October 2026, 0917 UTC; </w:t>
      </w:r>
      <w:hyperlink r:id="rId43">
        <w:r>
          <w:rPr>
            <w:color w:val="8A5D00"/>
            <w:sz w:val="17"/>
          </w:rPr>
          <w:t xml:space="preserve">https://www.abc.net.au/news/2026-10-05/us-marine-arrested-on-suspicion-of-murder-in-japan-okinawa/107228414</w:t>
        </w:r>
      </w:hyperlink>
      <w:r>
        <w:rPr>
          <w:sz w:val="17"/>
        </w:rPr>
        <w:t>; accessed 05 October 2026; Source descriptor: international wire services via public broadcaster.</w:t>
      </w:r>
    </w:p>
    <w:p>
      <w:r>
        <w:rPr>
          <w:sz w:val="17"/>
          <w:vertAlign w:val="superscript"/>
        </w:rPr>
        <w:t>[35]</w:t>
      </w:r>
      <w:r>
        <w:rPr>
          <w:sz w:val="17"/>
        </w:rPr>
        <w:t xml:space="preserve"> Jiji Press via Nippon.com; "Okinawans Rally after Arrest of U.S. Marine in Robbery-Murder"; 05 October 2026, 1108 JST; </w:t>
      </w:r>
      <w:hyperlink r:id="rId44">
        <w:r>
          <w:rPr>
            <w:color w:val="8A5D00"/>
            <w:sz w:val="17"/>
          </w:rPr>
          <w:t xml:space="preserve">https://www.nippon.com/en/news/yjj2026100400365/okinawans-rally-after-arrest-of-u-s-marine-in-robbery-murder.html</w:t>
        </w:r>
      </w:hyperlink>
      <w:r>
        <w:rPr>
          <w:sz w:val="17"/>
        </w:rPr>
        <w:t>; accessed 05 October 2026; Source descriptor: national wire service (syndicated).</w:t>
      </w:r>
    </w:p>
    <w:p>
      <w:r>
        <w:rPr>
          <w:sz w:val="17"/>
          <w:vertAlign w:val="superscript"/>
        </w:rPr>
        <w:t>[36]</w:t>
      </w:r>
      <w:r>
        <w:rPr>
          <w:sz w:val="17"/>
        </w:rPr>
        <w:t xml:space="preserve"> Khushboo Razdan; South China Morning Post; "Days after Xi-Trump summit, top Taiwan diplomat opens de facto consulate in US"; 05 October 2026, 1513 HKT; </w:t>
      </w:r>
      <w:hyperlink r:id="rId45">
        <w:r>
          <w:rPr>
            <w:color w:val="8A5D00"/>
            <w:sz w:val="17"/>
          </w:rPr>
          <w:t xml:space="preserve">https://scmp.com/news/china/diplomacy/article/3369770/days-after-xi-trump-summit-top-taiwan-diplomat-opens-de-facto-consulate-us</w:t>
        </w:r>
      </w:hyperlink>
      <w:r>
        <w:rPr>
          <w:sz w:val="17"/>
        </w:rPr>
        <w:t>; accessed 05 October 2026; Source descriptor: regional press (Hong Kong, Alibaba-owned).</w:t>
      </w:r>
    </w:p>
    <w:p>
      <w:r>
        <w:rPr>
          <w:sz w:val="17"/>
          <w:vertAlign w:val="superscript"/>
        </w:rPr>
        <w:t>[37]</w:t>
      </w:r>
      <w:r>
        <w:rPr>
          <w:sz w:val="17"/>
        </w:rPr>
        <w:t xml:space="preserve"> Reuters via AsiaOne; "Taiwan foreign minister visits US for opening of new Arizona office"; 05 October 2026, 0745 SGT; </w:t>
      </w:r>
      <w:hyperlink r:id="rId46">
        <w:r>
          <w:rPr>
            <w:color w:val="8A5D00"/>
            <w:sz w:val="17"/>
          </w:rPr>
          <w:t xml:space="preserve">https://www.asiaone.com/world/taiwan-foreign-minister-visits-us-opening-new-arizona-office</w:t>
        </w:r>
      </w:hyperlink>
      <w:r>
        <w:rPr>
          <w:sz w:val="17"/>
        </w:rPr>
        <w:t>; accessed 05 October 2026; Source descriptor: international wire service (syndicated).</w:t>
      </w:r>
    </w:p>
    <w:p>
      <w:r>
        <w:rPr>
          <w:sz w:val="17"/>
          <w:vertAlign w:val="superscript"/>
        </w:rPr>
        <w:t>[38]</w:t>
      </w:r>
      <w:r>
        <w:rPr>
          <w:sz w:val="17"/>
        </w:rPr>
        <w:t xml:space="preserve"> Fedir Kryshtovskyi; UA.News; "Pentagon expected to place representatives at Taiwan's Ministry of National Defense — Taipei Times"; 04 October 2026, 0112; </w:t>
      </w:r>
      <w:hyperlink r:id="rId47">
        <w:r>
          <w:rPr>
            <w:color w:val="8A5D00"/>
            <w:sz w:val="17"/>
          </w:rPr>
          <w:t xml:space="preserve">https://ua.news/en/world/ochikuietsia-shcho-pentagon-rozmistit-predstavnikiv-u-minoboroni-taivaniu-taipei-times</w:t>
        </w:r>
      </w:hyperlink>
      <w:r>
        <w:rPr>
          <w:sz w:val="17"/>
        </w:rPr>
        <w:t>; accessed 05 October 2026; Source descriptor: secondary summary of a Taipei Times report (original not accessible).</w:t>
      </w:r>
    </w:p>
    <w:p>
      <w:r>
        <w:rPr>
          <w:sz w:val="17"/>
          <w:vertAlign w:val="superscript"/>
        </w:rPr>
        <w:t>[39]</w:t>
      </w:r>
      <w:r>
        <w:rPr>
          <w:sz w:val="17"/>
        </w:rPr>
        <w:t xml:space="preserve"> AFP via Malay Mail; "China opens its first overseas air force base in Laos, analysts warn Beijing is only getting started"; 03 October 2026, 1330 MYT; </w:t>
      </w:r>
      <w:hyperlink r:id="rId48">
        <w:r>
          <w:rPr>
            <w:color w:val="8A5D00"/>
            <w:sz w:val="17"/>
          </w:rPr>
          <w:t xml:space="preserve">https://www.malaymail.com/news/world/2026/10/03/china-opens-its-first-overseas-air-force-base-in-laos-analysts-warn-beijing-is-only-getting-started/237501</w:t>
        </w:r>
      </w:hyperlink>
      <w:r>
        <w:rPr>
          <w:sz w:val="17"/>
        </w:rPr>
        <w:t>; accessed 05 October 2026; Source descriptor: international wire service (syndicated).</w:t>
      </w:r>
    </w:p>
    <w:p>
      <w:r>
        <w:rPr>
          <w:sz w:val="17"/>
          <w:vertAlign w:val="superscript"/>
        </w:rPr>
        <w:t>[40]</w:t>
      </w:r>
      <w:r>
        <w:rPr>
          <w:sz w:val="17"/>
        </w:rPr>
        <w:t xml:space="preserve"> ANI; "China expands its military base network in Southeast Asia"; 05 October 2026; </w:t>
      </w:r>
      <w:hyperlink r:id="rId49">
        <w:r>
          <w:rPr>
            <w:color w:val="8A5D00"/>
            <w:sz w:val="17"/>
          </w:rPr>
          <w:t xml:space="preserve">https://aninews.in/news/world/asia/china-expands-its-military-base-network-in-southeast-asia20261005063422/</w:t>
        </w:r>
      </w:hyperlink>
      <w:r>
        <w:rPr>
          <w:sz w:val="17"/>
        </w:rPr>
        <w:t>; accessed 05 October 2026; Source descriptor: regional wire service.</w:t>
      </w:r>
    </w:p>
    <w:p>
      <w:r>
        <w:rPr>
          <w:sz w:val="17"/>
          <w:vertAlign w:val="superscript"/>
        </w:rPr>
        <w:t>[41]</w:t>
      </w:r>
      <w:r>
        <w:rPr>
          <w:sz w:val="17"/>
        </w:rPr>
        <w:t xml:space="preserve"> ANI; "Taiwan raises alarm over 453 citizens missing or detained in China"; 05 October 2026, 1432 IST; </w:t>
      </w:r>
      <w:hyperlink r:id="rId50">
        <w:r>
          <w:rPr>
            <w:color w:val="8A5D00"/>
            <w:sz w:val="17"/>
          </w:rPr>
          <w:t xml:space="preserve">https://www.aninews.in/news/world/asia/taiwan-raises-alarm-over-453-citizens-missing-or-detained-in-china20261005143246/</w:t>
        </w:r>
      </w:hyperlink>
      <w:r>
        <w:rPr>
          <w:sz w:val="17"/>
        </w:rPr>
        <w:t>; accessed 05 October 2026; Source descriptor: regional wire service.</w:t>
      </w:r>
    </w:p>
    <w:p>
      <w:r>
        <w:rPr>
          <w:sz w:val="17"/>
          <w:vertAlign w:val="superscript"/>
        </w:rPr>
        <w:t>[42]</w:t>
      </w:r>
      <w:r>
        <w:rPr>
          <w:sz w:val="17"/>
        </w:rPr>
        <w:t xml:space="preserve"> Chung Li-hua and Sam Garcia; Taipei Times; "Xi could escalate 'gray zone' action in 4th term"; 05 October 2026; </w:t>
      </w:r>
      <w:hyperlink r:id="rId51">
        <w:r>
          <w:rPr>
            <w:color w:val="8A5D00"/>
            <w:sz w:val="17"/>
          </w:rPr>
          <w:t xml:space="preserve">https://www.taipeitimes.com/News/taiwan/archives/2026/10/05/2003865417</w:t>
        </w:r>
      </w:hyperlink>
      <w:r>
        <w:rPr>
          <w:sz w:val="17"/>
        </w:rPr>
        <w:t>; accessed 05 October 2026; Source descriptor: national press.</w:t>
      </w:r>
    </w:p>
    <w:p>
      <w:r>
        <w:rPr>
          <w:sz w:val="17"/>
          <w:vertAlign w:val="superscript"/>
        </w:rPr>
        <w:t>[43]</w:t>
      </w:r>
      <w:r>
        <w:rPr>
          <w:sz w:val="17"/>
        </w:rPr>
        <w:t xml:space="preserve"> Jooheon Kim; NK News; "North Korea slams UN report on human rights abuses as 'propaganda'"; 05 October 2026, 0748 UTC; </w:t>
      </w:r>
      <w:hyperlink r:id="rId52">
        <w:r>
          <w:rPr>
            <w:color w:val="8A5D00"/>
            <w:sz w:val="17"/>
          </w:rPr>
          <w:t xml:space="preserve">https://www.nknews.org/2026/10/north-korea-slams-un-report-on-human-rights-abuses-as-propaganda/</w:t>
        </w:r>
      </w:hyperlink>
      <w:r>
        <w:rPr>
          <w:sz w:val="17"/>
        </w:rPr>
        <w:t>; accessed 05 October 2026; Source descriptor: specialist media relaying KCNA (state-affiliated media, DPRK).</w:t>
      </w:r>
    </w:p>
    <w:p>
      <w:r>
        <w:rPr>
          <w:sz w:val="17"/>
          <w:vertAlign w:val="superscript"/>
        </w:rPr>
        <w:t>[44]</w:t>
      </w:r>
      <w:r>
        <w:rPr>
          <w:sz w:val="17"/>
        </w:rPr>
        <w:t xml:space="preserve"> Anton Sokolin; NK News; "North Korean, Taliban military officials hold talks at Russian war games"; 05 October 2026, 0730 UTC; </w:t>
      </w:r>
      <w:hyperlink r:id="rId53">
        <w:r>
          <w:rPr>
            <w:color w:val="8A5D00"/>
            <w:sz w:val="17"/>
          </w:rPr>
          <w:t xml:space="preserve">https://www.nknews.org/2026/10/north-korea-taliban-military-officials-hold-talks-at-russian-war-games/</w:t>
        </w:r>
      </w:hyperlink>
      <w:r>
        <w:rPr>
          <w:sz w:val="17"/>
        </w:rPr>
        <w:t>; accessed 05 October 2026; Source descriptor: specialist media.</w:t>
      </w:r>
    </w:p>
    <w:p>
      <w:r>
        <w:rPr>
          <w:b/>
        </w:rPr>
        <w:t>NORTHCOM</w:t>
      </w:r>
    </w:p>
    <w:p>
      <w:r>
        <w:rPr>
          <w:sz w:val="17"/>
          <w:vertAlign w:val="superscript"/>
        </w:rPr>
        <w:t>[45]</w:t>
      </w:r>
      <w:r>
        <w:rPr>
          <w:sz w:val="17"/>
        </w:rPr>
        <w:t xml:space="preserve"> Jason Graziadei; Nantucket Current; "Coast Guard Suspends Search For Survivors Of Plane Crash"; 03 October 2026 (updated); </w:t>
      </w:r>
      <w:hyperlink r:id="rId54">
        <w:r>
          <w:rPr>
            <w:color w:val="8A5D00"/>
            <w:sz w:val="17"/>
          </w:rPr>
          <w:t xml:space="preserve">https://nantucketcurrent.com/news/debris-field-from-missing-plane-found-south-of-nantucket</w:t>
        </w:r>
      </w:hyperlink>
      <w:r>
        <w:rPr>
          <w:sz w:val="17"/>
        </w:rPr>
        <w:t>; accessed 05 October 2026; Source descriptor: local press.</w:t>
      </w:r>
    </w:p>
    <w:p>
      <w:r>
        <w:rPr>
          <w:sz w:val="17"/>
          <w:vertAlign w:val="superscript"/>
        </w:rPr>
        <w:t>[46]</w:t>
      </w:r>
      <w:r>
        <w:rPr>
          <w:sz w:val="17"/>
        </w:rPr>
        <w:t xml:space="preserve"> Diane Duenez; Straight Arrow News; "Coast Guard searches debris field off Nantucket for 6 aboard air ambulance"; 04 October 2026, 1230 CDT; </w:t>
      </w:r>
      <w:hyperlink r:id="rId55">
        <w:r>
          <w:rPr>
            <w:color w:val="8A5D00"/>
            <w:sz w:val="17"/>
          </w:rPr>
          <w:t xml:space="preserve">https://san.com/cc/coast-guard-searches-debris-field-off-nantucket-for-6-aboard-air-ambulance/</w:t>
        </w:r>
      </w:hyperlink>
      <w:r>
        <w:rPr>
          <w:sz w:val="17"/>
        </w:rPr>
        <w:t>; accessed 05 October 2026; Source descriptor: US national digital news.</w:t>
      </w:r>
    </w:p>
    <w:p>
      <w:r>
        <w:rPr>
          <w:sz w:val="17"/>
          <w:vertAlign w:val="superscript"/>
        </w:rPr>
        <w:t>[47]</w:t>
      </w:r>
      <w:r>
        <w:rPr>
          <w:sz w:val="17"/>
        </w:rPr>
        <w:t xml:space="preserve"> Anayeli Tapia Sandoval; Infobae; "Ataque a Guardia Costera en la frontera México-EEUU, el motivo tras el despliegue de 500 militares en Tamaulipas: revela el embajador Ronald Johnson"; 05 October 2026, 0348 EST; </w:t>
      </w:r>
      <w:hyperlink r:id="rId56">
        <w:r>
          <w:rPr>
            <w:color w:val="8A5D00"/>
            <w:sz w:val="17"/>
          </w:rPr>
          <w:t xml:space="preserve">https://www.infobae.com/mexico/2026/10/05/ataque-a-guardia-costera-en-la-frontera-mexico-eeuu-el-motivo-tras-el-despliegue-de-500-militares-en-tamaulipas-revela-el-embajador-ronald-johnson/</w:t>
        </w:r>
      </w:hyperlink>
      <w:r>
        <w:rPr>
          <w:sz w:val="17"/>
        </w:rPr>
        <w:t>; accessed 05 October 2026; Source descriptor: regional press.</w:t>
      </w:r>
    </w:p>
    <w:p>
      <w:r>
        <w:rPr>
          <w:sz w:val="17"/>
          <w:vertAlign w:val="superscript"/>
        </w:rPr>
        <w:t>[48]</w:t>
      </w:r>
      <w:r>
        <w:rPr>
          <w:sz w:val="17"/>
        </w:rPr>
        <w:t xml:space="preserve"> Luis Fernando Ortiz Delgado; Infobae; "Blindan Tamaulipas con 500 elementos del ejército y de la GN: llegaron con helicópteros, drones y equipo antidrones"; 04 October 2026, 2215 EST; </w:t>
      </w:r>
      <w:hyperlink r:id="rId57">
        <w:r>
          <w:rPr>
            <w:color w:val="8A5D00"/>
            <w:sz w:val="17"/>
          </w:rPr>
          <w:t xml:space="preserve">https://www.infobae.com/mexico/2026/10/05/blindan-tamaulipas-con-500-elementos-del-ejercito-y-de-la-gn-llegaron-con-helicopteros-drones-y-equipo-antidrones/</w:t>
        </w:r>
      </w:hyperlink>
      <w:r>
        <w:rPr>
          <w:sz w:val="17"/>
        </w:rPr>
        <w:t>; accessed 05 October 2026; Source descriptor: regional press.</w:t>
      </w:r>
    </w:p>
    <w:p>
      <w:r>
        <w:rPr>
          <w:sz w:val="17"/>
          <w:vertAlign w:val="superscript"/>
        </w:rPr>
        <w:t>[49]</w:t>
      </w:r>
      <w:r>
        <w:rPr>
          <w:sz w:val="17"/>
        </w:rPr>
        <w:t xml:space="preserve"> Matias Sebastian Lopez; The Rio Times; "Mexico Zamora Bar Attack Kills Four, Cartel Feud Cited"; 04 October 2026, 2041 UTC; </w:t>
      </w:r>
      <w:hyperlink r:id="rId58">
        <w:r>
          <w:rPr>
            <w:color w:val="8A5D00"/>
            <w:sz w:val="17"/>
          </w:rPr>
          <w:t xml:space="preserve">https://riotimesonline.com/mexico-zamora-bar-attack-morelos-cartel-war-2026</w:t>
        </w:r>
      </w:hyperlink>
      <w:r>
        <w:rPr>
          <w:sz w:val="17"/>
        </w:rPr>
        <w:t>; accessed 05 October 2026; Source descriptor: regional press.</w:t>
      </w:r>
    </w:p>
    <w:p>
      <w:r>
        <w:rPr>
          <w:sz w:val="17"/>
          <w:vertAlign w:val="superscript"/>
        </w:rPr>
        <w:t>[50]</w:t>
      </w:r>
      <w:r>
        <w:rPr>
          <w:sz w:val="17"/>
        </w:rPr>
        <w:t xml:space="preserve"> Juan Castillo; Infobae; "Estudiantes de secundaria de EEUU venden armas a los cárteles mexicanos por plataformas de mensajería, según el NYT"; 03 October 2026, 2109 EST; </w:t>
      </w:r>
      <w:hyperlink r:id="rId59">
        <w:r>
          <w:rPr>
            <w:color w:val="8A5D00"/>
            <w:sz w:val="17"/>
          </w:rPr>
          <w:t xml:space="preserve">https://infobae.com/mexico/2026/10/04/estudiantes-de-secundaria-de-eeuu-venden-armas-a-los-carteles-mexicanos-por-plataformas-de-mensajeria-segun-el-nyt</w:t>
        </w:r>
      </w:hyperlink>
      <w:r>
        <w:rPr>
          <w:sz w:val="17"/>
        </w:rPr>
        <w:t>; accessed 05 October 2026; Source descriptor: regional press summarizing a New York Times investigation.</w:t>
      </w:r>
    </w:p>
    <w:p>
      <w:r>
        <w:rPr>
          <w:b/>
        </w:rPr>
        <w:t>SOUTHCOM</w:t>
      </w:r>
    </w:p>
    <w:p>
      <w:r>
        <w:rPr>
          <w:sz w:val="17"/>
          <w:vertAlign w:val="superscript"/>
        </w:rPr>
        <w:t>[51]</w:t>
      </w:r>
      <w:r>
        <w:rPr>
          <w:sz w:val="17"/>
        </w:rPr>
        <w:t xml:space="preserve"> Iolanda Fonseca; The Rio Times; "Flávio and Lula Head to Brazil Runoff, 99.9% Counted"; 04 October 2026, 2116 UTC (updated); </w:t>
      </w:r>
      <w:hyperlink r:id="rId60">
        <w:r>
          <w:rPr>
            <w:color w:val="8A5D00"/>
            <w:sz w:val="17"/>
          </w:rPr>
          <w:t xml:space="preserve">https://www.riotimesonline.com/brazil-election-first-round-results-lula-flavio-2026/</w:t>
        </w:r>
      </w:hyperlink>
      <w:r>
        <w:rPr>
          <w:sz w:val="17"/>
        </w:rPr>
        <w:t>; accessed 05 October 2026; Source descriptor: regional press.</w:t>
      </w:r>
    </w:p>
    <w:p>
      <w:r>
        <w:rPr>
          <w:sz w:val="17"/>
          <w:vertAlign w:val="superscript"/>
        </w:rPr>
        <w:t>[52]</w:t>
      </w:r>
      <w:r>
        <w:rPr>
          <w:sz w:val="17"/>
        </w:rPr>
        <w:t xml:space="preserve"> Catherine Osborn; NPR via OPB; "Brazil's presidential race heads to Lula–Bolsonaro run-off as right gains ground"; 05 October 2026, 0231; </w:t>
      </w:r>
      <w:hyperlink r:id="rId61">
        <w:r>
          <w:rPr>
            <w:color w:val="8A5D00"/>
            <w:sz w:val="17"/>
          </w:rPr>
          <w:t xml:space="preserve">https://www.opb.org/article/2026/10/04/lula-and-flavio-bolsonaro-face-off-in-brazil-run-off/</w:t>
        </w:r>
      </w:hyperlink>
      <w:r>
        <w:rPr>
          <w:sz w:val="17"/>
        </w:rPr>
        <w:t>; accessed 05 October 2026; Source descriptor: US public broadcaster (syndicated).</w:t>
      </w:r>
    </w:p>
    <w:p>
      <w:r>
        <w:rPr>
          <w:sz w:val="17"/>
          <w:vertAlign w:val="superscript"/>
        </w:rPr>
        <w:t>[53]</w:t>
      </w:r>
      <w:r>
        <w:rPr>
          <w:sz w:val="17"/>
        </w:rPr>
        <w:t xml:space="preserve"> Ana Paula Ramos; O Tempo; "PF conduz 129 pessoas por suspeitas de crime eleitoral e apreende quase R$ 790 mil neste 1º turno"; 04 October 2026, 1601 BRT; </w:t>
      </w:r>
      <w:hyperlink r:id="rId62">
        <w:r>
          <w:rPr>
            <w:color w:val="8A5D00"/>
            <w:sz w:val="17"/>
          </w:rPr>
          <w:t xml:space="preserve">https://www.otempo.com.br/eleicoes/2026/2026/10/4/pf-conduz-129-pessoas-por-suspeitas-de-crime-eleitoral-e-apreende-quase-r-790-mil-neste-1-turno</w:t>
        </w:r>
      </w:hyperlink>
      <w:r>
        <w:rPr>
          <w:sz w:val="17"/>
        </w:rPr>
        <w:t>; accessed 05 October 2026; Source descriptor: regional press.</w:t>
      </w:r>
    </w:p>
    <w:p>
      <w:r>
        <w:rPr>
          <w:sz w:val="17"/>
          <w:vertAlign w:val="superscript"/>
        </w:rPr>
        <w:t>[54]</w:t>
      </w:r>
      <w:r>
        <w:rPr>
          <w:sz w:val="17"/>
        </w:rPr>
        <w:t xml:space="preserve"> Associated Press via CBS News; "Another U.S. strike on alleged drug-smuggling boat kills 4, SOUTHCOM says"; 05 October 2026, 0410 EDT; </w:t>
      </w:r>
      <w:hyperlink r:id="rId63">
        <w:r>
          <w:rPr>
            <w:color w:val="8A5D00"/>
            <w:sz w:val="17"/>
          </w:rPr>
          <w:t xml:space="preserve">https://www.cbsnews.com/news/us-strike-alleged-drug-smuggling-boat-caribbean-4-dead-southcom/</w:t>
        </w:r>
      </w:hyperlink>
      <w:r>
        <w:rPr>
          <w:sz w:val="17"/>
        </w:rPr>
        <w:t>; accessed 05 October 2026; Source descriptor: international wire service via US national broadcaster.</w:t>
      </w:r>
    </w:p>
    <w:p>
      <w:r>
        <w:rPr>
          <w:sz w:val="17"/>
          <w:vertAlign w:val="superscript"/>
        </w:rPr>
        <w:t>[55]</w:t>
      </w:r>
      <w:r>
        <w:rPr>
          <w:sz w:val="17"/>
        </w:rPr>
        <w:t xml:space="preserve"> Michael Rios, Avery Schmitz and Matt Stiles; CNN via KRDO; "A timeline of US strikes on boats that have killed at least 238"; 04 October 2026; </w:t>
      </w:r>
      <w:hyperlink r:id="rId64">
        <w:r>
          <w:rPr>
            <w:color w:val="8A5D00"/>
            <w:sz w:val="17"/>
          </w:rPr>
          <w:t xml:space="preserve">https://krdo.com/news/2026/10/04/a-timeline-of-us-strikes-on-boats-that-have-killed-64/</w:t>
        </w:r>
      </w:hyperlink>
      <w:r>
        <w:rPr>
          <w:sz w:val="17"/>
        </w:rPr>
        <w:t>; accessed 05 October 2026; Source descriptor: US national broadcaster (syndicated).</w:t>
      </w:r>
    </w:p>
    <w:p>
      <w:r>
        <w:rPr>
          <w:sz w:val="17"/>
          <w:vertAlign w:val="superscript"/>
        </w:rPr>
        <w:t>[56]</w:t>
      </w:r>
      <w:r>
        <w:rPr>
          <w:sz w:val="17"/>
        </w:rPr>
        <w:t xml:space="preserve"> Daniela Beltrán; Infobae; "Atacan con explosivos y ráfagas de fusil una estación de Policía en Nariño: esto se sabe"; 04 October 2026, 1446 EST; </w:t>
      </w:r>
      <w:hyperlink r:id="rId65">
        <w:r>
          <w:rPr>
            <w:color w:val="8A5D00"/>
            <w:sz w:val="17"/>
          </w:rPr>
          <w:t xml:space="preserve">https://www.infobae.com/colombia/2026/10/04/atacan-con-explosivos-y-rafagas-de-fusil-una-estacion-de-policia-en-narino-esto-se-sabe/</w:t>
        </w:r>
      </w:hyperlink>
      <w:r>
        <w:rPr>
          <w:sz w:val="17"/>
        </w:rPr>
        <w:t>; accessed 05 October 2026; Source descriptor: regional press.</w:t>
      </w:r>
    </w:p>
    <w:p>
      <w:r>
        <w:rPr>
          <w:sz w:val="17"/>
          <w:vertAlign w:val="superscript"/>
        </w:rPr>
        <w:t>[57]</w:t>
      </w:r>
      <w:r>
        <w:rPr>
          <w:sz w:val="17"/>
        </w:rPr>
        <w:t xml:space="preserve"> Lina Muñoz Medina; Infobae; "Desmantelaron una caleta con $675 millones en efectivo ligados a 'Iván Mordisco' en Nariño: un presunto disidente resultó muerto"; 04 October 2026, 2202 EST; </w:t>
      </w:r>
      <w:hyperlink r:id="rId66">
        <w:r>
          <w:rPr>
            <w:color w:val="8A5D00"/>
            <w:sz w:val="17"/>
          </w:rPr>
          <w:t xml:space="preserve">https://www.infobae.com/colombia/2026/10/05/desmantelaron-una-caleta-con-675-millones-en-efectivo-ligados-a-ivan-mordisco-en-narino-un-presunto-disidente-resulto-muerto/</w:t>
        </w:r>
      </w:hyperlink>
      <w:r>
        <w:rPr>
          <w:sz w:val="17"/>
        </w:rPr>
        <w:t>; accessed 05 October 2026; Source descriptor: regional press.</w:t>
      </w:r>
    </w:p>
    <w:p>
      <w:r>
        <w:rPr>
          <w:sz w:val="17"/>
          <w:vertAlign w:val="superscript"/>
        </w:rPr>
        <w:t>[58]</w:t>
      </w:r>
      <w:r>
        <w:rPr>
          <w:sz w:val="17"/>
        </w:rPr>
        <w:t xml:space="preserve"> Redacción Vanguardia; Vanguardia; "De La Espriella reportó capturas, explosivos incautados y operativos en cuatro regiones"; 04 October 2026, 1829; </w:t>
      </w:r>
      <w:hyperlink r:id="rId67">
        <w:r>
          <w:rPr>
            <w:color w:val="8A5D00"/>
            <w:sz w:val="17"/>
          </w:rPr>
          <w:t xml:space="preserve">https://www.vanguardia.com/colombia/2026/10/04/de-la-espriella-reporto-capturas-explosivos-incautados-y-operativos-en-cuatro-regiones/</w:t>
        </w:r>
      </w:hyperlink>
      <w:r>
        <w:rPr>
          <w:sz w:val="17"/>
        </w:rPr>
        <w:t>; accessed 05 October 2026; Source descriptor: regional press.</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ewn.co.za/2026/10/05/ethiopia-controls-tigray-capital-as-regional-rivals-meet-in-egypt" TargetMode="External"/><Relationship Id="rId11" Type="http://schemas.openxmlformats.org/officeDocument/2006/relationships/hyperlink" Target="https://www.aljazeera.com/news/2026/10/5/ethiopias-forces-retake-mekelle-amid-renewed-tigray-fighting" TargetMode="External"/><Relationship Id="rId12" Type="http://schemas.openxmlformats.org/officeDocument/2006/relationships/hyperlink" Target="https://www.thenationalnews.com/news/mena/2026/10/04/egypt-hosts-four-way-summit-as-tensions-with-ethiopia-escalate/" TargetMode="External"/><Relationship Id="rId13" Type="http://schemas.openxmlformats.org/officeDocument/2006/relationships/hyperlink" Target="https://sudantribune.com/article/319587" TargetMode="External"/><Relationship Id="rId14" Type="http://schemas.openxmlformats.org/officeDocument/2006/relationships/hyperlink" Target="https://www.aljazeera.com/news/2026/10/4/is-the-sudanese-army-gaining-momentum-against-the-rsf" TargetMode="External"/><Relationship Id="rId15" Type="http://schemas.openxmlformats.org/officeDocument/2006/relationships/hyperlink" Target="https://allafrica.com/stories/202610050079.html" TargetMode="External"/><Relationship Id="rId16" Type="http://schemas.openxmlformats.org/officeDocument/2006/relationships/hyperlink" Target="https://www.naijanews.com/2026/10/05/28-killed-in-fresh-plateau-attacks-despite-curfew/" TargetMode="External"/><Relationship Id="rId17" Type="http://schemas.openxmlformats.org/officeDocument/2006/relationships/hyperlink" Target="https://abcnews.com/International/wireStory/yemens-government-declares-major-operation-houthis-mideast-news-136983229" TargetMode="External"/><Relationship Id="rId18" Type="http://schemas.openxmlformats.org/officeDocument/2006/relationships/hyperlink" Target="https://pakobserver.net/yemen-army-claims-1747-houthis-neutralised-in-1122-operations/" TargetMode="External"/><Relationship Id="rId19" Type="http://schemas.openxmlformats.org/officeDocument/2006/relationships/hyperlink" Target="https://www.turkiyetoday.com/region/tanker-reports-explosions-off-yemens-coast-as-saudi-led-coalition-reaffirms-yemen-sup-3229612" TargetMode="External"/><Relationship Id="rId20" Type="http://schemas.openxmlformats.org/officeDocument/2006/relationships/hyperlink" Target="https://www.actionnewsjax.com/news/world/israeli-strike-kills/TJVMAUDLRM5JZJETPQMGBLNNRY/?outputType=amp" TargetMode="External"/><Relationship Id="rId21" Type="http://schemas.openxmlformats.org/officeDocument/2006/relationships/hyperlink" Target="https://www.iranintl.com/en/202610044767" TargetMode="External"/><Relationship Id="rId22" Type="http://schemas.openxmlformats.org/officeDocument/2006/relationships/hyperlink" Target="https://www.tribuneindia.com/news/hamid-bovard/iran-oil-minister-resigns-replaced-by-top-executive-amid-us-blockade-on-tehrans-exports" TargetMode="External"/><Relationship Id="rId23" Type="http://schemas.openxmlformats.org/officeDocument/2006/relationships/hyperlink" Target="https://www.iranintl.com/en/202610045597" TargetMode="External"/><Relationship Id="rId24" Type="http://schemas.openxmlformats.org/officeDocument/2006/relationships/hyperlink" Target="https://www.cbsnews.com/live-updates/trump-iran-war-us-midterm-elections-troops-deployment/" TargetMode="External"/><Relationship Id="rId25" Type="http://schemas.openxmlformats.org/officeDocument/2006/relationships/hyperlink" Target="https://www.thenationalnews.com/news/mena/2026/10/04/six-palestinians-killed-in-israeli-strikes-across-gaza/" TargetMode="External"/><Relationship Id="rId26" Type="http://schemas.openxmlformats.org/officeDocument/2006/relationships/hyperlink" Target="https://www.timesofisrael.com/liveblog-october-04-2026/" TargetMode="External"/><Relationship Id="rId27" Type="http://schemas.openxmlformats.org/officeDocument/2006/relationships/hyperlink" Target="https://www.arabnews.pk/pakistan/pakistan-opposition-to-resume-march-as-capital-restricts-access-to-government-district-3003216" TargetMode="External"/><Relationship Id="rId28" Type="http://schemas.openxmlformats.org/officeDocument/2006/relationships/hyperlink" Target="https://www.bta.bg/en/news/balkans/1217537-preliminary-results-show-no-surprises-in-bosnia-and-herzegovina-s-general-electi" TargetMode="External"/><Relationship Id="rId29" Type="http://schemas.openxmlformats.org/officeDocument/2006/relationships/hyperlink" Target="https://kyivindependent.com/pro-russian-dodik-claims-party-victory-in-bosnian-elections/" TargetMode="External"/><Relationship Id="rId30" Type="http://schemas.openxmlformats.org/officeDocument/2006/relationships/hyperlink" Target="https://eng.lsm.lv/article/politics/election/04.10.2026-new-latvian-saeima-starts-to-shape-up-with-nearly-all-votes-counted.a666021/" TargetMode="External"/><Relationship Id="rId31" Type="http://schemas.openxmlformats.org/officeDocument/2006/relationships/hyperlink" Target="https://www.intellinews.com/latvia-s-ruling-united-list-secures-42-seats-in-100-seat-parliament-on-record-low-turnout-473197/" TargetMode="External"/><Relationship Id="rId32" Type="http://schemas.openxmlformats.org/officeDocument/2006/relationships/hyperlink" Target="https://kyivindependent.com/kharkiv-targeted-in-deadly-banderol-strike-as-russia-kills-5-injures-61-across-ukraine-over-past-day/" TargetMode="External"/><Relationship Id="rId33" Type="http://schemas.openxmlformats.org/officeDocument/2006/relationships/hyperlink" Target="https://kyivindependent.com/russian-su-35-su-34-fighter-jets-hit-by-drones-at-airfield-in-adygea-sbu-says/" TargetMode="External"/><Relationship Id="rId34" Type="http://schemas.openxmlformats.org/officeDocument/2006/relationships/hyperlink" Target="https://kyivindependent.com/ukraines-deep-strikes-have-wrecked-over-half-of-russias-oil-refining-capacity-defense-ministry-says/" TargetMode="External"/><Relationship Id="rId35" Type="http://schemas.openxmlformats.org/officeDocument/2006/relationships/hyperlink" Target="https://kyivindependent.com/us-proposes-trilateral-talks-with-russia-ukraine-by-end-of-october-zelensky-says/" TargetMode="External"/><Relationship Id="rId36" Type="http://schemas.openxmlformats.org/officeDocument/2006/relationships/hyperlink" Target="https://kyivindependent.com/very-dangerous-moment-russia-sharing-jet-powered-drone-tech-with-north-korea-zelensky-says/" TargetMode="External"/><Relationship Id="rId37" Type="http://schemas.openxmlformats.org/officeDocument/2006/relationships/hyperlink" Target="https://kyivindependent.com/shell-injures-border-guard-at-moldova-ukraine-border-hits-bus/" TargetMode="External"/><Relationship Id="rId38" Type="http://schemas.openxmlformats.org/officeDocument/2006/relationships/hyperlink" Target="https://mediaselangor.com/en/2026/10/399254" TargetMode="External"/><Relationship Id="rId39" Type="http://schemas.openxmlformats.org/officeDocument/2006/relationships/hyperlink" Target="https://ph.headtopics.com/news/chinese-vessels-obstruct-philippine-anti-dynamite-fishing-88437107" TargetMode="External"/><Relationship Id="rId40" Type="http://schemas.openxmlformats.org/officeDocument/2006/relationships/hyperlink" Target="https://www.koreatimes.co.kr/southkorea/20261005/lee-calls-for-breaking-off-from-vicious-cycle-of-hostility-for-peace" TargetMode="External"/><Relationship Id="rId41" Type="http://schemas.openxmlformats.org/officeDocument/2006/relationships/hyperlink" Target="https://khan.co.kr/en/article/202610041644007" TargetMode="External"/><Relationship Id="rId42" Type="http://schemas.openxmlformats.org/officeDocument/2006/relationships/hyperlink" Target="https://www.koreajoongangdaily.com/korea/foreign-unification-ministers-reportedly-clash-over-cybersanctions-on-north-following-dmz-explosion/12904533" TargetMode="External"/><Relationship Id="rId43" Type="http://schemas.openxmlformats.org/officeDocument/2006/relationships/hyperlink" Target="https://www.abc.net.au/news/2026-10-05/us-marine-arrested-on-suspicion-of-murder-in-japan-okinawa/107228414" TargetMode="External"/><Relationship Id="rId44" Type="http://schemas.openxmlformats.org/officeDocument/2006/relationships/hyperlink" Target="https://www.nippon.com/en/news/yjj2026100400365/okinawans-rally-after-arrest-of-u-s-marine-in-robbery-murder.html" TargetMode="External"/><Relationship Id="rId45" Type="http://schemas.openxmlformats.org/officeDocument/2006/relationships/hyperlink" Target="https://scmp.com/news/china/diplomacy/article/3369770/days-after-xi-trump-summit-top-taiwan-diplomat-opens-de-facto-consulate-us" TargetMode="External"/><Relationship Id="rId46" Type="http://schemas.openxmlformats.org/officeDocument/2006/relationships/hyperlink" Target="https://www.asiaone.com/world/taiwan-foreign-minister-visits-us-opening-new-arizona-office" TargetMode="External"/><Relationship Id="rId47" Type="http://schemas.openxmlformats.org/officeDocument/2006/relationships/hyperlink" Target="https://ua.news/en/world/ochikuietsia-shcho-pentagon-rozmistit-predstavnikiv-u-minoboroni-taivaniu-taipei-times" TargetMode="External"/><Relationship Id="rId48" Type="http://schemas.openxmlformats.org/officeDocument/2006/relationships/hyperlink" Target="https://www.malaymail.com/news/world/2026/10/03/china-opens-its-first-overseas-air-force-base-in-laos-analysts-warn-beijing-is-only-getting-started/237501" TargetMode="External"/><Relationship Id="rId49" Type="http://schemas.openxmlformats.org/officeDocument/2006/relationships/hyperlink" Target="https://aninews.in/news/world/asia/china-expands-its-military-base-network-in-southeast-asia20261005063422/" TargetMode="External"/><Relationship Id="rId50" Type="http://schemas.openxmlformats.org/officeDocument/2006/relationships/hyperlink" Target="https://www.aninews.in/news/world/asia/taiwan-raises-alarm-over-453-citizens-missing-or-detained-in-china20261005143246/" TargetMode="External"/><Relationship Id="rId51" Type="http://schemas.openxmlformats.org/officeDocument/2006/relationships/hyperlink" Target="https://www.taipeitimes.com/News/taiwan/archives/2026/10/05/2003865417" TargetMode="External"/><Relationship Id="rId52" Type="http://schemas.openxmlformats.org/officeDocument/2006/relationships/hyperlink" Target="https://www.nknews.org/2026/10/north-korea-slams-un-report-on-human-rights-abuses-as-propaganda/" TargetMode="External"/><Relationship Id="rId53" Type="http://schemas.openxmlformats.org/officeDocument/2006/relationships/hyperlink" Target="https://www.nknews.org/2026/10/north-korea-taliban-military-officials-hold-talks-at-russian-war-games/" TargetMode="External"/><Relationship Id="rId54" Type="http://schemas.openxmlformats.org/officeDocument/2006/relationships/hyperlink" Target="https://nantucketcurrent.com/news/debris-field-from-missing-plane-found-south-of-nantucket" TargetMode="External"/><Relationship Id="rId55" Type="http://schemas.openxmlformats.org/officeDocument/2006/relationships/hyperlink" Target="https://san.com/cc/coast-guard-searches-debris-field-off-nantucket-for-6-aboard-air-ambulance/" TargetMode="External"/><Relationship Id="rId56" Type="http://schemas.openxmlformats.org/officeDocument/2006/relationships/hyperlink" Target="https://www.infobae.com/mexico/2026/10/05/ataque-a-guardia-costera-en-la-frontera-mexico-eeuu-el-motivo-tras-el-despliegue-de-500-militares-en-tamaulipas-revela-el-embajador-ronald-johnson/" TargetMode="External"/><Relationship Id="rId57" Type="http://schemas.openxmlformats.org/officeDocument/2006/relationships/hyperlink" Target="https://www.infobae.com/mexico/2026/10/05/blindan-tamaulipas-con-500-elementos-del-ejercito-y-de-la-gn-llegaron-con-helicopteros-drones-y-equipo-antidrones/" TargetMode="External"/><Relationship Id="rId58" Type="http://schemas.openxmlformats.org/officeDocument/2006/relationships/hyperlink" Target="https://riotimesonline.com/mexico-zamora-bar-attack-morelos-cartel-war-2026" TargetMode="External"/><Relationship Id="rId59" Type="http://schemas.openxmlformats.org/officeDocument/2006/relationships/hyperlink" Target="https://infobae.com/mexico/2026/10/04/estudiantes-de-secundaria-de-eeuu-venden-armas-a-los-carteles-mexicanos-por-plataformas-de-mensajeria-segun-el-nyt" TargetMode="External"/><Relationship Id="rId60" Type="http://schemas.openxmlformats.org/officeDocument/2006/relationships/hyperlink" Target="https://www.riotimesonline.com/brazil-election-first-round-results-lula-flavio-2026/" TargetMode="External"/><Relationship Id="rId61" Type="http://schemas.openxmlformats.org/officeDocument/2006/relationships/hyperlink" Target="https://www.opb.org/article/2026/10/04/lula-and-flavio-bolsonaro-face-off-in-brazil-run-off/" TargetMode="External"/><Relationship Id="rId62" Type="http://schemas.openxmlformats.org/officeDocument/2006/relationships/hyperlink" Target="https://www.otempo.com.br/eleicoes/2026/2026/10/4/pf-conduz-129-pessoas-por-suspeitas-de-crime-eleitoral-e-apreende-quase-r-790-mil-neste-1-turno" TargetMode="External"/><Relationship Id="rId63" Type="http://schemas.openxmlformats.org/officeDocument/2006/relationships/hyperlink" Target="https://www.cbsnews.com/news/us-strike-alleged-drug-smuggling-boat-caribbean-4-dead-southcom/" TargetMode="External"/><Relationship Id="rId64" Type="http://schemas.openxmlformats.org/officeDocument/2006/relationships/hyperlink" Target="https://krdo.com/news/2026/10/04/a-timeline-of-us-strikes-on-boats-that-have-killed-64/" TargetMode="External"/><Relationship Id="rId65" Type="http://schemas.openxmlformats.org/officeDocument/2006/relationships/hyperlink" Target="https://www.infobae.com/colombia/2026/10/04/atacan-con-explosivos-y-rafagas-de-fusil-una-estacion-de-policia-en-narino-esto-se-sabe/" TargetMode="External"/><Relationship Id="rId66" Type="http://schemas.openxmlformats.org/officeDocument/2006/relationships/hyperlink" Target="https://www.infobae.com/colombia/2026/10/05/desmantelaron-una-caleta-con-675-millones-en-efectivo-ligados-a-ivan-mordisco-en-narino-un-presunto-disidente-resulto-muerto/" TargetMode="External"/><Relationship Id="rId67" Type="http://schemas.openxmlformats.org/officeDocument/2006/relationships/hyperlink" Target="https://www.vanguardia.com/colombia/2026/10/04/de-la-espriella-reporto-capturas-explosivos-incautados-y-operativos-en-cuatro-regio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