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OSIR-20261006</w:t>
            </w:r>
          </w:p>
        </w:tc>
      </w:tr>
      <w:tr>
        <w:tc>
          <w:tcPr>
            <w:tcW w:type="dxa" w:w="4968"/>
          </w:tcPr>
          <w:p>
            <w:r/>
            <w:r>
              <w:rPr>
                <w:b/>
                <w:sz w:val="19"/>
              </w:rPr>
              <w:t>Produced</w:t>
            </w:r>
          </w:p>
        </w:tc>
        <w:tc>
          <w:tcPr>
            <w:tcW w:type="dxa" w:w="4968"/>
          </w:tcPr>
          <w:p>
            <w:r/>
            <w:r>
              <w:rPr>
                <w:sz w:val="19"/>
              </w:rPr>
              <w:t>060950Z OCT 2026 (0550 EDT, Tuesday 6 October 2026)</w:t>
            </w:r>
          </w:p>
        </w:tc>
      </w:tr>
      <w:tr>
        <w:tc>
          <w:tcPr>
            <w:tcW w:type="dxa" w:w="4968"/>
          </w:tcPr>
          <w:p>
            <w:r/>
            <w:r>
              <w:rPr>
                <w:b/>
                <w:sz w:val="19"/>
              </w:rPr>
              <w:t>Coverage window</w:t>
            </w:r>
          </w:p>
        </w:tc>
        <w:tc>
          <w:tcPr>
            <w:tcW w:type="dxa" w:w="4968"/>
          </w:tcPr>
          <w:p>
            <w:r/>
            <w:r>
              <w:rPr>
                <w:sz w:val="19"/>
              </w:rPr>
              <w:t>051000Z OCT 2026 to 060920Z OCT 2026 (Monday 0600 EDT through Tuesday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Saudi Arabia, Pakistan and Turkiye activated their Mecca defense pact for the first time and agreed to deploy forces to the kingdom after Houthi attacks. Yemeni government forces say they retook the port of Mocha, and the Houthis hit two Saudi airports. </w:t>
      </w:r>
      <w:r>
        <w:rPr>
          <w:vertAlign w:val="superscript"/>
        </w:rPr>
        <w:t>[9]</w:t>
      </w:r>
      <w:r>
        <w:rPr>
          <w:vertAlign w:val="superscript"/>
        </w:rPr>
        <w:t>[10]</w:t>
      </w:r>
      <w:r>
        <w:rPr>
          <w:vertAlign w:val="superscript"/>
        </w:rPr>
        <w:t>[11]</w:t>
      </w:r>
      <w:r>
        <w:rPr>
          <w:vertAlign w:val="superscript"/>
        </w:rPr>
        <w:t>[12]</w:t>
      </w:r>
      <w:r>
        <w:rPr>
          <w:vertAlign w:val="superscript"/>
        </w:rPr>
        <w:t>[13]</w:t>
      </w:r>
    </w:p>
    <w:p>
      <w:pPr>
        <w:pStyle w:val="ListBullet"/>
      </w:pPr>
      <w:r>
        <w:rPr>
          <w:b/>
        </w:rPr>
        <w:t>EUCOM:</w:t>
      </w:r>
      <w:r>
        <w:t xml:space="preserve"> Drones sank a cargo ship inside Romania's exclusive economic zone, killing at least two; Kyiv blames Russia. Russian strikes killed 13 across Ukraine overnight, and Ukrainian drones reportedly set Moscow Oblast's largest oil depot on fire. </w:t>
      </w:r>
      <w:r>
        <w:rPr>
          <w:vertAlign w:val="superscript"/>
        </w:rPr>
        <w:t>[25]</w:t>
      </w:r>
      <w:r>
        <w:rPr>
          <w:vertAlign w:val="superscript"/>
        </w:rPr>
        <w:t>[26]</w:t>
      </w:r>
      <w:r>
        <w:rPr>
          <w:vertAlign w:val="superscript"/>
        </w:rPr>
        <w:t>[27]</w:t>
      </w:r>
      <w:r>
        <w:rPr>
          <w:vertAlign w:val="superscript"/>
        </w:rPr>
        <w:t>[28]</w:t>
      </w:r>
    </w:p>
    <w:p>
      <w:pPr>
        <w:pStyle w:val="ListBullet"/>
      </w:pPr>
      <w:r>
        <w:rPr>
          <w:b/>
        </w:rPr>
        <w:t>INDOPACOM:</w:t>
      </w:r>
      <w:r>
        <w:t xml:space="preserve"> Seoul and the UN Command concluded that North Korean troops deliberately buried the mines that wounded three South Korean soldiers, an Armistice violation. </w:t>
      </w:r>
      <w:r>
        <w:rPr>
          <w:vertAlign w:val="superscript"/>
        </w:rPr>
        <w:t>[35]</w:t>
      </w:r>
      <w:r>
        <w:rPr>
          <w:vertAlign w:val="superscript"/>
        </w:rPr>
        <w:t>[36]</w:t>
      </w:r>
    </w:p>
    <w:p>
      <w:pPr>
        <w:pStyle w:val="ListBullet"/>
      </w:pPr>
      <w:r>
        <w:rPr>
          <w:b/>
        </w:rPr>
        <w:t>NORTHCOM:</w:t>
      </w:r>
      <w:r>
        <w:t xml:space="preserve"> The National Hurricane Center gives a Gulf disturbance an 80% chance of becoming a tropical depression within 48 hours, with possible northern Gulf Coast impacts late this week. </w:t>
      </w:r>
      <w:r>
        <w:rPr>
          <w:vertAlign w:val="superscript"/>
        </w:rPr>
        <w:t>[45]</w:t>
      </w:r>
    </w:p>
    <w:p>
      <w:pPr>
        <w:pStyle w:val="ListBullet"/>
      </w:pPr>
      <w:r>
        <w:rPr>
          <w:b/>
        </w:rPr>
        <w:t>SOUTHCOM:</w:t>
      </w:r>
      <w:r>
        <w:t xml:space="preserve"> Brazil's centre-right parties are lining up behind Flávio Bolsonaro for the 25 October runoff, starting with Ronaldo Caiado's endorsement today. </w:t>
      </w:r>
      <w:r>
        <w:rPr>
          <w:vertAlign w:val="superscript"/>
        </w:rPr>
        <w:t>[52]</w:t>
      </w:r>
      <w:r>
        <w:rPr>
          <w:vertAlign w:val="superscript"/>
        </w:rPr>
        <w:t>[53]</w:t>
      </w:r>
    </w:p>
    <w:p>
      <w:pPr>
        <w:pStyle w:val="ListBullet"/>
      </w:pPr>
      <w:r>
        <w:rPr>
          <w:b/>
        </w:rPr>
        <w:t>AFRICOM:</w:t>
      </w:r>
      <w:r>
        <w:t xml:space="preserve"> Ethiopia's Abiy began a second term by renewing his demand for Red Sea access. A Nigerian Air Force transport with 32 aboard crashed in Ondo State. </w:t>
      </w:r>
      <w:r>
        <w:rPr>
          <w:vertAlign w:val="superscript"/>
        </w:rPr>
        <w:t>[1]</w:t>
      </w:r>
      <w:r>
        <w:rPr>
          <w:vertAlign w:val="superscript"/>
        </w:rPr>
        <w:t>[2]</w:t>
      </w:r>
    </w:p>
    <w:p>
      <w:pPr>
        <w:pStyle w:val="Heading1"/>
      </w:pPr>
      <w:r>
        <w:rPr>
          <w:rFonts w:ascii="Consolas" w:hAnsi="Consolas"/>
          <w:color w:val="FFB000"/>
        </w:rPr>
        <w:t xml:space="preserve">// </w:t>
      </w:r>
      <w:r>
        <w:rPr>
          <w:color w:val="282828"/>
        </w:rPr>
        <w:t>AFRICOM</w:t>
      </w:r>
    </w:p>
    <w:p>
      <w:r>
        <w:rPr>
          <w:b/>
        </w:rPr>
        <w:t>ETHIOPIA: Abiy sworn in for a second term and renews his demand for Red Sea access</w:t>
      </w:r>
    </w:p>
    <w:p>
      <w:r>
        <w:t xml:space="preserve">Prime Minister Abiy Ahmed was sworn in for a second five-year term on 5 Oct. He said Ethiopia would "work diligently to ensure that Ethiopia has an outlet to the sea" through "reciprocal negotiation," and the Foreign Ministry said any talks must recognize Ethiopia's "legitimate interests" in the Red Sea </w:t>
      </w:r>
      <w:r>
        <w:rPr>
          <w:vertAlign w:val="superscript"/>
        </w:rPr>
        <w:t>[1]</w:t>
      </w:r>
      <w:r>
        <w:t>. The speech came a day after Egypt hosted Eritrea, Somalia and Sudan at a four-way summit that Addis Ababa views as hostile.</w:t>
      </w:r>
    </w:p>
    <w:p>
      <w:r>
        <w:rPr>
          <w:rFonts w:ascii="Consolas" w:hAnsi="Consolas"/>
          <w:b/>
          <w:color w:val="55604B"/>
        </w:rPr>
        <w:t>Assessment:</w:t>
      </w:r>
      <w:r>
        <w:t xml:space="preserve"> The renewed sea-access demand will likely harden the Egypt-Eritrea-Somalia-Sudan alignment. Direct Ethiopia-Eritrea conflict within 72 hours is unlikely.</w:t>
      </w:r>
    </w:p>
    <w:p>
      <w:r>
        <w:rPr>
          <w:b/>
        </w:rPr>
        <w:t>NIGERIA: Air Force ATR-42 crashes in Ondo State with 32 aboard</w:t>
      </w:r>
      <w:r>
        <w:t xml:space="preserve"> </w:t>
      </w:r>
      <w:r>
        <w:rPr>
          <w:i/>
        </w:rPr>
        <w:t>(pre-window onset)</w:t>
      </w:r>
    </w:p>
    <w:p>
      <w:r>
        <w:t xml:space="preserve">A Nigerian Air Force ATR-42 flying from Benin City to Lagos crashed on 5 Oct near the naval base at Igbokoda, Ondo State, with 25 passengers and 7 crew aboard </w:t>
      </w:r>
      <w:r>
        <w:rPr>
          <w:vertAlign w:val="superscript"/>
        </w:rPr>
        <w:t>[2]</w:t>
      </w:r>
      <w:r>
        <w:t xml:space="preserve">. Aviation Minister Festus Keyamo said radio contact was lost at 0913 local, the wreckage had been found and search and rescue was under way </w:t>
      </w:r>
      <w:r>
        <w:rPr>
          <w:vertAlign w:val="superscript"/>
        </w:rPr>
        <w:t>[3]</w:t>
      </w:r>
      <w:r>
        <w:t>. No casualty figures or cause had been released.</w:t>
      </w:r>
    </w:p>
    <w:p>
      <w:r>
        <w:rPr>
          <w:rFonts w:ascii="Consolas" w:hAnsi="Consolas"/>
          <w:b/>
          <w:color w:val="55604B"/>
        </w:rPr>
        <w:t>Assessment:</w:t>
      </w:r>
      <w:r>
        <w:t xml:space="preserve"> Significant loss of life is likely. An accident is more likely than hostile action, since no reporting suggests otherwise.</w:t>
      </w:r>
    </w:p>
    <w:p>
      <w:r>
        <w:rPr>
          <w:b/>
        </w:rPr>
        <w:t>DRC: Wazalendo militias claim to retake localities from M23 in Masisi and Kalehe</w:t>
      </w:r>
    </w:p>
    <w:p>
      <w:r>
        <w:t xml:space="preserve">Radio Okapi reports intensified fighting in Masisi territory, North Kivu. FARDC-allied Wazalendo militias claim to have retaken eight localities there and three more in Kalehe territory, South Kivu. Civilians have been fleeing M23-held Ngungu, Rubaya and Katoyi since the evening of 4 Oct </w:t>
      </w:r>
      <w:r>
        <w:rPr>
          <w:vertAlign w:val="superscript"/>
        </w:rPr>
        <w:t>[4]</w:t>
      </w:r>
      <w:r>
        <w:t>. The claims have not been independently confirmed, and no casualty figures were given.</w:t>
      </w:r>
    </w:p>
    <w:p>
      <w:r>
        <w:rPr>
          <w:rFonts w:ascii="Consolas" w:hAnsi="Consolas"/>
          <w:b/>
          <w:color w:val="55604B"/>
        </w:rPr>
        <w:t>Assessment:</w:t>
      </w:r>
      <w:r>
        <w:t xml:space="preserve"> The claims probably overstate lasting gains. Fighting near the Rubaya coltan area very likely means more displacement and possible M23 counterattacks in the next 72 hours.</w:t>
      </w:r>
    </w:p>
    <w:p>
      <w:r>
        <w:rPr>
          <w:b/>
        </w:rPr>
        <w:t>LIBYA: Rival lawmakers move to oust House Speaker Aguila Saleh</w:t>
      </w:r>
    </w:p>
    <w:p>
      <w:r>
        <w:t xml:space="preserve">On 5 Oct in Benghazi, 98 of 102 lawmakers present approved a 12-month term limit for the House of Representatives presidency. Under the measure, Saleh would automatically stop being speaker and could not chair the 6 Oct session he had called </w:t>
      </w:r>
      <w:r>
        <w:rPr>
          <w:vertAlign w:val="superscript"/>
        </w:rPr>
        <w:t>[5]</w:t>
      </w:r>
      <w:r>
        <w:t>.</w:t>
      </w:r>
    </w:p>
    <w:p>
      <w:r>
        <w:rPr>
          <w:rFonts w:ascii="Consolas" w:hAnsi="Consolas"/>
          <w:b/>
          <w:color w:val="55604B"/>
        </w:rPr>
        <w:t>Assessment:</w:t>
      </w:r>
      <w:r>
        <w:t xml:space="preserve"> A contested leadership fight in the eastern-based legislature is likely on 6 Oct, possibly with rival sessions.</w:t>
      </w:r>
    </w:p>
    <w:p>
      <w:r>
        <w:rPr>
          <w:b/>
        </w:rPr>
        <w:t>SUDAN: Joint Force clashes with RSF near El Geneina</w:t>
      </w:r>
    </w:p>
    <w:p>
      <w:r>
        <w:t xml:space="preserve">On 5 Oct the army-aligned Joint Force fought the RSF at Bir Saliba and Abu Suruj, near the West Darfur capital on the Chad border. It claims to have destroyed seven RSF vehicles and retaken Bir Saliba </w:t>
      </w:r>
      <w:r>
        <w:rPr>
          <w:vertAlign w:val="superscript"/>
        </w:rPr>
        <w:t>[6]</w:t>
      </w:r>
      <w:r>
        <w:t>.</w:t>
      </w:r>
    </w:p>
    <w:p>
      <w:r>
        <w:rPr>
          <w:rFonts w:ascii="Consolas" w:hAnsi="Consolas"/>
          <w:b/>
          <w:color w:val="55604B"/>
        </w:rPr>
        <w:t>Assessment:</w:t>
      </w:r>
      <w:r>
        <w:t xml:space="preserve"> The fighting is likely tied to control of Chad-Libya transit corridors. The claimed gains are single-source military statements.</w:t>
      </w:r>
    </w:p>
    <w:p>
      <w:r>
        <w:rPr>
          <w:b/>
        </w:rPr>
        <w:t>MALI: Army claims strikes on four fronts from Koutiala to Kidal</w:t>
      </w:r>
    </w:p>
    <w:p>
      <w:r>
        <w:t xml:space="preserve">A Malian General Staff communiqué says the army struck militant targets on 4 Oct near Tiéré (Koutiala), at Anéfif, near Djenné and at four fortified positions near Kidal </w:t>
      </w:r>
      <w:r>
        <w:rPr>
          <w:vertAlign w:val="superscript"/>
        </w:rPr>
        <w:t>[7]</w:t>
      </w:r>
      <w:r>
        <w:t>. No casualty figures or independent confirmation were given.</w:t>
      </w:r>
    </w:p>
    <w:p>
      <w:r>
        <w:rPr>
          <w:rFonts w:ascii="Consolas" w:hAnsi="Consolas"/>
          <w:b/>
          <w:color w:val="55604B"/>
        </w:rPr>
        <w:t>Assessment:</w:t>
      </w:r>
      <w:r>
        <w:t xml:space="preserve"> The communiqué very likely reflects continuing air and drone operations against both JNIM and northern separatists. Its claimed results are unverifiable and probably inflated.</w:t>
      </w:r>
    </w:p>
    <w:p>
      <w:r>
        <w:rPr>
          <w:b/>
        </w:rPr>
        <w:t>MOZAMBIQUE: Three hunting-camp workers freed after ransom paid to insurgents</w:t>
      </w:r>
    </w:p>
    <w:p>
      <w:r>
        <w:t xml:space="preserve">Three workers taken in a 3 Sep insurgent raid on a hunting camp in Niassa National Reserve were released after a private ransom of about $53,000 was reportedly paid. Seven others from the same raid are still missing </w:t>
      </w:r>
      <w:r>
        <w:rPr>
          <w:vertAlign w:val="superscript"/>
        </w:rPr>
        <w:t>[8]</w:t>
      </w:r>
      <w:r>
        <w:t>.</w:t>
      </w:r>
    </w:p>
    <w:p>
      <w:r>
        <w:rPr>
          <w:rFonts w:ascii="Consolas" w:hAnsi="Consolas"/>
          <w:b/>
          <w:color w:val="55604B"/>
        </w:rPr>
        <w:t>Assessment:</w:t>
      </w:r>
      <w:r>
        <w:t xml:space="preserve"> Ransom payments likely encourage further kidnap-for-ransom by Islamic State Mozambique in Niassa and Cabo Delgado.</w:t>
      </w:r>
    </w:p>
    <w:p>
      <w:r>
        <w:rPr>
          <w:i/>
        </w:rPr>
        <w:t>Collection gap: no in-window reporting was found for Somalia/al-Shabaab, Burkina Faso or Niger. Mali coverage rests on a junta communiqué.</w:t>
      </w:r>
    </w:p>
    <w:p>
      <w:pPr>
        <w:pStyle w:val="Heading1"/>
      </w:pPr>
      <w:r>
        <w:rPr>
          <w:rFonts w:ascii="Consolas" w:hAnsi="Consolas"/>
          <w:color w:val="FFB000"/>
        </w:rPr>
        <w:t xml:space="preserve">// </w:t>
      </w:r>
      <w:r>
        <w:rPr>
          <w:color w:val="282828"/>
        </w:rPr>
        <w:t>CENTCOM</w:t>
      </w:r>
    </w:p>
    <w:p>
      <w:r>
        <w:rPr>
          <w:b/>
        </w:rPr>
        <w:t>SAUDI ARABIA / PAKISTAN / TURKIYE: Mecca defense pact activated for the first time</w:t>
      </w:r>
    </w:p>
    <w:p>
      <w:r>
        <w:t xml:space="preserve">At an emergency meeting in Riyadh on 5 Oct, the alliance's defense committee agreed to "move immediately to the practical implementation of the collective defence commitments" and to deploy forces quickly to the kingdom </w:t>
      </w:r>
      <w:r>
        <w:rPr>
          <w:vertAlign w:val="superscript"/>
        </w:rPr>
        <w:t>[9]</w:t>
      </w:r>
      <w:r>
        <w:t xml:space="preserve">. The trigger was Houthi claims of attacks on a Riyadh airport and an Aramco refinery. Pakistan's defense minister said only Saudi forces are fighting the Houthis for now, with Pakistani and Turkish forces in support roles </w:t>
      </w:r>
      <w:r>
        <w:rPr>
          <w:vertAlign w:val="superscript"/>
        </w:rPr>
        <w:t>[10]</w:t>
      </w:r>
      <w:r>
        <w:t>.</w:t>
      </w:r>
    </w:p>
    <w:p>
      <w:r>
        <w:rPr>
          <w:rFonts w:ascii="Consolas" w:hAnsi="Consolas"/>
          <w:b/>
          <w:color w:val="55604B"/>
        </w:rPr>
        <w:t>Assessment:</w:t>
      </w:r>
      <w:r>
        <w:t xml:space="preserve"> The activation likely signals that Pakistan and Turkiye are moving away from mediator roles in the US-Iran crisis. Direct Pakistani or Turkish combat against the Houthis in the next 72 hours is unlikely.</w:t>
      </w:r>
    </w:p>
    <w:p>
      <w:r>
        <w:rPr>
          <w:b/>
        </w:rPr>
        <w:t>YEMEN / SAUDI ARABIA: Government forces press toward Bab al-Mandeb; Houthis hit two Saudi airports</w:t>
      </w:r>
    </w:p>
    <w:p>
      <w:r>
        <w:t xml:space="preserve">Saudi-backed government forces retook Dhubab and areas near Bab al-Mandeb with support from about 100 Saudi aircraft, AP reported, and Secretary of State Rubio acknowledged US intelligence and planning support </w:t>
      </w:r>
      <w:r>
        <w:rPr>
          <w:vertAlign w:val="superscript"/>
        </w:rPr>
        <w:t>[11]</w:t>
      </w:r>
      <w:r>
        <w:t xml:space="preserve">. On 5 Oct the Houthis struck the airports at Jazan and Najran, injuring three people </w:t>
      </w:r>
      <w:r>
        <w:rPr>
          <w:vertAlign w:val="superscript"/>
        </w:rPr>
        <w:t>[12]</w:t>
      </w:r>
      <w:r>
        <w:t xml:space="preserve">. Al Jazeera reports government forces confirmed retaking the port of Mocha, and that coalition aircraft hit Houthi weapons sites in Sanaa </w:t>
      </w:r>
      <w:r>
        <w:rPr>
          <w:vertAlign w:val="superscript"/>
        </w:rPr>
        <w:t>[13]</w:t>
      </w:r>
      <w:r>
        <w:t xml:space="preserve">. Analysts quoted by Al Jazeera judge a push on Sanaa unlikely to succeed soon </w:t>
      </w:r>
      <w:r>
        <w:rPr>
          <w:vertAlign w:val="superscript"/>
        </w:rPr>
        <w:t>[14]</w:t>
      </w:r>
      <w:r>
        <w:t>.</w:t>
      </w:r>
    </w:p>
    <w:p>
      <w:r>
        <w:rPr>
          <w:rFonts w:ascii="Consolas" w:hAnsi="Consolas"/>
          <w:b/>
          <w:color w:val="55604B"/>
        </w:rPr>
        <w:t>Assessment:</w:t>
      </w:r>
      <w:r>
        <w:t xml:space="preserve"> Government forces will likely hold the coastal gains near the strait. Houthi strikes on Saudi airports and energy sites are likely to continue.</w:t>
      </w:r>
    </w:p>
    <w:p>
      <w:r>
        <w:rPr>
          <w:b/>
        </w:rPr>
        <w:t>IRAN / UK / US: Report says B-1s left RAF Fairford over an IRGC drone plot</w:t>
      </w:r>
    </w:p>
    <w:p>
      <w:r>
        <w:t xml:space="preserve">Times of Israel, citing the Wall Street Journal, reports that the US moved all 12 B-1 bombers out of RAF Fairford after intelligence of an IRGC plan to attack them with drones. Six British nationals arrested near the base were bailed and no explosives were found. Tehran denies involvement </w:t>
      </w:r>
      <w:r>
        <w:rPr>
          <w:vertAlign w:val="superscript"/>
        </w:rPr>
        <w:t>[15]</w:t>
      </w:r>
      <w:r>
        <w:t xml:space="preserve">. Al Jazeera's analysis says the move costs the US "a convenient launchpad, not its underlying strike capability" </w:t>
      </w:r>
      <w:r>
        <w:rPr>
          <w:vertAlign w:val="superscript"/>
        </w:rPr>
        <w:t>[16]</w:t>
      </w:r>
      <w:r>
        <w:t>.</w:t>
      </w:r>
    </w:p>
    <w:p>
      <w:r>
        <w:rPr>
          <w:rFonts w:ascii="Consolas" w:hAnsi="Consolas"/>
          <w:b/>
          <w:color w:val="55604B"/>
        </w:rPr>
        <w:t>Assessment:</w:t>
      </w:r>
      <w:r>
        <w:t xml:space="preserve"> The IRGC attribution is second-hand and unconfirmed. The move likely complicates basing for a sustained bomber campaign against Iran while a US decision is pending.</w:t>
      </w:r>
    </w:p>
    <w:p>
      <w:r>
        <w:rPr>
          <w:b/>
        </w:rPr>
        <w:t>IRAN: IRGC turns a tanker back near Khasab; Pezeshkian calls US talks "meaningless"</w:t>
      </w:r>
    </w:p>
    <w:p>
      <w:r>
        <w:t xml:space="preserve">Citing UKMTO, Iran International reports that on 5 Oct the IRGC hailed a tanker 11 nm north of Khasab, Oman, and threatened to target it; the master turned around. President Pezeshkian called talks with Washington "meaningless" </w:t>
      </w:r>
      <w:r>
        <w:rPr>
          <w:vertAlign w:val="superscript"/>
        </w:rPr>
        <w:t>[17]</w:t>
      </w:r>
      <w:r>
        <w:t xml:space="preserve">. In an exclusive, the same outlet alleges an IRGC commander moved an oil-sales payment channel from the UAE to Russian banks </w:t>
      </w:r>
      <w:r>
        <w:rPr>
          <w:vertAlign w:val="superscript"/>
        </w:rPr>
        <w:t>[18]</w:t>
      </w:r>
      <w:r>
        <w:t>.</w:t>
      </w:r>
    </w:p>
    <w:p>
      <w:r>
        <w:rPr>
          <w:rFonts w:ascii="Consolas" w:hAnsi="Consolas"/>
          <w:b/>
          <w:color w:val="55604B"/>
        </w:rPr>
        <w:t>Assessment:</w:t>
      </w:r>
      <w:r>
        <w:t xml:space="preserve"> The IRGC will almost certainly keep enforcing the Hormuz closure through hailing and threats. Near-term US-Iran talks are unlikely. The oil-network allegation rests on a single opposition outlet.</w:t>
      </w:r>
    </w:p>
    <w:p>
      <w:r>
        <w:rPr>
          <w:b/>
        </w:rPr>
        <w:t>ISRAEL / GAZA / LEBANON: Military on alert for the 7 October anniversary</w:t>
      </w:r>
    </w:p>
    <w:p>
      <w:r>
        <w:t xml:space="preserve">Defense Minister Katz ordered heightened readiness, citing "intelligence indicating that Hamas intends to try to carry out assaults and attacks against our forces in Gaza on that day" </w:t>
      </w:r>
      <w:r>
        <w:rPr>
          <w:vertAlign w:val="superscript"/>
        </w:rPr>
        <w:t>[19]</w:t>
      </w:r>
      <w:r>
        <w:t xml:space="preserve">. Prime Minister Netanyahu said Israel will keep striking Hezbollah to "create an opportunity for peace" with Lebanon </w:t>
      </w:r>
      <w:r>
        <w:rPr>
          <w:vertAlign w:val="superscript"/>
        </w:rPr>
        <w:t>[20]</w:t>
      </w:r>
      <w:r>
        <w:t xml:space="preserve">. The UK has reportedly threatened to expel 27 Israeli diplomats if Israel closes Britain's East Jerusalem consulate by 8 Oct </w:t>
      </w:r>
      <w:r>
        <w:rPr>
          <w:vertAlign w:val="superscript"/>
        </w:rPr>
        <w:t>[21]</w:t>
      </w:r>
      <w:r>
        <w:t>.</w:t>
      </w:r>
    </w:p>
    <w:p>
      <w:r>
        <w:rPr>
          <w:rFonts w:ascii="Consolas" w:hAnsi="Consolas"/>
          <w:b/>
          <w:color w:val="55604B"/>
        </w:rPr>
        <w:t>Assessment:</w:t>
      </w:r>
      <w:r>
        <w:t xml:space="preserve"> Attempted Hamas attacks or rocket fire around 7 Oct are likely and would likely trigger heavy Israeli strikes. A UK-Israel diplomatic rupture by 8 Oct is a roughly even chance.</w:t>
      </w:r>
    </w:p>
    <w:p>
      <w:r>
        <w:rPr>
          <w:b/>
        </w:rPr>
        <w:t>IRAQ: Nujaba leader defies government with US-flag video</w:t>
      </w:r>
    </w:p>
    <w:p>
      <w:r>
        <w:t xml:space="preserve">Akram al-Kaabi, leader of the Iran-aligned Harakat Hezbollah al-Nujaba, posted video of himself trampling US and Israeli flags after Prime Minister Ali al-Zaidi ordered arrests over similar acts. Nujaba demanded the detainees' release </w:t>
      </w:r>
      <w:r>
        <w:rPr>
          <w:vertAlign w:val="superscript"/>
        </w:rPr>
        <w:t>[22]</w:t>
      </w:r>
      <w:r>
        <w:t>.</w:t>
      </w:r>
    </w:p>
    <w:p>
      <w:r>
        <w:rPr>
          <w:rFonts w:ascii="Consolas" w:hAnsi="Consolas"/>
          <w:b/>
          <w:color w:val="55604B"/>
        </w:rPr>
        <w:t>Assessment:</w:t>
      </w:r>
      <w:r>
        <w:t xml:space="preserve"> Friction between the government and Iran-aligned factions will likely grow following the US-led coalition's exit.</w:t>
      </w:r>
    </w:p>
    <w:p>
      <w:r>
        <w:rPr>
          <w:b/>
        </w:rPr>
        <w:t>PAKISTAN / AFGHANISTAN: Moscow Format talks end without a joint statement</w:t>
      </w:r>
    </w:p>
    <w:p>
      <w:r>
        <w:t xml:space="preserve">At the Moscow Format talks, Pakistan's envoy said more than 4,700 Pakistanis have been killed in three years by terrorism originating in Afghanistan and alleged a "nexus between the Taliban regime and terrorist groups" </w:t>
      </w:r>
      <w:r>
        <w:rPr>
          <w:vertAlign w:val="superscript"/>
        </w:rPr>
        <w:t>[23]</w:t>
      </w:r>
      <w:r>
        <w:t xml:space="preserve">. The talks ended without a joint statement for the first time </w:t>
      </w:r>
      <w:r>
        <w:rPr>
          <w:vertAlign w:val="superscript"/>
        </w:rPr>
        <w:t>[24]</w:t>
      </w:r>
      <w:r>
        <w:t>.</w:t>
      </w:r>
    </w:p>
    <w:p>
      <w:r>
        <w:rPr>
          <w:rFonts w:ascii="Consolas" w:hAnsi="Consolas"/>
          <w:b/>
          <w:color w:val="55604B"/>
        </w:rPr>
        <w:t>Assessment:</w:t>
      </w:r>
      <w:r>
        <w:t xml:space="preserve"> Pakistan-Taliban tensions will likely persist. Further Pakistani cross-border strikes are a roughly even chance in the coming weeks.</w:t>
      </w:r>
    </w:p>
    <w:p>
      <w:r>
        <w:rPr>
          <w:i/>
        </w:rPr>
        <w:t>Collection gap: no CENTCOM releases, Syria developments or Lebanon casualty figures were found for the window. Mocha and the Sanaa strikes are confirmed only by Al Jazeera summary text.</w:t>
      </w:r>
    </w:p>
    <w:p>
      <w:pPr>
        <w:pStyle w:val="Heading1"/>
      </w:pPr>
      <w:r>
        <w:rPr>
          <w:rFonts w:ascii="Consolas" w:hAnsi="Consolas"/>
          <w:color w:val="FFB000"/>
        </w:rPr>
        <w:t xml:space="preserve">// </w:t>
      </w:r>
      <w:r>
        <w:rPr>
          <w:color w:val="282828"/>
        </w:rPr>
        <w:t>EUCOM</w:t>
      </w:r>
    </w:p>
    <w:p>
      <w:r>
        <w:rPr>
          <w:b/>
        </w:rPr>
        <w:t>ROMANIA / BLACK SEA: Drones sink a cargo ship in Romania's exclusive economic zone</w:t>
      </w:r>
    </w:p>
    <w:p>
      <w:r>
        <w:t xml:space="preserve">On 5 Oct the Turkish-owned bulk carrier ROYAD MAMMADOV was hit by two drones about 20 nm off Romania, inside its exclusive economic zone. Zelensky attributed the attack to Russia and said the captain was killed </w:t>
      </w:r>
      <w:r>
        <w:rPr>
          <w:vertAlign w:val="superscript"/>
        </w:rPr>
        <w:t>[25]</w:t>
      </w:r>
      <w:r>
        <w:t xml:space="preserve">. Romanian authorities report two dead and 11 rescued, and OC Media cites 13 missing; the ship sank </w:t>
      </w:r>
      <w:r>
        <w:rPr>
          <w:vertAlign w:val="superscript"/>
        </w:rPr>
        <w:t>[26]</w:t>
      </w:r>
      <w:r>
        <w:t>.</w:t>
      </w:r>
    </w:p>
    <w:p>
      <w:r>
        <w:rPr>
          <w:rFonts w:ascii="Consolas" w:hAnsi="Consolas"/>
          <w:b/>
          <w:color w:val="55604B"/>
        </w:rPr>
        <w:t>Assessment:</w:t>
      </w:r>
      <w:r>
        <w:t xml:space="preserve"> This is likely the most serious Black Sea incident near NATO waters in recent weeks. Romanian and Turkish diplomatic responses are likely, but an Article 4 request is unlikely.</w:t>
      </w:r>
    </w:p>
    <w:p>
      <w:r>
        <w:rPr>
          <w:b/>
        </w:rPr>
        <w:t>RUSSIA: Ukrainian drones reportedly hit the Volodarsk oil depot near Moscow</w:t>
      </w:r>
    </w:p>
    <w:p>
      <w:r>
        <w:t xml:space="preserve">Ukrainian drones reportedly hit the Volodarsk oil facility near Konstantinovo, about 40 km from central Moscow, described as the region's largest oil depot, and a fire was reported. Moscow's mayor reported a large drone attack on the region. The reports rely on Russian Telegram channels and state media and could not be independently verified </w:t>
      </w:r>
      <w:r>
        <w:rPr>
          <w:vertAlign w:val="superscript"/>
        </w:rPr>
        <w:t>[27]</w:t>
      </w:r>
      <w:r>
        <w:t>.</w:t>
      </w:r>
    </w:p>
    <w:p>
      <w:r>
        <w:rPr>
          <w:rFonts w:ascii="Consolas" w:hAnsi="Consolas"/>
          <w:b/>
          <w:color w:val="55604B"/>
        </w:rPr>
        <w:t>Assessment:</w:t>
      </w:r>
      <w:r>
        <w:t xml:space="preserve"> Ukraine very likely continues to target fuel logistics around Moscow. Damage is likely, but its extent is unconfirmed.</w:t>
      </w:r>
    </w:p>
    <w:p>
      <w:r>
        <w:rPr>
          <w:b/>
        </w:rPr>
        <w:t>UKRAINE: Overnight Russian strikes kill 13 and injure 104</w:t>
      </w:r>
    </w:p>
    <w:p>
      <w:r>
        <w:t xml:space="preserve">Ukraine's Air Force reported 137 drones overnight 5–6 Oct, 114 of them neutralized. Kharkiv Oblast had 7 killed and 70 injured, and a Banderol strike hit a hospital in Kryvyi Rih, injuring four </w:t>
      </w:r>
      <w:r>
        <w:rPr>
          <w:vertAlign w:val="superscript"/>
        </w:rPr>
        <w:t>[28]</w:t>
      </w:r>
      <w:r>
        <w:t xml:space="preserve">. ISW notes Russian drones being adapted to target bridges and Ukraine's locomotive reserves running low from rail strikes </w:t>
      </w:r>
      <w:r>
        <w:rPr>
          <w:vertAlign w:val="superscript"/>
        </w:rPr>
        <w:t>[29]</w:t>
      </w:r>
      <w:r>
        <w:t>.</w:t>
      </w:r>
    </w:p>
    <w:p>
      <w:r>
        <w:rPr>
          <w:rFonts w:ascii="Consolas" w:hAnsi="Consolas"/>
          <w:b/>
          <w:color w:val="55604B"/>
        </w:rPr>
        <w:t>Assessment:</w:t>
      </w:r>
      <w:r>
        <w:t xml:space="preserve"> Russia will very likely keep up daily drone and glide-bomb pressure on Kharkiv and on transport infrastructure.</w:t>
      </w:r>
    </w:p>
    <w:p>
      <w:r>
        <w:rPr>
          <w:b/>
        </w:rPr>
        <w:t>LITHUANIA: Parliament takes first step to lift constitutional ban on nuclear weapons</w:t>
      </w:r>
    </w:p>
    <w:p>
      <w:r>
        <w:t xml:space="preserve">On 6 Oct the Seimas passed the first reading of an amendment to remove Article 137's ban on weapons of mass destruction and foreign bases, by 106 votes to 18. The final reading cannot come for at least three months and needs 94 of 141 votes </w:t>
      </w:r>
      <w:r>
        <w:rPr>
          <w:vertAlign w:val="superscript"/>
        </w:rPr>
        <w:t>[30]</w:t>
      </w:r>
      <w:r>
        <w:t>.</w:t>
      </w:r>
    </w:p>
    <w:p>
      <w:r>
        <w:rPr>
          <w:rFonts w:ascii="Consolas" w:hAnsi="Consolas"/>
          <w:b/>
          <w:color w:val="55604B"/>
        </w:rPr>
        <w:t>Assessment:</w:t>
      </w:r>
      <w:r>
        <w:t xml:space="preserve"> The amendment will very likely draw strong Russian rhetorical and information-operations responses. Final passage is likely.</w:t>
      </w:r>
    </w:p>
    <w:p>
      <w:r>
        <w:rPr>
          <w:b/>
        </w:rPr>
        <w:t>NATO / GERMANY: NATO drafts an eastern-flank "Theory of Victory"; BND warns of Russian "shadow war"</w:t>
      </w:r>
    </w:p>
    <w:p>
      <w:r>
        <w:t xml:space="preserve">Bloomberg, relayed by the Kyiv Independent, reports that SACEUR Gen. Alexus Grynkewich will present a "Theory of Victory" strategy for the eastern flank in Poland on 12 Oct </w:t>
      </w:r>
      <w:r>
        <w:rPr>
          <w:vertAlign w:val="superscript"/>
        </w:rPr>
        <w:t>[31]</w:t>
      </w:r>
      <w:r>
        <w:t xml:space="preserve">. BND chief Martin Jaeger told German lawmakers that Russia is waging a "shadow war" against Germany but that there are no current signs of a large-scale attack on NATO </w:t>
      </w:r>
      <w:r>
        <w:rPr>
          <w:vertAlign w:val="superscript"/>
        </w:rPr>
        <w:t>[32]</w:t>
      </w:r>
      <w:r>
        <w:t>.</w:t>
      </w:r>
    </w:p>
    <w:p>
      <w:r>
        <w:rPr>
          <w:rFonts w:ascii="Consolas" w:hAnsi="Consolas"/>
          <w:b/>
          <w:color w:val="55604B"/>
        </w:rPr>
        <w:t>Assessment:</w:t>
      </w:r>
      <w:r>
        <w:t xml:space="preserve"> The 12 Oct presentation will likely draw Russian messaging casting NATO as the escalating party.</w:t>
      </w:r>
    </w:p>
    <w:p>
      <w:r>
        <w:rPr>
          <w:b/>
        </w:rPr>
        <w:t>KOSOVO: Police clash with protesters over bill to curb the Hague war crimes court</w:t>
      </w:r>
    </w:p>
    <w:p>
      <w:r>
        <w:t xml:space="preserve">On the evening of 5 Oct, police used tear gas and water cannon on several hundred protesters outside parliament in Pristina after a vote on amendments affecting the Kosovo Specialist Chambers was adjourned. Twelve people were injured </w:t>
      </w:r>
      <w:r>
        <w:rPr>
          <w:vertAlign w:val="superscript"/>
        </w:rPr>
        <w:t>[33]</w:t>
      </w:r>
      <w:r>
        <w:t>.</w:t>
      </w:r>
    </w:p>
    <w:p>
      <w:r>
        <w:rPr>
          <w:rFonts w:ascii="Consolas" w:hAnsi="Consolas"/>
          <w:b/>
          <w:color w:val="55604B"/>
        </w:rPr>
        <w:t>Assessment:</w:t>
      </w:r>
      <w:r>
        <w:t xml:space="preserve"> More protests are likely, and the dispute probably prolongs Kosovo's political deadlock.</w:t>
      </w:r>
    </w:p>
    <w:p>
      <w:r>
        <w:rPr>
          <w:b/>
        </w:rPr>
        <w:t>TURKEY: Justice Ministry gathers PKK case data ahead of a review that could free about 4,500</w:t>
      </w:r>
    </w:p>
    <w:p>
      <w:r>
        <w:t xml:space="preserve">Turkey's Justice Ministry asked courts in all 81 provinces for data on PKK-related detainees, convicts and fugitives under an August 2026 law. Releases require the National Security Council to confirm that the PKK has disarmed </w:t>
      </w:r>
      <w:r>
        <w:rPr>
          <w:vertAlign w:val="superscript"/>
        </w:rPr>
        <w:t>[34]</w:t>
      </w:r>
      <w:r>
        <w:t>.</w:t>
      </w:r>
    </w:p>
    <w:p>
      <w:r>
        <w:rPr>
          <w:rFonts w:ascii="Consolas" w:hAnsi="Consolas"/>
          <w:b/>
          <w:color w:val="55604B"/>
        </w:rPr>
        <w:t>Assessment:</w:t>
      </w:r>
      <w:r>
        <w:t xml:space="preserve"> The peace process is likely advancing administratively. Releases within 72 hours are unlikely.</w:t>
      </w:r>
    </w:p>
    <w:p>
      <w:r>
        <w:rPr>
          <w:i/>
        </w:rPr>
        <w:t>Collection gap: no Reuters or AP confirmation for Ukraine items, and no South Caucasus or NATO airspace incidents found in the window.</w:t>
      </w:r>
    </w:p>
    <w:p>
      <w:pPr>
        <w:pStyle w:val="Heading1"/>
      </w:pPr>
      <w:r>
        <w:rPr>
          <w:rFonts w:ascii="Consolas" w:hAnsi="Consolas"/>
          <w:color w:val="FFB000"/>
        </w:rPr>
        <w:t xml:space="preserve">// </w:t>
      </w:r>
      <w:r>
        <w:rPr>
          <w:color w:val="282828"/>
        </w:rPr>
        <w:t>INDOPACOM</w:t>
      </w:r>
    </w:p>
    <w:p>
      <w:r>
        <w:rPr>
          <w:b/>
        </w:rPr>
        <w:t>SOUTH KOREA / NORTH KOREA: Investigation finds North Korean mines were deliberately planted south of the MDL</w:t>
      </w:r>
    </w:p>
    <w:p>
      <w:r>
        <w:t xml:space="preserve">The ROK Joint Chiefs of Staff and the UN Command concluded that North Korean anti-personnel mines "deliberately buried" south of the Military Demarcation Line caused the 21 Sep blasts that wounded three South Korean soldiers. The UN Command found it violated the Armistice </w:t>
      </w:r>
      <w:r>
        <w:rPr>
          <w:vertAlign w:val="superscript"/>
        </w:rPr>
        <w:t>[35]</w:t>
      </w:r>
      <w:r>
        <w:t xml:space="preserve">. Foreign Minister Cho Hyun said on 6 Oct that Seoul will seek accountability while preventing escalation </w:t>
      </w:r>
      <w:r>
        <w:rPr>
          <w:vertAlign w:val="superscript"/>
        </w:rPr>
        <w:t>[36]</w:t>
      </w:r>
      <w:r>
        <w:t>.</w:t>
      </w:r>
    </w:p>
    <w:p>
      <w:r>
        <w:rPr>
          <w:rFonts w:ascii="Consolas" w:hAnsi="Consolas"/>
          <w:b/>
          <w:color w:val="55604B"/>
        </w:rPr>
        <w:t>Assessment:</w:t>
      </w:r>
      <w:r>
        <w:t xml:space="preserve"> Seoul is likely to keep its response diplomatic and UN Command-led. Pyongyang will probably ignore or deny the finding.</w:t>
      </w:r>
    </w:p>
    <w:p>
      <w:r>
        <w:rPr>
          <w:b/>
        </w:rPr>
        <w:t>SOUTH KOREA / UKRAINE: Seoul weighs recalling ambassador over disclosure of North Korean POW transfers</w:t>
      </w:r>
    </w:p>
    <w:p>
      <w:r>
        <w:t xml:space="preserve">Cho said Ukraine's apology for publicly revealing the transfer of two North Korean prisoners of war to South Korea fell short, and Seoul is considering steps including recalling its ambassador from Kyiv </w:t>
      </w:r>
      <w:r>
        <w:rPr>
          <w:vertAlign w:val="superscript"/>
        </w:rPr>
        <w:t>[37]</w:t>
      </w:r>
      <w:r>
        <w:t xml:space="preserve">. Separately, China's ambassador told the Korea Times that "China has never asked Korea to choose a side" between Beijing and Washington </w:t>
      </w:r>
      <w:r>
        <w:rPr>
          <w:vertAlign w:val="superscript"/>
        </w:rPr>
        <w:t>[38]</w:t>
      </w:r>
      <w:r>
        <w:t>.</w:t>
      </w:r>
    </w:p>
    <w:p>
      <w:r>
        <w:rPr>
          <w:rFonts w:ascii="Consolas" w:hAnsi="Consolas"/>
          <w:b/>
          <w:color w:val="55604B"/>
        </w:rPr>
        <w:t>Assessment:</w:t>
      </w:r>
      <w:r>
        <w:t xml:space="preserve"> A full ambassador recall is a roughly even chance. The Chinese envoy's interview is probably part of an effort to court Seoul as it hedges.</w:t>
      </w:r>
    </w:p>
    <w:p>
      <w:r>
        <w:rPr>
          <w:b/>
        </w:rPr>
        <w:t>TAIWAN: Defense minister says no word from US on splitting the stalled arms package</w:t>
      </w:r>
    </w:p>
    <w:p>
      <w:r>
        <w:t xml:space="preserve">Defense Minister Wellington Koo said Taipei has "not received any information" about breaking a possible $14 billion US arms sale into smaller batches. Reuters reports President Trump has held back approval to keep relations with Xi Jinping cordial </w:t>
      </w:r>
      <w:r>
        <w:rPr>
          <w:vertAlign w:val="superscript"/>
        </w:rPr>
        <w:t>[39]</w:t>
      </w:r>
      <w:r>
        <w:t>.</w:t>
      </w:r>
    </w:p>
    <w:p>
      <w:r>
        <w:rPr>
          <w:rFonts w:ascii="Consolas" w:hAnsi="Consolas"/>
          <w:b/>
          <w:color w:val="55604B"/>
        </w:rPr>
        <w:t>Assessment:</w:t>
      </w:r>
      <w:r>
        <w:t xml:space="preserve"> A major US arms sale announcement for Taiwan is unlikely in the near term.</w:t>
      </w:r>
    </w:p>
    <w:p>
      <w:r>
        <w:rPr>
          <w:b/>
        </w:rPr>
        <w:t>TAIWAN / US: Senator Bennet in Taipei; former President Tsai begins US visit</w:t>
      </w:r>
    </w:p>
    <w:p>
      <w:r>
        <w:t xml:space="preserve">Sen. Michael Bennet, a member of the Senate Intelligence Committee, is in Taiwan through 8 Oct for security talks with senior officials </w:t>
      </w:r>
      <w:r>
        <w:rPr>
          <w:vertAlign w:val="superscript"/>
        </w:rPr>
        <w:t>[40]</w:t>
      </w:r>
      <w:r>
        <w:t xml:space="preserve">. Former President Tsai Ing-wen arrived in San Francisco on 5 Oct for about a week and will speak at Stanford and the Hoover Institution </w:t>
      </w:r>
      <w:r>
        <w:rPr>
          <w:vertAlign w:val="superscript"/>
        </w:rPr>
        <w:t>[41]</w:t>
      </w:r>
      <w:r>
        <w:t>.</w:t>
      </w:r>
    </w:p>
    <w:p>
      <w:r>
        <w:rPr>
          <w:rFonts w:ascii="Consolas" w:hAnsi="Consolas"/>
          <w:b/>
          <w:color w:val="55604B"/>
        </w:rPr>
        <w:t>Assessment:</w:t>
      </w:r>
      <w:r>
        <w:t xml:space="preserve"> Beijing is likely to criticize both visits once its National Day holiday ends. A large named military exercise over them is unlikely.</w:t>
      </w:r>
    </w:p>
    <w:p>
      <w:r>
        <w:rPr>
          <w:b/>
        </w:rPr>
        <w:t>CHINA / PHILIPPINES: PLA says it "expelled" a Philippine aircraft from airspace over Scarborough Shoal</w:t>
      </w:r>
      <w:r>
        <w:t xml:space="preserve"> </w:t>
      </w:r>
      <w:r>
        <w:rPr>
          <w:i/>
        </w:rPr>
        <w:t>(pre-window onset)</w:t>
      </w:r>
    </w:p>
    <w:p>
      <w:r>
        <w:t xml:space="preserve">The PLA Southern Theater Command said a Philippine C-208 entered airspace over Scarborough Shoal without authorization on 3 Oct and was tracked and warned off, calling the flight a serious violation of Chinese sovereignty </w:t>
      </w:r>
      <w:r>
        <w:rPr>
          <w:vertAlign w:val="superscript"/>
        </w:rPr>
        <w:t>[42]</w:t>
      </w:r>
      <w:r>
        <w:t>.</w:t>
      </w:r>
    </w:p>
    <w:p>
      <w:r>
        <w:rPr>
          <w:rFonts w:ascii="Consolas" w:hAnsi="Consolas"/>
          <w:b/>
          <w:color w:val="55604B"/>
        </w:rPr>
        <w:t>Assessment:</w:t>
      </w:r>
      <w:r>
        <w:t xml:space="preserve"> China is very likely to keep challenging Philippine air patrols over Scarborough, and another close encounter within a week is likely.</w:t>
      </w:r>
    </w:p>
    <w:p>
      <w:r>
        <w:rPr>
          <w:b/>
        </w:rPr>
        <w:t>JAPAN: Takaichi opens Diet session, pledging to press territorial claims and revise security documents</w:t>
      </w:r>
    </w:p>
    <w:p>
      <w:r>
        <w:t xml:space="preserve">In her 5 Oct policy address, Prime Minister Sanae Takaichi called China an "important neighbor" but said Japan would vigorously press its claims in the East and South China Seas and revise its three security documents by year-end, according to Chinese state media </w:t>
      </w:r>
      <w:r>
        <w:rPr>
          <w:vertAlign w:val="superscript"/>
        </w:rPr>
        <w:t>[43]</w:t>
      </w:r>
      <w:r>
        <w:t>.</w:t>
      </w:r>
    </w:p>
    <w:p>
      <w:r>
        <w:rPr>
          <w:rFonts w:ascii="Consolas" w:hAnsi="Consolas"/>
          <w:b/>
          <w:color w:val="55604B"/>
        </w:rPr>
        <w:t>Assessment:</w:t>
      </w:r>
      <w:r>
        <w:t xml:space="preserve"> Tokyo will likely keep a dual-track approach to China. The speech's details await confirmation from Japanese sources.</w:t>
      </w:r>
    </w:p>
    <w:p>
      <w:r>
        <w:rPr>
          <w:b/>
        </w:rPr>
        <w:t>MYANMAR: Junta jets bomb displacement camps in Rakhine State</w:t>
      </w:r>
    </w:p>
    <w:p>
      <w:r>
        <w:t xml:space="preserve">Military aircraft struck displacement shelters in Ponnagyun Township on 5 Oct, killing at least seven people across two strikes. The attacks follow a 28 Sep market strike in Kyauktaw that killed 50 </w:t>
      </w:r>
      <w:r>
        <w:rPr>
          <w:vertAlign w:val="superscript"/>
        </w:rPr>
        <w:t>[44]</w:t>
      </w:r>
      <w:r>
        <w:t>.</w:t>
      </w:r>
    </w:p>
    <w:p>
      <w:r>
        <w:rPr>
          <w:rFonts w:ascii="Consolas" w:hAnsi="Consolas"/>
          <w:b/>
          <w:color w:val="55604B"/>
        </w:rPr>
        <w:t>Assessment:</w:t>
      </w:r>
      <w:r>
        <w:t xml:space="preserve"> The junta is very likely to continue its air campaign in Rakhine, and civilian casualties will probably keep rising.</w:t>
      </w:r>
    </w:p>
    <w:p>
      <w:r>
        <w:rPr>
          <w:i/>
        </w:rPr>
        <w:t>Collection gap: no Taiwan MND daily PLA activity counts, and Yonhap, Kyodo and NHK were not accessible. No India, Australia or Pacific items were found.</w:t>
      </w:r>
    </w:p>
    <w:p>
      <w:pPr>
        <w:pStyle w:val="Heading1"/>
      </w:pPr>
      <w:r>
        <w:rPr>
          <w:rFonts w:ascii="Consolas" w:hAnsi="Consolas"/>
          <w:color w:val="FFB000"/>
        </w:rPr>
        <w:t xml:space="preserve">// </w:t>
      </w:r>
      <w:r>
        <w:rPr>
          <w:color w:val="282828"/>
        </w:rPr>
        <w:t>NORTHCOM</w:t>
      </w:r>
    </w:p>
    <w:p>
      <w:r>
        <w:rPr>
          <w:b/>
        </w:rPr>
        <w:t>UNITED STATES: Gulf disturbance has an 80% chance of becoming a tropical depression</w:t>
      </w:r>
    </w:p>
    <w:p>
      <w:r>
        <w:t xml:space="preserve">The National Hurricane Center's 0200 EDT 6 Oct outlook gives a low-pressure trough in the southwestern Gulf an 80% chance of forming a tropical depression within 48 hours. It says it is too early to determine impacts on the northern Gulf Coast and urges interests there to monitor it </w:t>
      </w:r>
      <w:r>
        <w:rPr>
          <w:vertAlign w:val="superscript"/>
        </w:rPr>
        <w:t>[45]</w:t>
      </w:r>
      <w:r>
        <w:t xml:space="preserve">. In the eastern Pacific, Hurricane Rachel was weakening at sea with no land threat </w:t>
      </w:r>
      <w:r>
        <w:rPr>
          <w:vertAlign w:val="superscript"/>
        </w:rPr>
        <w:t>[46]</w:t>
      </w:r>
      <w:r>
        <w:t xml:space="preserve">. A Cuban meteorologist sees the most likely impact near Mississippi and Alabama </w:t>
      </w:r>
      <w:r>
        <w:rPr>
          <w:vertAlign w:val="superscript"/>
        </w:rPr>
        <w:t>[47]</w:t>
      </w:r>
      <w:r>
        <w:t>.</w:t>
      </w:r>
    </w:p>
    <w:p>
      <w:r>
        <w:rPr>
          <w:rFonts w:ascii="Consolas" w:hAnsi="Consolas"/>
          <w:b/>
          <w:color w:val="55604B"/>
        </w:rPr>
        <w:t>Assessment:</w:t>
      </w:r>
      <w:r>
        <w:t xml:space="preserve"> A tropical depression or storm in the Gulf is very likely by 8 Oct. Some northern Gulf Coast impact late this week is likely, which could draw on defense support to civil authorities and Coast Guard resources.</w:t>
      </w:r>
    </w:p>
    <w:p>
      <w:r>
        <w:rPr>
          <w:b/>
        </w:rPr>
        <w:t>MEXICO / US: Both countries put 500 troops on the border in a "mirror operation"</w:t>
      </w:r>
    </w:p>
    <w:p>
      <w:r>
        <w:t xml:space="preserve">Mexico News Daily reports a matching US deployment of 500 soldiers to the Texas border alongside Mexico's 500 troops in Tamaulipas, following the 26 Sep gunfire at US Coast Guard personnel. Ambassador Ronald Johnson said the forces patrol their own sides with direct military-to-military communication </w:t>
      </w:r>
      <w:r>
        <w:rPr>
          <w:vertAlign w:val="superscript"/>
        </w:rPr>
        <w:t>[48]</w:t>
      </w:r>
      <w:r>
        <w:t>.</w:t>
      </w:r>
    </w:p>
    <w:p>
      <w:r>
        <w:rPr>
          <w:rFonts w:ascii="Consolas" w:hAnsi="Consolas"/>
          <w:b/>
          <w:color w:val="55604B"/>
        </w:rPr>
        <w:t>Assessment:</w:t>
      </w:r>
      <w:r>
        <w:t xml:space="preserve"> Coordinated patrols will likely continue through late October. Another cross-border firing incident in the next month is a roughly even chance.</w:t>
      </w:r>
    </w:p>
    <w:p>
      <w:r>
        <w:rPr>
          <w:b/>
        </w:rPr>
        <w:t>UNITED STATES: Supreme Court vacates ruling that protected Venezuelan TPS holders</w:t>
      </w:r>
    </w:p>
    <w:p>
      <w:r>
        <w:t xml:space="preserve">On 5 Oct the Supreme Court vacated a Ninth Circuit decision that had found the termination of Venezuelan Temporary Protected Status unlawful, and sent the case back for reconsideration </w:t>
      </w:r>
      <w:r>
        <w:rPr>
          <w:vertAlign w:val="superscript"/>
        </w:rPr>
        <w:t>[49]</w:t>
      </w:r>
      <w:r>
        <w:t>.</w:t>
      </w:r>
    </w:p>
    <w:p>
      <w:r>
        <w:rPr>
          <w:rFonts w:ascii="Consolas" w:hAnsi="Consolas"/>
          <w:b/>
          <w:color w:val="55604B"/>
        </w:rPr>
        <w:t>Assessment:</w:t>
      </w:r>
      <w:r>
        <w:t xml:space="preserve"> The order very likely clears the legal path for removals of former Venezuelan TPS holders.</w:t>
      </w:r>
    </w:p>
    <w:p>
      <w:r>
        <w:rPr>
          <w:b/>
        </w:rPr>
        <w:t>MEXICO / US: Sanctions target Sinaloa Cartel network in Tijuana and Mexicali</w:t>
      </w:r>
    </w:p>
    <w:p>
      <w:r>
        <w:t xml:space="preserve">Mexico News Daily detailed Treasury's 29 Sep designation of 21 people and 25 businesses tied to Ismael Zambada Sicairos ("Mayito Flaco"), including the ex-husband of Baja California's governor and currency exchanges and gas stations near the border </w:t>
      </w:r>
      <w:r>
        <w:rPr>
          <w:vertAlign w:val="superscript"/>
        </w:rPr>
        <w:t>[50]</w:t>
      </w:r>
      <w:r>
        <w:t>.</w:t>
      </w:r>
    </w:p>
    <w:p>
      <w:r>
        <w:rPr>
          <w:rFonts w:ascii="Consolas" w:hAnsi="Consolas"/>
          <w:b/>
          <w:color w:val="55604B"/>
        </w:rPr>
        <w:t>Assessment:</w:t>
      </w:r>
      <w:r>
        <w:t xml:space="preserve"> Naming the governor's ex-spouse likely adds political pressure on the ruling party in Baja California.</w:t>
      </w:r>
    </w:p>
    <w:p>
      <w:r>
        <w:rPr>
          <w:b/>
        </w:rPr>
        <w:t>MEXICO: Prosecutors offer 10-year plea deal in 2019 LeBarón massacre case; family rejects it</w:t>
      </w:r>
    </w:p>
    <w:p>
      <w:r>
        <w:t xml:space="preserve">Federal prosecutors proposed a 10-year sentence for a defendant in the 2019 Sonora ambush that killed nine US-Mexican dual nationals, on organized-crime rather than homicide charges. The family publicly rejected it </w:t>
      </w:r>
      <w:r>
        <w:rPr>
          <w:vertAlign w:val="superscript"/>
        </w:rPr>
        <w:t>[51]</w:t>
      </w:r>
      <w:r>
        <w:t>.</w:t>
      </w:r>
    </w:p>
    <w:p>
      <w:r>
        <w:rPr>
          <w:rFonts w:ascii="Consolas" w:hAnsi="Consolas"/>
          <w:b/>
          <w:color w:val="55604B"/>
        </w:rPr>
        <w:t>Assessment:</w:t>
      </w:r>
      <w:r>
        <w:t xml:space="preserve"> The case will likely become a bilateral irritant given the US-citizen victims.</w:t>
      </w:r>
    </w:p>
    <w:p>
      <w:r>
        <w:rPr>
          <w:i/>
        </w:rPr>
        <w:t>Collection gap: no Sheinbaum statement on the border deployment, no USCG or NORAD releases, and no new cartel-violence incidents were retrieved for the window.</w:t>
      </w:r>
    </w:p>
    <w:p>
      <w:pPr>
        <w:pStyle w:val="Heading1"/>
      </w:pPr>
      <w:r>
        <w:rPr>
          <w:rFonts w:ascii="Consolas" w:hAnsi="Consolas"/>
          <w:color w:val="FFB000"/>
        </w:rPr>
        <w:t xml:space="preserve">// </w:t>
      </w:r>
      <w:r>
        <w:rPr>
          <w:color w:val="282828"/>
        </w:rPr>
        <w:t>SOUTHCOM</w:t>
      </w:r>
    </w:p>
    <w:p>
      <w:r>
        <w:rPr>
          <w:b/>
        </w:rPr>
        <w:t>BRAZIL: Centre-right parties move behind Flávio Bolsonaro for the runoff</w:t>
      </w:r>
    </w:p>
    <w:p>
      <w:r>
        <w:t xml:space="preserve">Ronaldo Caiado, who finished fifth, is holding an event in Goiânia on 6 Oct to declare support for Flávio Bolsonaro, with São Paulo Governor Tarcísio de Freitas attending </w:t>
      </w:r>
      <w:r>
        <w:rPr>
          <w:vertAlign w:val="superscript"/>
        </w:rPr>
        <w:t>[52]</w:t>
      </w:r>
      <w:r>
        <w:t xml:space="preserve">. PP, Republicanos and União Brasil are expected to back Flávio, while MDB remains neutral </w:t>
      </w:r>
      <w:r>
        <w:rPr>
          <w:vertAlign w:val="superscript"/>
        </w:rPr>
        <w:t>[53]</w:t>
      </w:r>
      <w:r>
        <w:t xml:space="preserve">. Augusto Cury and Renan Santos declared neutrality </w:t>
      </w:r>
      <w:r>
        <w:rPr>
          <w:vertAlign w:val="superscript"/>
        </w:rPr>
        <w:t>[54]</w:t>
      </w:r>
      <w:r>
        <w:t>.</w:t>
      </w:r>
    </w:p>
    <w:p>
      <w:r>
        <w:rPr>
          <w:rFonts w:ascii="Consolas" w:hAnsi="Consolas"/>
          <w:b/>
          <w:color w:val="55604B"/>
        </w:rPr>
        <w:t>Assessment:</w:t>
      </w:r>
      <w:r>
        <w:t xml:space="preserve"> Flávio will very likely consolidate formal centre-right backing this week, which likely makes him the slight favourite on 25 Oct.</w:t>
      </w:r>
    </w:p>
    <w:p>
      <w:r>
        <w:rPr>
          <w:b/>
        </w:rPr>
        <w:t>VENEZUELA: Trump praises Machado but makes no commitment on her return</w:t>
      </w:r>
    </w:p>
    <w:p>
      <w:r>
        <w:t xml:space="preserve">Asked about María Corina Machado returning to Venezuela, President Trump called her "a very fine woman" and said "it's all going to work out," without endorsing her return. The interim government of Delcy Rodríguez has set no election date </w:t>
      </w:r>
      <w:r>
        <w:rPr>
          <w:vertAlign w:val="superscript"/>
        </w:rPr>
        <w:t>[55]</w:t>
      </w:r>
      <w:r>
        <w:t xml:space="preserve">. Baker Hughes announced a gas alliance with PDVSA that requires US sanctions approval </w:t>
      </w:r>
      <w:r>
        <w:rPr>
          <w:vertAlign w:val="superscript"/>
        </w:rPr>
        <w:t>[56]</w:t>
      </w:r>
      <w:r>
        <w:t>.</w:t>
      </w:r>
    </w:p>
    <w:p>
      <w:r>
        <w:rPr>
          <w:rFonts w:ascii="Consolas" w:hAnsi="Consolas"/>
          <w:b/>
          <w:color w:val="55604B"/>
        </w:rPr>
        <w:t>Assessment:</w:t>
      </w:r>
      <w:r>
        <w:t xml:space="preserve"> Washington likely puts energy-sector stabilization ahead of an early election timetable. Machado's return before year-end is unlikely.</w:t>
      </w:r>
    </w:p>
    <w:p>
      <w:r>
        <w:rPr>
          <w:b/>
        </w:rPr>
        <w:t>CUBA: Havana says it is building up defenses against possible US aggression</w:t>
      </w:r>
    </w:p>
    <w:p>
      <w:r>
        <w:t xml:space="preserve">In a Reuters interview relayed by CiberCuba, Cuba's chargé d'affaires in Washington said "we are increasing our capabilities now more than ever" </w:t>
      </w:r>
      <w:r>
        <w:rPr>
          <w:vertAlign w:val="superscript"/>
        </w:rPr>
        <w:t>[57]</w:t>
      </w:r>
      <w:r>
        <w:t xml:space="preserve">. Pemex's SEC filing shows no fuel sales to Cuba in April to June </w:t>
      </w:r>
      <w:r>
        <w:rPr>
          <w:vertAlign w:val="superscript"/>
        </w:rPr>
        <w:t>[58]</w:t>
      </w:r>
      <w:r>
        <w:t>.</w:t>
      </w:r>
    </w:p>
    <w:p>
      <w:r>
        <w:rPr>
          <w:rFonts w:ascii="Consolas" w:hAnsi="Consolas"/>
          <w:b/>
          <w:color w:val="55604B"/>
        </w:rPr>
        <w:t>Assessment:</w:t>
      </w:r>
      <w:r>
        <w:t xml:space="preserve"> The messaging is very likely deterrent signalling, not a sign of imminent hostilities. Cuba's fuel and power crisis will likely worsen.</w:t>
      </w:r>
    </w:p>
    <w:p>
      <w:r>
        <w:rPr>
          <w:b/>
        </w:rPr>
        <w:t>COLOMBIA: Government to file a "submission law" for armed groups</w:t>
      </w:r>
    </w:p>
    <w:p>
      <w:r>
        <w:t xml:space="preserve">Justice Minister Iván Cancino announced a bill offering armed-group members sentence reductions of up to 50% if they disarm, confess and disclose routes and finances. It replaces peace negotiations, which President De La Espriella has rejected </w:t>
      </w:r>
      <w:r>
        <w:rPr>
          <w:vertAlign w:val="superscript"/>
        </w:rPr>
        <w:t>[59]</w:t>
      </w:r>
      <w:r>
        <w:t>.</w:t>
      </w:r>
    </w:p>
    <w:p>
      <w:r>
        <w:rPr>
          <w:rFonts w:ascii="Consolas" w:hAnsi="Consolas"/>
          <w:b/>
          <w:color w:val="55604B"/>
        </w:rPr>
        <w:t>Assessment:</w:t>
      </w:r>
      <w:r>
        <w:t xml:space="preserve"> Uptake by the ELN, FARC dissidents or the Clan del Golfo is unlikely without political terms, and military escalation will likely continue.</w:t>
      </w:r>
    </w:p>
    <w:p>
      <w:r>
        <w:rPr>
          <w:b/>
        </w:rPr>
        <w:t>ECUADOR: Albanian-mafia network suspect escapes from Guayaquil hospital</w:t>
      </w:r>
      <w:r>
        <w:t xml:space="preserve"> </w:t>
      </w:r>
      <w:r>
        <w:rPr>
          <w:i/>
        </w:rPr>
        <w:t>(pre-window onset)</w:t>
      </w:r>
    </w:p>
    <w:p>
      <w:r>
        <w:t xml:space="preserve">A suspected coordinator of Los Lagartos, described as the operational arm of the Albanian mafia in Ecuador, walked out of a Guayaquil hospital on 4 Oct while his guard was absent </w:t>
      </w:r>
      <w:r>
        <w:rPr>
          <w:vertAlign w:val="superscript"/>
        </w:rPr>
        <w:t>[60]</w:t>
      </w:r>
      <w:r>
        <w:t>.</w:t>
      </w:r>
    </w:p>
    <w:p>
      <w:r>
        <w:rPr>
          <w:rFonts w:ascii="Consolas" w:hAnsi="Consolas"/>
          <w:b/>
          <w:color w:val="55604B"/>
        </w:rPr>
        <w:t>Assessment:</w:t>
      </w:r>
      <w:r>
        <w:t xml:space="preserve"> The escape almost certainly reflects systemic custody failures, and further escapes during hospital transfers are likely.</w:t>
      </w:r>
    </w:p>
    <w:p>
      <w:r>
        <w:rPr>
          <w:i/>
        </w:rPr>
        <w:t>Collection gap: no new SOUTHCOM strike release found for 5–6 Oct, and no in-window Haiti or Central America security reporting. Several items rest on single-source Rio Times reporting.</w:t>
      </w:r>
    </w:p>
    <w:p>
      <w:pPr>
        <w:pStyle w:val="Heading1"/>
      </w:pPr>
      <w:r>
        <w:rPr>
          <w:rFonts w:ascii="Consolas" w:hAnsi="Consolas"/>
          <w:color w:val="FFB000"/>
        </w:rPr>
        <w:t xml:space="preserve">// </w:t>
      </w:r>
      <w:r>
        <w:rPr>
          <w:color w:val="282828"/>
        </w:rPr>
        <w:t>WATCH ITEMS (NEXT 72 HOURS)</w:t>
      </w:r>
    </w:p>
    <w:p>
      <w:pPr>
        <w:pStyle w:val="ListBullet"/>
      </w:pPr>
      <w:r>
        <w:t xml:space="preserve">7 October anniversary: possible Hamas attacks or rocket fire; UK consulate deadline on 8 Oct. </w:t>
      </w:r>
      <w:r>
        <w:rPr>
          <w:vertAlign w:val="superscript"/>
        </w:rPr>
        <w:t>[19]</w:t>
      </w:r>
      <w:r>
        <w:rPr>
          <w:vertAlign w:val="superscript"/>
        </w:rPr>
        <w:t>[21]</w:t>
      </w:r>
    </w:p>
    <w:p>
      <w:pPr>
        <w:pStyle w:val="ListBullet"/>
      </w:pPr>
      <w:r>
        <w:t xml:space="preserve">First Pakistani and Turkish deployments to Saudi Arabia, and any Iranian reaction. </w:t>
      </w:r>
      <w:r>
        <w:rPr>
          <w:vertAlign w:val="superscript"/>
        </w:rPr>
        <w:t>[9]</w:t>
      </w:r>
    </w:p>
    <w:p>
      <w:pPr>
        <w:pStyle w:val="ListBullet"/>
      </w:pPr>
      <w:r>
        <w:t xml:space="preserve">Gulf disturbance: storm designation and watches from Louisiana to the Florida Panhandle. </w:t>
      </w:r>
      <w:r>
        <w:rPr>
          <w:vertAlign w:val="superscript"/>
        </w:rPr>
        <w:t>[45]</w:t>
      </w:r>
    </w:p>
    <w:p>
      <w:pPr>
        <w:pStyle w:val="ListBullet"/>
      </w:pPr>
      <w:r>
        <w:t xml:space="preserve">Romanian, Turkish and NATO responses to the Black Sea ship sinking. </w:t>
      </w:r>
      <w:r>
        <w:rPr>
          <w:vertAlign w:val="superscript"/>
        </w:rPr>
        <w:t>[25]</w:t>
      </w:r>
    </w:p>
    <w:p>
      <w:pPr>
        <w:pStyle w:val="ListBullet"/>
      </w:pPr>
      <w:r>
        <w:t xml:space="preserve">Libya House of Representatives session on 6 Oct and Aguila Saleh's response. </w:t>
      </w:r>
      <w:r>
        <w:rPr>
          <w:vertAlign w:val="superscript"/>
        </w:rPr>
        <w:t>[5]</w:t>
      </w:r>
    </w:p>
    <w:p>
      <w:pPr>
        <w:pStyle w:val="ListBullet"/>
      </w:pPr>
      <w:r>
        <w:t xml:space="preserve">North Korea's Party Foundation Day on 10 Oct and any response to the mine finding. </w:t>
      </w:r>
      <w:r>
        <w:rPr>
          <w:vertAlign w:val="superscript"/>
        </w:rPr>
        <w:t>[35]</w:t>
      </w:r>
    </w:p>
    <w:p>
      <w:pPr>
        <w:pStyle w:val="ListBullet"/>
      </w:pPr>
      <w:r>
        <w:t xml:space="preserve">Brazil centrão endorsements and first runoff polls. </w:t>
      </w:r>
      <w:r>
        <w:rPr>
          <w:vertAlign w:val="superscript"/>
        </w:rPr>
        <w:t>[53]</w:t>
      </w:r>
    </w:p>
    <w:p>
      <w:pPr>
        <w:pStyle w:val="ListBullet"/>
      </w:pPr>
      <w:r>
        <w:t xml:space="preserve">Casualty count and cause of the Nigerian Air Force crash. </w:t>
      </w:r>
      <w:r>
        <w:rPr>
          <w:vertAlign w:val="superscript"/>
        </w:rPr>
        <w:t>[2]</w:t>
      </w:r>
    </w:p>
    <w:p>
      <w:pPr>
        <w:pStyle w:val="Heading1"/>
      </w:pPr>
      <w:r>
        <w:rPr>
          <w:rFonts w:ascii="Consolas" w:hAnsi="Consolas"/>
          <w:color w:val="FFB000"/>
        </w:rPr>
        <w:t xml:space="preserve">// </w:t>
      </w:r>
      <w:r>
        <w:rPr>
          <w:color w:val="282828"/>
        </w:rPr>
        <w:t>SOURCE SUMMARY STATEMENT</w:t>
      </w:r>
    </w:p>
    <w:p>
      <w:r>
        <w:t>This report draws on 60 open-source items published or updated between 4 and 6 October 2026. They include international wire services (AP, AFP, Reuters) accessed through syndicating outlets, international and national broadcasters (Al Jazeera, CNN Brasil, Africanews, Radio Okapi), regional press in the affected areas (Kyiv Independent, Times of Israel, Dawn, Korea Times, Taipei Times, Mexico News Daily, Rio Times, Sudan Tribune, Libya Observer, Irrawaddy), think tanks (ISW, InSight Crime context only), and official releases (US National Hurricane Center, Malian General Staff via local press). Major items (Black Sea sinking, Ukraine strikes, Mecca pact, Yemen) are reported by more than one outlet. Belligerent claims from the Malian army, Sudan's Joint Force, DRC militias and Yemeni government forces are unverified single-party claims. Global Times (PRC) is state-affiliated media and is the only source for the Scarborough and Takaichi items. Al Jazeera is Qatari state-funded; Iran International is an opposition outlet; CiberCuba is a Cuban exile outlet. Reuters, AP, Yonhap, Kyodo, NHK, El País and Folha were blocked during collection, and several Western Hemisphere items rely on a single outlet. Coverage gaps include Somalia, Burkina Faso, Niger, Syria, Haiti and daily PLA activity around Taiwan.</w:t>
      </w:r>
    </w:p>
    <w:p>
      <w:pPr>
        <w:pStyle w:val="Heading1"/>
      </w:pPr>
      <w:r>
        <w:rPr>
          <w:rFonts w:ascii="Consolas" w:hAnsi="Consolas"/>
          <w:color w:val="FFB000"/>
        </w:rPr>
        <w:t xml:space="preserve">// </w:t>
      </w:r>
      <w:r>
        <w:rPr>
          <w:color w:val="282828"/>
        </w:rPr>
        <w:t>ENDNOTES (ICD 206)</w:t>
      </w:r>
    </w:p>
    <w:p>
      <w:r>
        <w:rPr>
          <w:i/>
        </w:rPr>
        <w:t>All sources accessed 06 October 2026. All sources are publicly available reporting.</w:t>
      </w:r>
    </w:p>
    <w:p>
      <w:r>
        <w:rPr>
          <w:b/>
        </w:rPr>
        <w:t>AFRICOM</w:t>
      </w:r>
    </w:p>
    <w:p>
      <w:r>
        <w:rPr>
          <w:sz w:val="17"/>
          <w:vertAlign w:val="superscript"/>
        </w:rPr>
        <w:t>[1]</w:t>
      </w:r>
      <w:r>
        <w:rPr>
          <w:sz w:val="17"/>
        </w:rPr>
        <w:t xml:space="preserve"> Al Jazeera Staff, AFP and AP; Al Jazeera; "Ethiopia's Abiy demands access to Red Sea as tensions with neighbours rise"; 05 October 2026; </w:t>
      </w:r>
      <w:hyperlink r:id="rId10">
        <w:r>
          <w:rPr>
            <w:color w:val="8A5D00"/>
            <w:sz w:val="17"/>
          </w:rPr>
          <w:t xml:space="preserve">https://www.aljazeera.com/news/2026/10/5/ethiopias-pm-insists-on-access-to-red-sea-despite-regional-conflict-threat</w:t>
        </w:r>
      </w:hyperlink>
      <w:r>
        <w:rPr>
          <w:sz w:val="17"/>
        </w:rPr>
        <w:t>; accessed 06 October 2026; Source descriptor: international broadcaster, Qatari state-funded, citing wire services.</w:t>
      </w:r>
    </w:p>
    <w:p>
      <w:r>
        <w:rPr>
          <w:sz w:val="17"/>
          <w:vertAlign w:val="superscript"/>
        </w:rPr>
        <w:t>[2]</w:t>
      </w:r>
      <w:r>
        <w:rPr>
          <w:sz w:val="17"/>
        </w:rPr>
        <w:t xml:space="preserve"> Al Jazeera Staff and AP; Al Jazeera; "Nigeria launches rescue after military plane crashes with 32 aboard"; 05 October 2026; </w:t>
      </w:r>
      <w:hyperlink r:id="rId11">
        <w:r>
          <w:rPr>
            <w:color w:val="8A5D00"/>
            <w:sz w:val="17"/>
          </w:rPr>
          <w:t xml:space="preserve">https://www.aljazeera.com/news/2026/10/5/nigeria-launches-rescue-after-military-plane-crashes-with-32-aboard</w:t>
        </w:r>
      </w:hyperlink>
      <w:r>
        <w:rPr>
          <w:sz w:val="17"/>
        </w:rPr>
        <w:t>; accessed 06 October 2026; Source descriptor: international broadcaster, Qatari state-funded, citing wire service.</w:t>
      </w:r>
    </w:p>
    <w:p>
      <w:r>
        <w:rPr>
          <w:sz w:val="17"/>
          <w:vertAlign w:val="superscript"/>
        </w:rPr>
        <w:t>[3]</w:t>
      </w:r>
      <w:r>
        <w:rPr>
          <w:sz w:val="17"/>
        </w:rPr>
        <w:t xml:space="preserve"> Africanews; "Military aircraft with 32 people on board crashes in southern Nigeria"; 05 October 2026, 1651; </w:t>
      </w:r>
      <w:hyperlink r:id="rId12">
        <w:r>
          <w:rPr>
            <w:color w:val="8A5D00"/>
            <w:sz w:val="17"/>
          </w:rPr>
          <w:t xml:space="preserve">https://www.africanews.com/2026/10/05/military-aircraft-with-32-people-on-board-crashes-in-southern-nigeria/</w:t>
        </w:r>
      </w:hyperlink>
      <w:r>
        <w:rPr>
          <w:sz w:val="17"/>
        </w:rPr>
        <w:t>; accessed 06 October 2026; Source descriptor: pan-African broadcaster.</w:t>
      </w:r>
    </w:p>
    <w:p>
      <w:r>
        <w:rPr>
          <w:sz w:val="17"/>
          <w:vertAlign w:val="superscript"/>
        </w:rPr>
        <w:t>[4]</w:t>
      </w:r>
      <w:r>
        <w:rPr>
          <w:sz w:val="17"/>
        </w:rPr>
        <w:t xml:space="preserve"> Radio Okapi; "Les affrontements s'intensifient à Masisi, les Wazalendo revendiquent de nouvelles reprises de localités"; 05 October 2026, 1228 (updated 1538) local; </w:t>
      </w:r>
      <w:hyperlink r:id="rId13">
        <w:r>
          <w:rPr>
            <w:color w:val="8A5D00"/>
            <w:sz w:val="17"/>
          </w:rPr>
          <w:t xml:space="preserve">https://www.radiookapi.net/2026/10/05/actualite/securite/les-affrontements-sintensifient-masisi-les-wazalendo-revendiquent-de</w:t>
        </w:r>
      </w:hyperlink>
      <w:r>
        <w:rPr>
          <w:sz w:val="17"/>
        </w:rPr>
        <w:t>; accessed 06 October 2026; Source descriptor: UN-backed Congolese radio.</w:t>
      </w:r>
    </w:p>
    <w:p>
      <w:r>
        <w:rPr>
          <w:sz w:val="17"/>
          <w:vertAlign w:val="superscript"/>
        </w:rPr>
        <w:t>[5]</w:t>
      </w:r>
      <w:r>
        <w:rPr>
          <w:sz w:val="17"/>
        </w:rPr>
        <w:t xml:space="preserve"> Abdulkader Assad; The Libya Observer; "After HoR Speaker calls for Tuesday session, his rivals in parliament meet to oust him"; 05 October 2026, 2211 local; </w:t>
      </w:r>
      <w:hyperlink r:id="rId14">
        <w:r>
          <w:rPr>
            <w:color w:val="8A5D00"/>
            <w:sz w:val="17"/>
          </w:rPr>
          <w:t xml:space="preserve">https://libyaobserver.ly/news/after-hor-speaker-calls-tuesday-session-his-rivals-parliament-meet-oust-him</w:t>
        </w:r>
      </w:hyperlink>
      <w:r>
        <w:rPr>
          <w:sz w:val="17"/>
        </w:rPr>
        <w:t>; accessed 06 October 2026; Source descriptor: regional press, generally aligned with western Libya.</w:t>
      </w:r>
    </w:p>
    <w:p>
      <w:r>
        <w:rPr>
          <w:sz w:val="17"/>
          <w:vertAlign w:val="superscript"/>
        </w:rPr>
        <w:t>[6]</w:t>
      </w:r>
      <w:r>
        <w:rPr>
          <w:sz w:val="17"/>
        </w:rPr>
        <w:t xml:space="preserve"> O. Mohamed; Sudan Tribune; "Sudanese joint force clashes with RSF near West Darfur capital"; 05 October 2026, 2004 UTC; </w:t>
      </w:r>
      <w:hyperlink r:id="rId15">
        <w:r>
          <w:rPr>
            <w:color w:val="8A5D00"/>
            <w:sz w:val="17"/>
          </w:rPr>
          <w:t xml:space="preserve">https://sudantribune.com/article/319665</w:t>
        </w:r>
      </w:hyperlink>
      <w:r>
        <w:rPr>
          <w:sz w:val="17"/>
        </w:rPr>
        <w:t>; accessed 06 October 2026; Source descriptor: regional press.</w:t>
      </w:r>
    </w:p>
    <w:p>
      <w:r>
        <w:rPr>
          <w:sz w:val="17"/>
          <w:vertAlign w:val="superscript"/>
        </w:rPr>
        <w:t>[7]</w:t>
      </w:r>
      <w:r>
        <w:rPr>
          <w:sz w:val="17"/>
        </w:rPr>
        <w:t xml:space="preserve"> maliweb.net; "De Koutiala à Kidal : les FAMa frappent sur quatre fronts en une seule journée"; 05 October 2026, 1020; </w:t>
      </w:r>
      <w:hyperlink r:id="rId16">
        <w:r>
          <w:rPr>
            <w:color w:val="8A5D00"/>
            <w:sz w:val="17"/>
          </w:rPr>
          <w:t xml:space="preserve">https://www.maliweb.net/insecurite/de-koutiala-a-kidal-les-fama-frappent-sur-quatre-fronts-en-une-seule-3120403.html</w:t>
        </w:r>
      </w:hyperlink>
      <w:r>
        <w:rPr>
          <w:sz w:val="17"/>
        </w:rPr>
        <w:t>; accessed 06 October 2026; Source descriptor: national news aggregator relaying an official military communiqué.</w:t>
      </w:r>
    </w:p>
    <w:p>
      <w:r>
        <w:rPr>
          <w:sz w:val="17"/>
          <w:vertAlign w:val="superscript"/>
        </w:rPr>
        <w:t>[8]</w:t>
      </w:r>
      <w:r>
        <w:rPr>
          <w:sz w:val="17"/>
        </w:rPr>
        <w:t xml:space="preserve"> Zitamar News; "Three Niassa hunting camp workers freed after ransom paid to insurgents"; 05 October 2026, 2221; </w:t>
      </w:r>
      <w:hyperlink r:id="rId17">
        <w:r>
          <w:rPr>
            <w:color w:val="8A5D00"/>
            <w:sz w:val="17"/>
          </w:rPr>
          <w:t xml:space="preserve">https://www.zitamar.com/three-niassa-hunting-camp-workers-freed-after-ransom-paid-to-insurgents/</w:t>
        </w:r>
      </w:hyperlink>
      <w:r>
        <w:rPr>
          <w:sz w:val="17"/>
        </w:rPr>
        <w:t>; accessed 06 October 2026; Source descriptor: specialist regional press (summary only; full text paywalled).</w:t>
      </w:r>
    </w:p>
    <w:p>
      <w:r>
        <w:rPr>
          <w:b/>
        </w:rPr>
        <w:t>CENTCOM</w:t>
      </w:r>
    </w:p>
    <w:p>
      <w:r>
        <w:rPr>
          <w:sz w:val="17"/>
          <w:vertAlign w:val="superscript"/>
        </w:rPr>
        <w:t>[9]</w:t>
      </w:r>
      <w:r>
        <w:rPr>
          <w:sz w:val="17"/>
        </w:rPr>
        <w:t xml:space="preserve"> Al Jazeera Staff; Al Jazeera; "Turkiye, Pakistan agree Saudi Arabia military deployment under Mecca pact"; 05 October 2026, 1832; </w:t>
      </w:r>
      <w:hyperlink r:id="rId18">
        <w:r>
          <w:rPr>
            <w:color w:val="8A5D00"/>
            <w:sz w:val="17"/>
          </w:rPr>
          <w:t xml:space="preserve">https://www.aljazeera.com/news/2026/10/5/mecca-alliance-agrees-to-activate-collective-deterrence-measures</w:t>
        </w:r>
      </w:hyperlink>
      <w:r>
        <w:rPr>
          <w:sz w:val="17"/>
        </w:rPr>
        <w:t>; accessed 06 October 2026; Source descriptor: international broadcaster, Qatari state-funded.</w:t>
      </w:r>
    </w:p>
    <w:p>
      <w:r>
        <w:rPr>
          <w:sz w:val="17"/>
          <w:vertAlign w:val="superscript"/>
        </w:rPr>
        <w:t>[10]</w:t>
      </w:r>
      <w:r>
        <w:rPr>
          <w:sz w:val="17"/>
        </w:rPr>
        <w:t xml:space="preserve"> News Desk; Dawn; "Pakistan, Turkiye, Saudi Arabia agree to rapid force deployment in the kingdom under Makkah pact"; 05 October 2026, 0940 PKT (updated 06 October 2026, 0013 PKT); </w:t>
      </w:r>
      <w:hyperlink r:id="rId19">
        <w:r>
          <w:rPr>
            <w:color w:val="8A5D00"/>
            <w:sz w:val="17"/>
          </w:rPr>
          <w:t xml:space="preserve">https://www.dawn.com/news/2034893</w:t>
        </w:r>
      </w:hyperlink>
      <w:r>
        <w:rPr>
          <w:sz w:val="17"/>
        </w:rPr>
        <w:t>; accessed 06 October 2026; Source descriptor: national press.</w:t>
      </w:r>
    </w:p>
    <w:p>
      <w:r>
        <w:rPr>
          <w:sz w:val="17"/>
          <w:vertAlign w:val="superscript"/>
        </w:rPr>
        <w:t>[11]</w:t>
      </w:r>
      <w:r>
        <w:rPr>
          <w:sz w:val="17"/>
        </w:rPr>
        <w:t xml:space="preserve"> Ahmed al-Haj and Samy Magdy (Associated Press); Times of Israel; "Saudi-backed Yemeni forces expel Houthis from areas around key strait – officials"; 05 October 2026; </w:t>
      </w:r>
      <w:hyperlink r:id="rId20">
        <w:r>
          <w:rPr>
            <w:color w:val="8A5D00"/>
            <w:sz w:val="17"/>
          </w:rPr>
          <w:t xml:space="preserve">https://www.timesofisrael.com/saudi-backed-yemeni-forces-expel-houthis-from-areas-around-key-strait-officials/</w:t>
        </w:r>
      </w:hyperlink>
      <w:r>
        <w:rPr>
          <w:sz w:val="17"/>
        </w:rPr>
        <w:t>; accessed 06 October 2026; Source descriptor: international wire service (syndicated).</w:t>
      </w:r>
    </w:p>
    <w:p>
      <w:r>
        <w:rPr>
          <w:sz w:val="17"/>
          <w:vertAlign w:val="superscript"/>
        </w:rPr>
        <w:t>[12]</w:t>
      </w:r>
      <w:r>
        <w:rPr>
          <w:sz w:val="17"/>
        </w:rPr>
        <w:t xml:space="preserve"> Times of Israel; "Three hurt in Houthi attacks on two Saudi airports yesterday" (liveblog entry); 06 October 2026, 1044 IDT; </w:t>
      </w:r>
      <w:hyperlink r:id="rId21">
        <w:r>
          <w:rPr>
            <w:color w:val="8A5D00"/>
            <w:sz w:val="17"/>
          </w:rPr>
          <w:t xml:space="preserve">https://www.timesofisrael.com/liveblog_entry/three-hurt-in-houthi-attacks-on-two-saudi-airports-yesterday/</w:t>
        </w:r>
      </w:hyperlink>
      <w:r>
        <w:rPr>
          <w:sz w:val="17"/>
        </w:rPr>
        <w:t>; accessed 06 October 2026; Source descriptor: regional press (live blog).</w:t>
      </w:r>
    </w:p>
    <w:p>
      <w:r>
        <w:rPr>
          <w:sz w:val="17"/>
          <w:vertAlign w:val="superscript"/>
        </w:rPr>
        <w:t>[13]</w:t>
      </w:r>
      <w:r>
        <w:rPr>
          <w:sz w:val="17"/>
        </w:rPr>
        <w:t xml:space="preserve"> Fiona Kelliher, Faisal Aziz Khan and Yashraj Sharma; Al Jazeera; "Iran war live: Houthis bombed in Yemen; injuries as Saudi airports attacked" (liveblog); 06 October 2026; </w:t>
      </w:r>
      <w:hyperlink r:id="rId22">
        <w:r>
          <w:rPr>
            <w:color w:val="8A5D00"/>
            <w:sz w:val="17"/>
          </w:rPr>
          <w:t xml:space="preserve">https://www.aljazeera.com/news/liveblog/2026/10/6/iran-war-live-yemen-forces-reclaim-strategic-port-city-mocha-from-houthis</w:t>
        </w:r>
      </w:hyperlink>
      <w:r>
        <w:rPr>
          <w:sz w:val="17"/>
        </w:rPr>
        <w:t>; accessed 06 October 2026; Source descriptor: international broadcaster, Qatari state-funded (summary text only).</w:t>
      </w:r>
    </w:p>
    <w:p>
      <w:r>
        <w:rPr>
          <w:sz w:val="17"/>
          <w:vertAlign w:val="superscript"/>
        </w:rPr>
        <w:t>[14]</w:t>
      </w:r>
      <w:r>
        <w:rPr>
          <w:sz w:val="17"/>
        </w:rPr>
        <w:t xml:space="preserve"> Justin Salhani; Al Jazeera; "Yemeni gov't forces aim for Sanaa, but Houthi defeat will be a challenge"; 05 October 2026; </w:t>
      </w:r>
      <w:hyperlink r:id="rId23">
        <w:r>
          <w:rPr>
            <w:color w:val="8A5D00"/>
            <w:sz w:val="17"/>
          </w:rPr>
          <w:t xml:space="preserve">https://www.aljazeera.com/news/2026/10/5/yemeni-govt-forces-aim-for-sanaa-but-houthi-defeat-will-be-a-challenge</w:t>
        </w:r>
      </w:hyperlink>
      <w:r>
        <w:rPr>
          <w:sz w:val="17"/>
        </w:rPr>
        <w:t>; accessed 06 October 2026; Source descriptor: international broadcaster, Qatari state-funded (analysis).</w:t>
      </w:r>
    </w:p>
    <w:p>
      <w:r>
        <w:rPr>
          <w:sz w:val="17"/>
          <w:vertAlign w:val="superscript"/>
        </w:rPr>
        <w:t>[15]</w:t>
      </w:r>
      <w:r>
        <w:rPr>
          <w:sz w:val="17"/>
        </w:rPr>
        <w:t xml:space="preserve"> ToI Staff and Agencies; Times of Israel; "US removed bombers from British airbase due to potential Iran drone attack – report"; 06 October 2026, 1115 IDT; </w:t>
      </w:r>
      <w:hyperlink r:id="rId24">
        <w:r>
          <w:rPr>
            <w:color w:val="8A5D00"/>
            <w:sz w:val="17"/>
          </w:rPr>
          <w:t xml:space="preserve">https://www.timesofisrael.com/us-removed-bombers-from-british-airbase-due-to-potential-iran-drone-attack-report/</w:t>
        </w:r>
      </w:hyperlink>
      <w:r>
        <w:rPr>
          <w:sz w:val="17"/>
        </w:rPr>
        <w:t>; accessed 06 October 2026; Source descriptor: regional press citing the Wall Street Journal.</w:t>
      </w:r>
    </w:p>
    <w:p>
      <w:r>
        <w:rPr>
          <w:sz w:val="17"/>
          <w:vertAlign w:val="superscript"/>
        </w:rPr>
        <w:t>[16]</w:t>
      </w:r>
      <w:r>
        <w:rPr>
          <w:sz w:val="17"/>
        </w:rPr>
        <w:t xml:space="preserve"> Urooba Jamal; Al Jazeera; "US pulls bombers from UK base: Is Iran manoeuvring Trump's war plans?"; 05 October 2026, 1419; </w:t>
      </w:r>
      <w:hyperlink r:id="rId25">
        <w:r>
          <w:rPr>
            <w:color w:val="8A5D00"/>
            <w:sz w:val="17"/>
          </w:rPr>
          <w:t xml:space="preserve">https://www.aljazeera.com/news-analysis/2026/10/5/us-pulls-bombers-from-uk-base-is-iran-maneouvering-trumps-war-plans</w:t>
        </w:r>
      </w:hyperlink>
      <w:r>
        <w:rPr>
          <w:sz w:val="17"/>
        </w:rPr>
        <w:t>; accessed 06 October 2026; Source descriptor: international broadcaster, Qatari state-funded (analysis).</w:t>
      </w:r>
    </w:p>
    <w:p>
      <w:r>
        <w:rPr>
          <w:sz w:val="17"/>
          <w:vertAlign w:val="superscript"/>
        </w:rPr>
        <w:t>[17]</w:t>
      </w:r>
      <w:r>
        <w:rPr>
          <w:sz w:val="17"/>
        </w:rPr>
        <w:t xml:space="preserve"> Iran International; "Iran says US talks 'meaningless' as third tanker hit near Hormuz"; 05 October 2026, 2108 UTC; </w:t>
      </w:r>
      <w:hyperlink r:id="rId26">
        <w:r>
          <w:rPr>
            <w:color w:val="8A5D00"/>
            <w:sz w:val="17"/>
          </w:rPr>
          <w:t xml:space="preserve">https://www.iranintl.com/en/202610050957</w:t>
        </w:r>
      </w:hyperlink>
      <w:r>
        <w:rPr>
          <w:sz w:val="17"/>
        </w:rPr>
        <w:t>; accessed 06 October 2026; Source descriptor: London-based Persian-language outlet, opposition-leaning.</w:t>
      </w:r>
    </w:p>
    <w:p>
      <w:r>
        <w:rPr>
          <w:sz w:val="17"/>
          <w:vertAlign w:val="superscript"/>
        </w:rPr>
        <w:t>[18]</w:t>
      </w:r>
      <w:r>
        <w:rPr>
          <w:sz w:val="17"/>
        </w:rPr>
        <w:t xml:space="preserve"> Mojtaba Pourmohsen; Iran International; "IRGC commander, son helped build new oil-sales network"; 06 October 2026, 0341 UTC; </w:t>
      </w:r>
      <w:hyperlink r:id="rId27">
        <w:r>
          <w:rPr>
            <w:color w:val="8A5D00"/>
            <w:sz w:val="17"/>
          </w:rPr>
          <w:t xml:space="preserve">https://www.iranintl.com/en/202610060772</w:t>
        </w:r>
      </w:hyperlink>
      <w:r>
        <w:rPr>
          <w:sz w:val="17"/>
        </w:rPr>
        <w:t>; accessed 06 October 2026; Source descriptor: London-based Persian-language outlet, opposition-leaning (single-source exclusive).</w:t>
      </w:r>
    </w:p>
    <w:p>
      <w:r>
        <w:rPr>
          <w:sz w:val="17"/>
          <w:vertAlign w:val="superscript"/>
        </w:rPr>
        <w:t>[19]</w:t>
      </w:r>
      <w:r>
        <w:rPr>
          <w:sz w:val="17"/>
        </w:rPr>
        <w:t xml:space="preserve"> Times of Israel; "Katz says military on alert ahead of possible Hamas attacks on Oct. 7 anniversary" (liveblog entry); 06 October 2026, 0947 IDT; </w:t>
      </w:r>
      <w:hyperlink r:id="rId28">
        <w:r>
          <w:rPr>
            <w:color w:val="8A5D00"/>
            <w:sz w:val="17"/>
          </w:rPr>
          <w:t xml:space="preserve">https://www.timesofisrael.com/liveblog_entry/katz-says-military-on-alert-ahead-of-possible-hamas-attacks-on-oct-7-anniversary/</w:t>
        </w:r>
      </w:hyperlink>
      <w:r>
        <w:rPr>
          <w:sz w:val="17"/>
        </w:rPr>
        <w:t>; accessed 06 October 2026; Source descriptor: regional press (live blog).</w:t>
      </w:r>
    </w:p>
    <w:p>
      <w:r>
        <w:rPr>
          <w:sz w:val="17"/>
          <w:vertAlign w:val="superscript"/>
        </w:rPr>
        <w:t>[20]</w:t>
      </w:r>
      <w:r>
        <w:rPr>
          <w:sz w:val="17"/>
        </w:rPr>
        <w:t xml:space="preserve"> Naharnet Newsdesk / AFP; Naharnet; "Netanyahu vows to keep striking Hezbollah to 'create opportunity for peace' with Lebanon"; 05 October 2026, 1405 UTC; </w:t>
      </w:r>
      <w:hyperlink r:id="rId29">
        <w:r>
          <w:rPr>
            <w:color w:val="8A5D00"/>
            <w:sz w:val="17"/>
          </w:rPr>
          <w:t xml:space="preserve">https://www.naharnet.com/stories/en/322906-netanyahu-vows-to-keep-striking-hezbollah-to-create-opportunity-for-peace-with-lebanon</w:t>
        </w:r>
      </w:hyperlink>
      <w:r>
        <w:rPr>
          <w:sz w:val="17"/>
        </w:rPr>
        <w:t>; accessed 06 October 2026; Source descriptor: regional press carrying international wire service.</w:t>
      </w:r>
    </w:p>
    <w:p>
      <w:r>
        <w:rPr>
          <w:sz w:val="17"/>
          <w:vertAlign w:val="superscript"/>
        </w:rPr>
        <w:t>[21]</w:t>
      </w:r>
      <w:r>
        <w:rPr>
          <w:sz w:val="17"/>
        </w:rPr>
        <w:t xml:space="preserve"> Al Jazeera Staff and News Agencies; Al Jazeera; "UK 'threatens to expel 27 Israeli diplomats' over Jerusalem consulate"; 05 October 2026; </w:t>
      </w:r>
      <w:hyperlink r:id="rId30">
        <w:r>
          <w:rPr>
            <w:color w:val="8A5D00"/>
            <w:sz w:val="17"/>
          </w:rPr>
          <w:t xml:space="preserve">https://www.aljazeera.com/news/2026/10/5/uk-threatens-to-expel-27-israeli-diplomats-over-jerusalem-consulate</w:t>
        </w:r>
      </w:hyperlink>
      <w:r>
        <w:rPr>
          <w:sz w:val="17"/>
        </w:rPr>
        <w:t>; accessed 06 October 2026; Source descriptor: international broadcaster, Qatari state-funded.</w:t>
      </w:r>
    </w:p>
    <w:p>
      <w:r>
        <w:rPr>
          <w:sz w:val="17"/>
          <w:vertAlign w:val="superscript"/>
        </w:rPr>
        <w:t>[22]</w:t>
      </w:r>
      <w:r>
        <w:rPr>
          <w:sz w:val="17"/>
        </w:rPr>
        <w:t xml:space="preserve"> Rudaw English; "Pro-Iran armed group leader posts video trampling US flag despite government warning"; 05 October 2026; </w:t>
      </w:r>
      <w:hyperlink r:id="rId31">
        <w:r>
          <w:rPr>
            <w:color w:val="8A5D00"/>
            <w:sz w:val="17"/>
          </w:rPr>
          <w:t xml:space="preserve">https://www.rudaw.net/english/categories/iraq/1079583</w:t>
        </w:r>
      </w:hyperlink>
      <w:r>
        <w:rPr>
          <w:sz w:val="17"/>
        </w:rPr>
        <w:t>; accessed 06 October 2026; Source descriptor: regional press, Erbil-based, KDP-aligned.</w:t>
      </w:r>
    </w:p>
    <w:p>
      <w:r>
        <w:rPr>
          <w:sz w:val="17"/>
          <w:vertAlign w:val="superscript"/>
        </w:rPr>
        <w:t>[23]</w:t>
      </w:r>
      <w:r>
        <w:rPr>
          <w:sz w:val="17"/>
        </w:rPr>
        <w:t xml:space="preserve"> News Desk; Dawn; "At Moscow moot, Pakistan says terrorism remains core of Afghanistan's problems"; 05 October 2026, 2018 PKT; </w:t>
      </w:r>
      <w:hyperlink r:id="rId32">
        <w:r>
          <w:rPr>
            <w:color w:val="8A5D00"/>
            <w:sz w:val="17"/>
          </w:rPr>
          <w:t xml:space="preserve">https://www.dawn.com/news/2034953</w:t>
        </w:r>
      </w:hyperlink>
      <w:r>
        <w:rPr>
          <w:sz w:val="17"/>
        </w:rPr>
        <w:t>; accessed 06 October 2026; Source descriptor: national press.</w:t>
      </w:r>
    </w:p>
    <w:p>
      <w:r>
        <w:rPr>
          <w:sz w:val="17"/>
          <w:vertAlign w:val="superscript"/>
        </w:rPr>
        <w:t>[24]</w:t>
      </w:r>
      <w:r>
        <w:rPr>
          <w:sz w:val="17"/>
        </w:rPr>
        <w:t xml:space="preserve"> Baqir Sajjad Syed; Dawn; "Moscow moot ends sans joint statement"; 06 October 2026, 0659 PKT; </w:t>
      </w:r>
      <w:hyperlink r:id="rId33">
        <w:r>
          <w:rPr>
            <w:color w:val="8A5D00"/>
            <w:sz w:val="17"/>
          </w:rPr>
          <w:t xml:space="preserve">https://www.dawn.com/news/2035069</w:t>
        </w:r>
      </w:hyperlink>
      <w:r>
        <w:rPr>
          <w:sz w:val="17"/>
        </w:rPr>
        <w:t>; accessed 06 October 2026; Source descriptor: national press.</w:t>
      </w:r>
    </w:p>
    <w:p>
      <w:r>
        <w:rPr>
          <w:b/>
        </w:rPr>
        <w:t>EUCOM</w:t>
      </w:r>
    </w:p>
    <w:p>
      <w:r>
        <w:rPr>
          <w:sz w:val="17"/>
          <w:vertAlign w:val="superscript"/>
        </w:rPr>
        <w:t>[25]</w:t>
      </w:r>
      <w:r>
        <w:rPr>
          <w:sz w:val="17"/>
        </w:rPr>
        <w:t xml:space="preserve"> Francis Farrell; Kyiv Independent; "Russian drones strike cargo ship in Black Sea, kill captain, Zelensky says"; 05 October 2026, 1805 Kyiv time; </w:t>
      </w:r>
      <w:hyperlink r:id="rId34">
        <w:r>
          <w:rPr>
            <w:color w:val="8A5D00"/>
            <w:sz w:val="17"/>
          </w:rPr>
          <w:t xml:space="preserve">https://kyivindependent.com/russian-drones-strike-cargo-ship-in-black-sea-kill-captain-zelensky-says/</w:t>
        </w:r>
      </w:hyperlink>
      <w:r>
        <w:rPr>
          <w:sz w:val="17"/>
        </w:rPr>
        <w:t>; accessed 06 October 2026; Source descriptor: regional press.</w:t>
      </w:r>
    </w:p>
    <w:p>
      <w:r>
        <w:rPr>
          <w:sz w:val="17"/>
          <w:vertAlign w:val="superscript"/>
        </w:rPr>
        <w:t>[26]</w:t>
      </w:r>
      <w:r>
        <w:rPr>
          <w:sz w:val="17"/>
        </w:rPr>
        <w:t xml:space="preserve"> Rafig Shahbazov; OC Media; "Two killed after cargo ship with Azerbaijani crew hit by drone in Black Sea"; 05 October 2026, 1359 UTC; </w:t>
      </w:r>
      <w:hyperlink r:id="rId35">
        <w:r>
          <w:rPr>
            <w:color w:val="8A5D00"/>
            <w:sz w:val="17"/>
          </w:rPr>
          <w:t xml:space="preserve">https://oc-media.org/two-killed-after-cargo-ship-with-azerbaijani-crew-hit-by-drone-in-black-sea/</w:t>
        </w:r>
      </w:hyperlink>
      <w:r>
        <w:rPr>
          <w:sz w:val="17"/>
        </w:rPr>
        <w:t>; accessed 06 October 2026; Source descriptor: regional independent press (Caucasus).</w:t>
      </w:r>
    </w:p>
    <w:p>
      <w:r>
        <w:rPr>
          <w:sz w:val="17"/>
          <w:vertAlign w:val="superscript"/>
        </w:rPr>
        <w:t>[27]</w:t>
      </w:r>
      <w:r>
        <w:rPr>
          <w:sz w:val="17"/>
        </w:rPr>
        <w:t xml:space="preserve"> Volodymyr Ivanyshyn and Lachlan Hyatt; Kyiv Independent; "Largest oil facility in Moscow region erupts in flames following massive Ukrainian drone attack"; 06 October 2026, 0300 Kyiv time; </w:t>
      </w:r>
      <w:hyperlink r:id="rId36">
        <w:r>
          <w:rPr>
            <w:color w:val="8A5D00"/>
            <w:sz w:val="17"/>
          </w:rPr>
          <w:t xml:space="preserve">https://kyivindependent.com/ukrainian-drones-reportedly-attack-moscow-oblast-in-mass-attack-near-russias-capital/</w:t>
        </w:r>
      </w:hyperlink>
      <w:r>
        <w:rPr>
          <w:sz w:val="17"/>
        </w:rPr>
        <w:t>; accessed 06 October 2026; Source descriptor: regional press relaying Russian Telegram channels and state media.</w:t>
      </w:r>
    </w:p>
    <w:p>
      <w:r>
        <w:rPr>
          <w:sz w:val="17"/>
          <w:vertAlign w:val="superscript"/>
        </w:rPr>
        <w:t>[28]</w:t>
      </w:r>
      <w:r>
        <w:rPr>
          <w:sz w:val="17"/>
        </w:rPr>
        <w:t xml:space="preserve"> Yuliia Taradiuk; Kyiv Independent; "Russian strikes kill 13, injure 104 across Ukraine, damage Kryvyi Rih hospital"; 06 October 2026, 1203 Kyiv time; </w:t>
      </w:r>
      <w:hyperlink r:id="rId37">
        <w:r>
          <w:rPr>
            <w:color w:val="8A5D00"/>
            <w:sz w:val="17"/>
          </w:rPr>
          <w:t xml:space="preserve">https://kyivindependent.com/russian-strikes-kill-13-injure-104-across-ukraine-damage-kryvyi-rih-hospital/</w:t>
        </w:r>
      </w:hyperlink>
      <w:r>
        <w:rPr>
          <w:sz w:val="17"/>
        </w:rPr>
        <w:t>; accessed 06 October 2026; Source descriptor: regional press.</w:t>
      </w:r>
    </w:p>
    <w:p>
      <w:r>
        <w:rPr>
          <w:sz w:val="17"/>
          <w:vertAlign w:val="superscript"/>
        </w:rPr>
        <w:t>[29]</w:t>
      </w:r>
      <w:r>
        <w:rPr>
          <w:sz w:val="17"/>
        </w:rPr>
        <w:t xml:space="preserve"> Grace Mappes and Karolina Hird; Institute for the Study of War / Critical Threats; "Russian Offensive Campaign Assessment, October 5, 2026"; 05 October 2026, data as of 1730 ET; </w:t>
      </w:r>
      <w:hyperlink r:id="rId38">
        <w:r>
          <w:rPr>
            <w:color w:val="8A5D00"/>
            <w:sz w:val="17"/>
          </w:rPr>
          <w:t xml:space="preserve">https://www.criticalthreats.org/analysis/russian-offensive-campaign-assessment-october-5-2026</w:t>
        </w:r>
      </w:hyperlink>
      <w:r>
        <w:rPr>
          <w:sz w:val="17"/>
        </w:rPr>
        <w:t>; accessed 06 October 2026; Source descriptor: think tank.</w:t>
      </w:r>
    </w:p>
    <w:p>
      <w:r>
        <w:rPr>
          <w:sz w:val="17"/>
          <w:vertAlign w:val="superscript"/>
        </w:rPr>
        <w:t>[30]</w:t>
      </w:r>
      <w:r>
        <w:rPr>
          <w:sz w:val="17"/>
        </w:rPr>
        <w:t xml:space="preserve"> Tim Zadorozhnyy; Kyiv Independent; "Lithuania takes 1st step to lift nuclear weapons ban amid Russian threat"; 06 October 2026, 1157 Kyiv time; </w:t>
      </w:r>
      <w:hyperlink r:id="rId39">
        <w:r>
          <w:rPr>
            <w:color w:val="8A5D00"/>
            <w:sz w:val="17"/>
          </w:rPr>
          <w:t xml:space="preserve">https://kyivindependent.com/lithuania-takes-1st-step-to-lift-nuclear-weapons-ban-amid-russian-threat/</w:t>
        </w:r>
      </w:hyperlink>
      <w:r>
        <w:rPr>
          <w:sz w:val="17"/>
        </w:rPr>
        <w:t>; accessed 06 October 2026; Source descriptor: regional press.</w:t>
      </w:r>
    </w:p>
    <w:p>
      <w:r>
        <w:rPr>
          <w:sz w:val="17"/>
          <w:vertAlign w:val="superscript"/>
        </w:rPr>
        <w:t>[31]</w:t>
      </w:r>
      <w:r>
        <w:rPr>
          <w:sz w:val="17"/>
        </w:rPr>
        <w:t xml:space="preserve"> Martin Fornusek; Kyiv Independent; "NATO drafts strategy on repelling Russian attack against eastern flank"; 05 October 2026, 1757 Kyiv time; </w:t>
      </w:r>
      <w:hyperlink r:id="rId40">
        <w:r>
          <w:rPr>
            <w:color w:val="8A5D00"/>
            <w:sz w:val="17"/>
          </w:rPr>
          <w:t xml:space="preserve">https://kyivindependent.com/nato-drafts-strategy-on-repelling-russian-attack-against-eastern-flank/</w:t>
        </w:r>
      </w:hyperlink>
      <w:r>
        <w:rPr>
          <w:sz w:val="17"/>
        </w:rPr>
        <w:t>; accessed 06 October 2026; Source descriptor: regional press relaying Bloomberg.</w:t>
      </w:r>
    </w:p>
    <w:p>
      <w:r>
        <w:rPr>
          <w:sz w:val="17"/>
          <w:vertAlign w:val="superscript"/>
        </w:rPr>
        <w:t>[32]</w:t>
      </w:r>
      <w:r>
        <w:rPr>
          <w:sz w:val="17"/>
        </w:rPr>
        <w:t xml:space="preserve"> Jonas Heins; Kyiv Independent; "German intelligence chief warns of 'violent conflict with Russia'"; 05 October 2026, 1407 Kyiv time; </w:t>
      </w:r>
      <w:hyperlink r:id="rId41">
        <w:r>
          <w:rPr>
            <w:color w:val="8A5D00"/>
            <w:sz w:val="17"/>
          </w:rPr>
          <w:t xml:space="preserve">https://kyivindependent.com/german-intelligence-chief-warns-of-violent-conflict-with-russia/</w:t>
        </w:r>
      </w:hyperlink>
      <w:r>
        <w:rPr>
          <w:sz w:val="17"/>
        </w:rPr>
        <w:t>; accessed 06 October 2026; Source descriptor: regional press.</w:t>
      </w:r>
    </w:p>
    <w:p>
      <w:r>
        <w:rPr>
          <w:sz w:val="17"/>
          <w:vertAlign w:val="superscript"/>
        </w:rPr>
        <w:t>[33]</w:t>
      </w:r>
      <w:r>
        <w:rPr>
          <w:sz w:val="17"/>
        </w:rPr>
        <w:t xml:space="preserve"> AFP and The Associated Press; Al Jazeera; "Police clash with Kosovo protesters over bid to curb Hague war crimes court"; 06 October 2026; </w:t>
      </w:r>
      <w:hyperlink r:id="rId42">
        <w:r>
          <w:rPr>
            <w:color w:val="8A5D00"/>
            <w:sz w:val="17"/>
          </w:rPr>
          <w:t xml:space="preserve">https://www.aljazeera.com/news/2026/10/6/police-clash-with-kosovo-protesters-over-bid-to-curb-hague-war-crimes-court</w:t>
        </w:r>
      </w:hyperlink>
      <w:r>
        <w:rPr>
          <w:sz w:val="17"/>
        </w:rPr>
        <w:t>; accessed 06 October 2026; Source descriptor: international wire services via Qatari state-funded broadcaster.</w:t>
      </w:r>
    </w:p>
    <w:p>
      <w:r>
        <w:rPr>
          <w:sz w:val="17"/>
          <w:vertAlign w:val="superscript"/>
        </w:rPr>
        <w:t>[34]</w:t>
      </w:r>
      <w:r>
        <w:rPr>
          <w:sz w:val="17"/>
        </w:rPr>
        <w:t xml:space="preserve"> Turkish Minute; "Turkey seeks PKK case data ahead of review that could lead to 4,500 releases: report"; 05 October 2026, 1400 UTC; </w:t>
      </w:r>
      <w:hyperlink r:id="rId43">
        <w:r>
          <w:rPr>
            <w:color w:val="8A5D00"/>
            <w:sz w:val="17"/>
          </w:rPr>
          <w:t xml:space="preserve">https://www.turkishminute.com/2026/10/05/turkey-seeks-pkk-case-data-ahead-of-review-that-could-lead-to-4500-releases-report/</w:t>
        </w:r>
      </w:hyperlink>
      <w:r>
        <w:rPr>
          <w:sz w:val="17"/>
        </w:rPr>
        <w:t>; accessed 06 October 2026; Source descriptor: exile press, opposition-leaning, relaying Turkish media.</w:t>
      </w:r>
    </w:p>
    <w:p>
      <w:r>
        <w:rPr>
          <w:b/>
        </w:rPr>
        <w:t>INDOPACOM</w:t>
      </w:r>
    </w:p>
    <w:p>
      <w:r>
        <w:rPr>
          <w:sz w:val="17"/>
          <w:vertAlign w:val="superscript"/>
        </w:rPr>
        <w:t>[35]</w:t>
      </w:r>
      <w:r>
        <w:rPr>
          <w:sz w:val="17"/>
        </w:rPr>
        <w:t xml:space="preserve"> Joon Ha Park; NK News; "North Korean mines 'deliberately buried' south of border caused blasts, ROK says"; 05 October 2026, 1007 UTC; </w:t>
      </w:r>
      <w:hyperlink r:id="rId44">
        <w:r>
          <w:rPr>
            <w:color w:val="8A5D00"/>
            <w:sz w:val="17"/>
          </w:rPr>
          <w:t xml:space="preserve">https://www.nknews.org/2026/10/north-korean-mines-deliberately-buried-south-of-border-caused-blasts-rok-says/</w:t>
        </w:r>
      </w:hyperlink>
      <w:r>
        <w:rPr>
          <w:sz w:val="17"/>
        </w:rPr>
        <w:t>; accessed 06 October 2026; Source descriptor: specialist media.</w:t>
      </w:r>
    </w:p>
    <w:p>
      <w:r>
        <w:rPr>
          <w:sz w:val="17"/>
          <w:vertAlign w:val="superscript"/>
        </w:rPr>
        <w:t>[36]</w:t>
      </w:r>
      <w:r>
        <w:rPr>
          <w:sz w:val="17"/>
        </w:rPr>
        <w:t xml:space="preserve"> Bahk Eun-ji; The Korea Times; "Seoul seeks firm response to NK land mines while avoiding escalation"; 06 October 2026, 1750 KST; </w:t>
      </w:r>
      <w:hyperlink r:id="rId45">
        <w:r>
          <w:rPr>
            <w:color w:val="8A5D00"/>
            <w:sz w:val="17"/>
          </w:rPr>
          <w:t xml:space="preserve">https://www.koreatimes.co.kr/southkorea/defense/20261006/seoul-seeks-firm-response-to-nk-land-mines-while-avoiding-escalation</w:t>
        </w:r>
      </w:hyperlink>
      <w:r>
        <w:rPr>
          <w:sz w:val="17"/>
        </w:rPr>
        <w:t>; accessed 06 October 2026; Source descriptor: national press.</w:t>
      </w:r>
    </w:p>
    <w:p>
      <w:r>
        <w:rPr>
          <w:sz w:val="17"/>
          <w:vertAlign w:val="superscript"/>
        </w:rPr>
        <w:t>[37]</w:t>
      </w:r>
      <w:r>
        <w:rPr>
          <w:sz w:val="17"/>
        </w:rPr>
        <w:t xml:space="preserve"> Bahk Eun-ji; The Korea Times; "[COVER STORY] Ukraine's apology over NK POWs falls short of Korea's expectation: foreign minister"; 06 October 2026, 1556 KST (updated 1748 KST); </w:t>
      </w:r>
      <w:hyperlink r:id="rId46">
        <w:r>
          <w:rPr>
            <w:color w:val="8A5D00"/>
            <w:sz w:val="17"/>
          </w:rPr>
          <w:t xml:space="preserve">https://www.koreatimes.co.kr/foreignaffairs/20261006/cover-story-ukraines-apology-over-nk-pows-falls-short-of-koreas-expectation-foreign-minister</w:t>
        </w:r>
      </w:hyperlink>
      <w:r>
        <w:rPr>
          <w:sz w:val="17"/>
        </w:rPr>
        <w:t>; accessed 06 October 2026; Source descriptor: national press.</w:t>
      </w:r>
    </w:p>
    <w:p>
      <w:r>
        <w:rPr>
          <w:sz w:val="17"/>
          <w:vertAlign w:val="superscript"/>
        </w:rPr>
        <w:t>[38]</w:t>
      </w:r>
      <w:r>
        <w:rPr>
          <w:sz w:val="17"/>
        </w:rPr>
        <w:t xml:space="preserve"> Bahk Eun-ji; The Korea Times; "[INTERVIEW] 'China has never asked Seoul to choose a side between Beijing, Washington,' envoy says"; 06 October 2026, 1251 KST; </w:t>
      </w:r>
      <w:hyperlink r:id="rId47">
        <w:r>
          <w:rPr>
            <w:color w:val="8A5D00"/>
            <w:sz w:val="17"/>
          </w:rPr>
          <w:t xml:space="preserve">https://www.koreatimes.co.kr/southkorea/politics/20261006/china-has-never-asked-seoul-to-choose-a-side-between-beijing-washington-envoy-says</w:t>
        </w:r>
      </w:hyperlink>
      <w:r>
        <w:rPr>
          <w:sz w:val="17"/>
        </w:rPr>
        <w:t>; accessed 06 October 2026; Source descriptor: national press (interview with PRC official).</w:t>
      </w:r>
    </w:p>
    <w:p>
      <w:r>
        <w:rPr>
          <w:sz w:val="17"/>
          <w:vertAlign w:val="superscript"/>
        </w:rPr>
        <w:t>[39]</w:t>
      </w:r>
      <w:r>
        <w:rPr>
          <w:sz w:val="17"/>
        </w:rPr>
        <w:t xml:space="preserve"> Ben Blanchard (Reuters); Taipei Times; "No word from US on piecemeal arms sales: Koo"; 06 October 2026; </w:t>
      </w:r>
      <w:hyperlink r:id="rId48">
        <w:r>
          <w:rPr>
            <w:color w:val="8A5D00"/>
            <w:sz w:val="17"/>
          </w:rPr>
          <w:t xml:space="preserve">https://www.taipeitimes.com/News/taiwan/archives/2026/10/06/2003865492</w:t>
        </w:r>
      </w:hyperlink>
      <w:r>
        <w:rPr>
          <w:sz w:val="17"/>
        </w:rPr>
        <w:t>; accessed 06 October 2026; Source descriptor: international wire service (syndicated).</w:t>
      </w:r>
    </w:p>
    <w:p>
      <w:r>
        <w:rPr>
          <w:sz w:val="17"/>
          <w:vertAlign w:val="superscript"/>
        </w:rPr>
        <w:t>[40]</w:t>
      </w:r>
      <w:r>
        <w:rPr>
          <w:sz w:val="17"/>
        </w:rPr>
        <w:t xml:space="preserve"> Staff writer with CNA; Taipei Times; "US Senator Michael Bennet on Taiwan visit"; 06 October 2026; </w:t>
      </w:r>
      <w:hyperlink r:id="rId49">
        <w:r>
          <w:rPr>
            <w:color w:val="8A5D00"/>
            <w:sz w:val="17"/>
          </w:rPr>
          <w:t xml:space="preserve">https://www.taipeitimes.com/News/taiwan/archives/2026/10/06/2003865493</w:t>
        </w:r>
      </w:hyperlink>
      <w:r>
        <w:rPr>
          <w:sz w:val="17"/>
        </w:rPr>
        <w:t>; accessed 06 October 2026; Source descriptor: national press citing Taiwan's state news agency and AIT.</w:t>
      </w:r>
    </w:p>
    <w:p>
      <w:r>
        <w:rPr>
          <w:sz w:val="17"/>
          <w:vertAlign w:val="superscript"/>
        </w:rPr>
        <w:t>[41]</w:t>
      </w:r>
      <w:r>
        <w:rPr>
          <w:sz w:val="17"/>
        </w:rPr>
        <w:t xml:space="preserve"> Taiwan News; "Tsai Ing-wen begins first US visit since leaving office"; 06 October 2026, 1419; </w:t>
      </w:r>
      <w:hyperlink r:id="rId50">
        <w:r>
          <w:rPr>
            <w:color w:val="8A5D00"/>
            <w:sz w:val="17"/>
          </w:rPr>
          <w:t xml:space="preserve">https://www.taiwannews.com.tw/en/news/6452699</w:t>
        </w:r>
      </w:hyperlink>
      <w:r>
        <w:rPr>
          <w:sz w:val="17"/>
        </w:rPr>
        <w:t>; accessed 06 October 2026; Source descriptor: national press.</w:t>
      </w:r>
    </w:p>
    <w:p>
      <w:r>
        <w:rPr>
          <w:sz w:val="17"/>
          <w:vertAlign w:val="superscript"/>
        </w:rPr>
        <w:t>[42]</w:t>
      </w:r>
      <w:r>
        <w:rPr>
          <w:sz w:val="17"/>
        </w:rPr>
        <w:t xml:space="preserve"> Global Times; "PLA Southern Theater Command expels Philippine aircraft from China's Huangyan Dao airspace in accordance with laws"; 05 October 2026, 1753; </w:t>
      </w:r>
      <w:hyperlink r:id="rId51">
        <w:r>
          <w:rPr>
            <w:color w:val="8A5D00"/>
            <w:sz w:val="17"/>
          </w:rPr>
          <w:t xml:space="preserve">https://www.globaltimes.cn/page/202610/1371701.shtml</w:t>
        </w:r>
      </w:hyperlink>
      <w:r>
        <w:rPr>
          <w:sz w:val="17"/>
        </w:rPr>
        <w:t>; accessed 06 October 2026; Source descriptor: state-affiliated media (PRC).</w:t>
      </w:r>
    </w:p>
    <w:p>
      <w:r>
        <w:rPr>
          <w:sz w:val="17"/>
          <w:vertAlign w:val="superscript"/>
        </w:rPr>
        <w:t>[43]</w:t>
      </w:r>
      <w:r>
        <w:rPr>
          <w:sz w:val="17"/>
        </w:rPr>
        <w:t xml:space="preserve"> Global Times; report on Prime Minister Takaichi's Diet policy address (headline not displayed); 05 October 2026; </w:t>
      </w:r>
      <w:hyperlink r:id="rId52">
        <w:r>
          <w:rPr>
            <w:color w:val="8A5D00"/>
            <w:sz w:val="17"/>
          </w:rPr>
          <w:t xml:space="preserve">https://www.globaltimes.cn/page/202610/1371710.shtml</w:t>
        </w:r>
      </w:hyperlink>
      <w:r>
        <w:rPr>
          <w:sz w:val="17"/>
        </w:rPr>
        <w:t>; accessed 06 October 2026; Source descriptor: state-affiliated media (PRC).</w:t>
      </w:r>
    </w:p>
    <w:p>
      <w:r>
        <w:rPr>
          <w:sz w:val="17"/>
          <w:vertAlign w:val="superscript"/>
        </w:rPr>
        <w:t>[44]</w:t>
      </w:r>
      <w:r>
        <w:rPr>
          <w:sz w:val="17"/>
        </w:rPr>
        <w:t xml:space="preserve"> The Irrawaddy; "Regime Warplanes Target Rakhine Shelters Days After Aerial Massacre"; 05 October 2026, 1118 UTC; </w:t>
      </w:r>
      <w:hyperlink r:id="rId53">
        <w:r>
          <w:rPr>
            <w:color w:val="8A5D00"/>
            <w:sz w:val="17"/>
          </w:rPr>
          <w:t xml:space="preserve">https://www.irrawaddy.com/news/burma/regime-warplanes-target-rakhine-shelters-days-after-aerial-massacre.html</w:t>
        </w:r>
      </w:hyperlink>
      <w:r>
        <w:rPr>
          <w:sz w:val="17"/>
        </w:rPr>
        <w:t>; accessed 06 October 2026; Source descriptor: independent exile press (Myanmar).</w:t>
      </w:r>
    </w:p>
    <w:p>
      <w:r>
        <w:rPr>
          <w:b/>
        </w:rPr>
        <w:t>NORTHCOM</w:t>
      </w:r>
    </w:p>
    <w:p>
      <w:r>
        <w:rPr>
          <w:sz w:val="17"/>
          <w:vertAlign w:val="superscript"/>
        </w:rPr>
        <w:t>[45]</w:t>
      </w:r>
      <w:r>
        <w:rPr>
          <w:sz w:val="17"/>
        </w:rPr>
        <w:t xml:space="preserve"> National Hurricane Center; "Tropical Weather Outlook" (Atlantic); 06 October 2026, 0200 EDT; </w:t>
      </w:r>
      <w:hyperlink r:id="rId54">
        <w:r>
          <w:rPr>
            <w:color w:val="8A5D00"/>
            <w:sz w:val="17"/>
          </w:rPr>
          <w:t xml:space="preserve">https://www.nhc.noaa.gov/text/MIATWOAT.shtml</w:t>
        </w:r>
      </w:hyperlink>
      <w:r>
        <w:rPr>
          <w:sz w:val="17"/>
        </w:rPr>
        <w:t>; accessed 06 October 2026; Source descriptor: official US government release.</w:t>
      </w:r>
    </w:p>
    <w:p>
      <w:r>
        <w:rPr>
          <w:sz w:val="17"/>
          <w:vertAlign w:val="superscript"/>
        </w:rPr>
        <w:t>[46]</w:t>
      </w:r>
      <w:r>
        <w:rPr>
          <w:sz w:val="17"/>
        </w:rPr>
        <w:t xml:space="preserve"> National Hurricane Center; homepage storm summary (Hurricane Rachel, Advisory 33); 05 October 2026, 1244 UTC; </w:t>
      </w:r>
      <w:hyperlink r:id="rId55">
        <w:r>
          <w:rPr>
            <w:color w:val="8A5D00"/>
            <w:sz w:val="17"/>
          </w:rPr>
          <w:t xml:space="preserve">https://www.nhc.noaa.gov/</w:t>
        </w:r>
      </w:hyperlink>
      <w:r>
        <w:rPr>
          <w:sz w:val="17"/>
        </w:rPr>
        <w:t>; accessed 06 October 2026; Source descriptor: official US government release.</w:t>
      </w:r>
    </w:p>
    <w:p>
      <w:r>
        <w:rPr>
          <w:sz w:val="17"/>
          <w:vertAlign w:val="superscript"/>
        </w:rPr>
        <w:t>[47]</w:t>
      </w:r>
      <w:r>
        <w:rPr>
          <w:sz w:val="17"/>
        </w:rPr>
        <w:t xml:space="preserve"> Redacción CiberCuba; CiberCuba; "Rubiera advierte posible ciclón tropical rumbo a la costa de EE.UU. en el Golfo de México y pide atención en Florida"; 05 October 2026, 2318 (updated 06 October, 0601); </w:t>
      </w:r>
      <w:hyperlink r:id="rId56">
        <w:r>
          <w:rPr>
            <w:color w:val="8A5D00"/>
            <w:sz w:val="17"/>
          </w:rPr>
          <w:t xml:space="preserve">https://www.cibercuba.com/noticias/2026-10-06-u1-e135253-s27061-nid342046-rubiera-advierte-posible-ciclon-tropical-rumbo-costa</w:t>
        </w:r>
      </w:hyperlink>
      <w:r>
        <w:rPr>
          <w:sz w:val="17"/>
        </w:rPr>
        <w:t>; accessed 06 October 2026; Source descriptor: Cuban exile press (Miami).</w:t>
      </w:r>
    </w:p>
    <w:p>
      <w:r>
        <w:rPr>
          <w:sz w:val="17"/>
          <w:vertAlign w:val="superscript"/>
        </w:rPr>
        <w:t>[48]</w:t>
      </w:r>
      <w:r>
        <w:rPr>
          <w:sz w:val="17"/>
        </w:rPr>
        <w:t xml:space="preserve"> MND Staff; Mexico News Daily; "Mexico and US send troops to border in joint 'mirror operation' after gunfire episode"; 05 October 2026, 2325 UTC; </w:t>
      </w:r>
      <w:hyperlink r:id="rId57">
        <w:r>
          <w:rPr>
            <w:color w:val="8A5D00"/>
            <w:sz w:val="17"/>
          </w:rPr>
          <w:t xml:space="preserve">https://mexiconewsdaily.com/news/mexico-us-send-troops-border-joint-mirror-operation-after-gunfire-episode/</w:t>
        </w:r>
      </w:hyperlink>
      <w:r>
        <w:rPr>
          <w:sz w:val="17"/>
        </w:rPr>
        <w:t>; accessed 06 October 2026; Source descriptor: regional press.</w:t>
      </w:r>
    </w:p>
    <w:p>
      <w:r>
        <w:rPr>
          <w:sz w:val="17"/>
          <w:vertAlign w:val="superscript"/>
        </w:rPr>
        <w:t>[49]</w:t>
      </w:r>
      <w:r>
        <w:rPr>
          <w:sz w:val="17"/>
        </w:rPr>
        <w:t xml:space="preserve"> Javier Mendoza; The Rio Times; "Supreme Court Voids Ruling Shielding Venezuelans in US"; 05 October 2026, 1814 UTC; </w:t>
      </w:r>
      <w:hyperlink r:id="rId58">
        <w:r>
          <w:rPr>
            <w:color w:val="8A5D00"/>
            <w:sz w:val="17"/>
          </w:rPr>
          <w:t xml:space="preserve">https://www.riotimesonline.com/venezuela-tps-supreme-court-ninth-circuit-2026/</w:t>
        </w:r>
      </w:hyperlink>
      <w:r>
        <w:rPr>
          <w:sz w:val="17"/>
        </w:rPr>
        <w:t>; accessed 06 October 2026; Source descriptor: regional press.</w:t>
      </w:r>
    </w:p>
    <w:p>
      <w:r>
        <w:rPr>
          <w:sz w:val="17"/>
          <w:vertAlign w:val="superscript"/>
        </w:rPr>
        <w:t>[50]</w:t>
      </w:r>
      <w:r>
        <w:rPr>
          <w:sz w:val="17"/>
        </w:rPr>
        <w:t xml:space="preserve"> MND Staff; Mexico News Daily; "Tijuana and Mexicali businesses at center of latest US sanctions targeting alleged Sinaloa Cartel network"; 05 October 2026, 2222 UTC; </w:t>
      </w:r>
      <w:hyperlink r:id="rId59">
        <w:r>
          <w:rPr>
            <w:color w:val="8A5D00"/>
            <w:sz w:val="17"/>
          </w:rPr>
          <w:t xml:space="preserve">https://mexiconewsdaily.com/news/tijuana-mexicali-us-sanctions-sinaloa-cartel/</w:t>
        </w:r>
      </w:hyperlink>
      <w:r>
        <w:rPr>
          <w:sz w:val="17"/>
        </w:rPr>
        <w:t>; accessed 06 October 2026; Source descriptor: regional press.</w:t>
      </w:r>
    </w:p>
    <w:p>
      <w:r>
        <w:rPr>
          <w:sz w:val="17"/>
          <w:vertAlign w:val="superscript"/>
        </w:rPr>
        <w:t>[51]</w:t>
      </w:r>
      <w:r>
        <w:rPr>
          <w:sz w:val="17"/>
        </w:rPr>
        <w:t xml:space="preserve"> Matias Sebastian Lopez; The Rio Times; "Mexico Seeks 10 Years for LeBarón Massacre Defendant"; 06 October 2026, 0650 UTC; </w:t>
      </w:r>
      <w:hyperlink r:id="rId60">
        <w:r>
          <w:rPr>
            <w:color w:val="8A5D00"/>
            <w:sz w:val="17"/>
          </w:rPr>
          <w:t xml:space="preserve">https://www.riotimesonline.com/mexico-lebaron-massacre-plea-deal-2026/</w:t>
        </w:r>
      </w:hyperlink>
      <w:r>
        <w:rPr>
          <w:sz w:val="17"/>
        </w:rPr>
        <w:t>; accessed 06 October 2026; Source descriptor: regional press.</w:t>
      </w:r>
    </w:p>
    <w:p>
      <w:r>
        <w:rPr>
          <w:b/>
        </w:rPr>
        <w:t>SOUTHCOM</w:t>
      </w:r>
    </w:p>
    <w:p>
      <w:r>
        <w:rPr>
          <w:sz w:val="17"/>
          <w:vertAlign w:val="superscript"/>
        </w:rPr>
        <w:t>[52]</w:t>
      </w:r>
      <w:r>
        <w:rPr>
          <w:sz w:val="17"/>
        </w:rPr>
        <w:t xml:space="preserve"> Pedro Penteado; CNN Brasil; "Tarcísio acompanhará Flávio durante agenda com Caiado em Goiânia"; 05 October 2026, 2250 BRT; </w:t>
      </w:r>
      <w:hyperlink r:id="rId61">
        <w:r>
          <w:rPr>
            <w:color w:val="8A5D00"/>
            <w:sz w:val="17"/>
          </w:rPr>
          <w:t xml:space="preserve">https://www.cnnbrasil.com.br/eleicoes/tarcisio-acompanhara-flavio-durante-agenda-com-caiado-em-goiania/</w:t>
        </w:r>
      </w:hyperlink>
      <w:r>
        <w:rPr>
          <w:sz w:val="17"/>
        </w:rPr>
        <w:t>; accessed 06 October 2026; Source descriptor: national broadcaster.</w:t>
      </w:r>
    </w:p>
    <w:p>
      <w:r>
        <w:rPr>
          <w:sz w:val="17"/>
          <w:vertAlign w:val="superscript"/>
        </w:rPr>
        <w:t>[53]</w:t>
      </w:r>
      <w:r>
        <w:rPr>
          <w:sz w:val="17"/>
        </w:rPr>
        <w:t xml:space="preserve"> Lorenzo Santiago and Eduarda Teixeira; CNN Brasil; "Partidos do Centrão preparam negociações sobre apoio no segundo turno"; 06 October 2026, 0300 BRT (updated 0512 BRT); </w:t>
      </w:r>
      <w:hyperlink r:id="rId62">
        <w:r>
          <w:rPr>
            <w:color w:val="8A5D00"/>
            <w:sz w:val="17"/>
          </w:rPr>
          <w:t xml:space="preserve">https://www.cnnbrasil.com.br/eleicoes/partidos-do-centrao-preparam-negociacoes-sobre-apoio-no-segundo-turno/</w:t>
        </w:r>
      </w:hyperlink>
      <w:r>
        <w:rPr>
          <w:sz w:val="17"/>
        </w:rPr>
        <w:t>; accessed 06 October 2026; Source descriptor: national broadcaster.</w:t>
      </w:r>
    </w:p>
    <w:p>
      <w:r>
        <w:rPr>
          <w:sz w:val="17"/>
          <w:vertAlign w:val="superscript"/>
        </w:rPr>
        <w:t>[54]</w:t>
      </w:r>
      <w:r>
        <w:rPr>
          <w:sz w:val="17"/>
        </w:rPr>
        <w:t xml:space="preserve"> Vitor Bonets; CNN Brasil; "Quem Zema, Cury, Renan e Caiado apoiarão no segundo turno? Entenda"; 05 October 2026, 1102 BRT; </w:t>
      </w:r>
      <w:hyperlink r:id="rId63">
        <w:r>
          <w:rPr>
            <w:color w:val="8A5D00"/>
            <w:sz w:val="17"/>
          </w:rPr>
          <w:t xml:space="preserve">https://www.cnnbrasil.com.br/eleicoes/quem-zema-cury-renan-e-caiado-apoiarao-no-segundo-turno-entenda/</w:t>
        </w:r>
      </w:hyperlink>
      <w:r>
        <w:rPr>
          <w:sz w:val="17"/>
        </w:rPr>
        <w:t>; accessed 06 October 2026; Source descriptor: national broadcaster.</w:t>
      </w:r>
    </w:p>
    <w:p>
      <w:r>
        <w:rPr>
          <w:sz w:val="17"/>
          <w:vertAlign w:val="superscript"/>
        </w:rPr>
        <w:t>[55]</w:t>
      </w:r>
      <w:r>
        <w:rPr>
          <w:sz w:val="17"/>
        </w:rPr>
        <w:t xml:space="preserve"> Contributing Reporter; The Rio Times; "Trump Praises Machado as Return Calls Grow on 5 October"; 06 October 2026; </w:t>
      </w:r>
      <w:hyperlink r:id="rId64">
        <w:r>
          <w:rPr>
            <w:color w:val="8A5D00"/>
            <w:sz w:val="17"/>
          </w:rPr>
          <w:t xml:space="preserve">https://www.riotimesonline.com/venezuela-trump-machado-return-2026/</w:t>
        </w:r>
      </w:hyperlink>
      <w:r>
        <w:rPr>
          <w:sz w:val="17"/>
        </w:rPr>
        <w:t>; accessed 06 October 2026; Source descriptor: regional press.</w:t>
      </w:r>
    </w:p>
    <w:p>
      <w:r>
        <w:rPr>
          <w:sz w:val="17"/>
          <w:vertAlign w:val="superscript"/>
        </w:rPr>
        <w:t>[56]</w:t>
      </w:r>
      <w:r>
        <w:rPr>
          <w:sz w:val="17"/>
        </w:rPr>
        <w:t xml:space="preserve"> Rafael Silva Santos; The Rio Times; "Baker Hughes Signs Venezuela Gas Deal on 5 October"; 05 October 2026, 1812 UTC; </w:t>
      </w:r>
      <w:hyperlink r:id="rId65">
        <w:r>
          <w:rPr>
            <w:color w:val="8A5D00"/>
            <w:sz w:val="17"/>
          </w:rPr>
          <w:t xml:space="preserve">https://www.riotimesonline.com/venezuela-gas-deal-baker-hughes-pdvsa-2026/</w:t>
        </w:r>
      </w:hyperlink>
      <w:r>
        <w:rPr>
          <w:sz w:val="17"/>
        </w:rPr>
        <w:t>; accessed 06 October 2026; Source descriptor: regional press.</w:t>
      </w:r>
    </w:p>
    <w:p>
      <w:r>
        <w:rPr>
          <w:sz w:val="17"/>
          <w:vertAlign w:val="superscript"/>
        </w:rPr>
        <w:t>[57]</w:t>
      </w:r>
      <w:r>
        <w:rPr>
          <w:sz w:val="17"/>
        </w:rPr>
        <w:t xml:space="preserve"> Redacción CiberCuba; CiberCuba; "Régimen dice que Cuba «no es ingenua» ante Trump y aumenta sus capacidades de defensa"; 05 October 2026, 2105; </w:t>
      </w:r>
      <w:hyperlink r:id="rId66">
        <w:r>
          <w:rPr>
            <w:color w:val="8A5D00"/>
            <w:sz w:val="17"/>
          </w:rPr>
          <w:t xml:space="preserve">https://www.cibercuba.com/noticias/2026-10-06-u1-e135253-s27061-nid342044-regimen-dice-cuba-ingenua-trump-aumenta-sus</w:t>
        </w:r>
      </w:hyperlink>
      <w:r>
        <w:rPr>
          <w:sz w:val="17"/>
        </w:rPr>
        <w:t>; accessed 06 October 2026; Source descriptor: Cuban exile press (Miami) relaying a Reuters interview.</w:t>
      </w:r>
    </w:p>
    <w:p>
      <w:r>
        <w:rPr>
          <w:sz w:val="17"/>
          <w:vertAlign w:val="superscript"/>
        </w:rPr>
        <w:t>[58]</w:t>
      </w:r>
      <w:r>
        <w:rPr>
          <w:sz w:val="17"/>
        </w:rPr>
        <w:t xml:space="preserve"> Richard Mann; The Rio Times; "Pemex Filing Shows Zero Cuba Fuel Sales April to June"; 06 October 2026, 0638 UTC; </w:t>
      </w:r>
      <w:hyperlink r:id="rId67">
        <w:r>
          <w:rPr>
            <w:color w:val="8A5D00"/>
            <w:sz w:val="17"/>
          </w:rPr>
          <w:t xml:space="preserve">https://www.riotimesonline.com/mexico-pemex-cuba-exports-2026/</w:t>
        </w:r>
      </w:hyperlink>
      <w:r>
        <w:rPr>
          <w:sz w:val="17"/>
        </w:rPr>
        <w:t>; accessed 06 October 2026; Source descriptor: regional press.</w:t>
      </w:r>
    </w:p>
    <w:p>
      <w:r>
        <w:rPr>
          <w:sz w:val="17"/>
          <w:vertAlign w:val="superscript"/>
        </w:rPr>
        <w:t>[59]</w:t>
      </w:r>
      <w:r>
        <w:rPr>
          <w:sz w:val="17"/>
        </w:rPr>
        <w:t xml:space="preserve"> Javier Mendoza; The Rio Times; "Colombia Submission Law Heads to Congress in October"; 06 October 2026, 0709 UTC; </w:t>
      </w:r>
      <w:hyperlink r:id="rId68">
        <w:r>
          <w:rPr>
            <w:color w:val="8A5D00"/>
            <w:sz w:val="17"/>
          </w:rPr>
          <w:t xml:space="preserve">https://www.riotimesonline.com/colombia-submission-law-criminal-groups-2026/</w:t>
        </w:r>
      </w:hyperlink>
      <w:r>
        <w:rPr>
          <w:sz w:val="17"/>
        </w:rPr>
        <w:t>; accessed 06 October 2026; Source descriptor: regional press.</w:t>
      </w:r>
    </w:p>
    <w:p>
      <w:r>
        <w:rPr>
          <w:sz w:val="17"/>
          <w:vertAlign w:val="superscript"/>
        </w:rPr>
        <w:t>[60]</w:t>
      </w:r>
      <w:r>
        <w:rPr>
          <w:sz w:val="17"/>
        </w:rPr>
        <w:t xml:space="preserve"> Florencia Belén Ruiz; The Rio Times; "Ecuador Albanian Mafia Suspect Escapes on 4 October"; 06 October 2026, 0711 UTC; </w:t>
      </w:r>
      <w:hyperlink r:id="rId69">
        <w:r>
          <w:rPr>
            <w:color w:val="8A5D00"/>
            <w:sz w:val="17"/>
          </w:rPr>
          <w:t xml:space="preserve">https://www.riotimesonline.com/ecuador-albanian-mafia-suspect-escape-2026/</w:t>
        </w:r>
      </w:hyperlink>
      <w:r>
        <w:rPr>
          <w:sz w:val="17"/>
        </w:rPr>
        <w:t>; accessed 06 October 2026; Source descriptor: regional press.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aljazeera.com/news/2026/10/5/ethiopias-pm-insists-on-access-to-red-sea-despite-regional-conflict-threat" TargetMode="External"/><Relationship Id="rId11" Type="http://schemas.openxmlformats.org/officeDocument/2006/relationships/hyperlink" Target="https://www.aljazeera.com/news/2026/10/5/nigeria-launches-rescue-after-military-plane-crashes-with-32-aboard" TargetMode="External"/><Relationship Id="rId12" Type="http://schemas.openxmlformats.org/officeDocument/2006/relationships/hyperlink" Target="https://www.africanews.com/2026/10/05/military-aircraft-with-32-people-on-board-crashes-in-southern-nigeria/" TargetMode="External"/><Relationship Id="rId13" Type="http://schemas.openxmlformats.org/officeDocument/2006/relationships/hyperlink" Target="https://www.radiookapi.net/2026/10/05/actualite/securite/les-affrontements-sintensifient-masisi-les-wazalendo-revendiquent-de" TargetMode="External"/><Relationship Id="rId14" Type="http://schemas.openxmlformats.org/officeDocument/2006/relationships/hyperlink" Target="https://libyaobserver.ly/news/after-hor-speaker-calls-tuesday-session-his-rivals-parliament-meet-oust-him" TargetMode="External"/><Relationship Id="rId15" Type="http://schemas.openxmlformats.org/officeDocument/2006/relationships/hyperlink" Target="https://sudantribune.com/article/319665" TargetMode="External"/><Relationship Id="rId16" Type="http://schemas.openxmlformats.org/officeDocument/2006/relationships/hyperlink" Target="https://www.maliweb.net/insecurite/de-koutiala-a-kidal-les-fama-frappent-sur-quatre-fronts-en-une-seule-3120403.html" TargetMode="External"/><Relationship Id="rId17" Type="http://schemas.openxmlformats.org/officeDocument/2006/relationships/hyperlink" Target="https://www.zitamar.com/three-niassa-hunting-camp-workers-freed-after-ransom-paid-to-insurgents/" TargetMode="External"/><Relationship Id="rId18" Type="http://schemas.openxmlformats.org/officeDocument/2006/relationships/hyperlink" Target="https://www.aljazeera.com/news/2026/10/5/mecca-alliance-agrees-to-activate-collective-deterrence-measures" TargetMode="External"/><Relationship Id="rId19" Type="http://schemas.openxmlformats.org/officeDocument/2006/relationships/hyperlink" Target="https://www.dawn.com/news/2034893" TargetMode="External"/><Relationship Id="rId20" Type="http://schemas.openxmlformats.org/officeDocument/2006/relationships/hyperlink" Target="https://www.timesofisrael.com/saudi-backed-yemeni-forces-expel-houthis-from-areas-around-key-strait-officials/" TargetMode="External"/><Relationship Id="rId21" Type="http://schemas.openxmlformats.org/officeDocument/2006/relationships/hyperlink" Target="https://www.timesofisrael.com/liveblog_entry/three-hurt-in-houthi-attacks-on-two-saudi-airports-yesterday/" TargetMode="External"/><Relationship Id="rId22" Type="http://schemas.openxmlformats.org/officeDocument/2006/relationships/hyperlink" Target="https://www.aljazeera.com/news/liveblog/2026/10/6/iran-war-live-yemen-forces-reclaim-strategic-port-city-mocha-from-houthis" TargetMode="External"/><Relationship Id="rId23" Type="http://schemas.openxmlformats.org/officeDocument/2006/relationships/hyperlink" Target="https://www.aljazeera.com/news/2026/10/5/yemeni-govt-forces-aim-for-sanaa-but-houthi-defeat-will-be-a-challenge" TargetMode="External"/><Relationship Id="rId24" Type="http://schemas.openxmlformats.org/officeDocument/2006/relationships/hyperlink" Target="https://www.timesofisrael.com/us-removed-bombers-from-british-airbase-due-to-potential-iran-drone-attack-report/" TargetMode="External"/><Relationship Id="rId25" Type="http://schemas.openxmlformats.org/officeDocument/2006/relationships/hyperlink" Target="https://www.aljazeera.com/news-analysis/2026/10/5/us-pulls-bombers-from-uk-base-is-iran-maneouvering-trumps-war-plans" TargetMode="External"/><Relationship Id="rId26" Type="http://schemas.openxmlformats.org/officeDocument/2006/relationships/hyperlink" Target="https://www.iranintl.com/en/202610050957" TargetMode="External"/><Relationship Id="rId27" Type="http://schemas.openxmlformats.org/officeDocument/2006/relationships/hyperlink" Target="https://www.iranintl.com/en/202610060772" TargetMode="External"/><Relationship Id="rId28" Type="http://schemas.openxmlformats.org/officeDocument/2006/relationships/hyperlink" Target="https://www.timesofisrael.com/liveblog_entry/katz-says-military-on-alert-ahead-of-possible-hamas-attacks-on-oct-7-anniversary/" TargetMode="External"/><Relationship Id="rId29" Type="http://schemas.openxmlformats.org/officeDocument/2006/relationships/hyperlink" Target="https://www.naharnet.com/stories/en/322906-netanyahu-vows-to-keep-striking-hezbollah-to-create-opportunity-for-peace-with-lebanon" TargetMode="External"/><Relationship Id="rId30" Type="http://schemas.openxmlformats.org/officeDocument/2006/relationships/hyperlink" Target="https://www.aljazeera.com/news/2026/10/5/uk-threatens-to-expel-27-israeli-diplomats-over-jerusalem-consulate" TargetMode="External"/><Relationship Id="rId31" Type="http://schemas.openxmlformats.org/officeDocument/2006/relationships/hyperlink" Target="https://www.rudaw.net/english/categories/iraq/1079583" TargetMode="External"/><Relationship Id="rId32" Type="http://schemas.openxmlformats.org/officeDocument/2006/relationships/hyperlink" Target="https://www.dawn.com/news/2034953" TargetMode="External"/><Relationship Id="rId33" Type="http://schemas.openxmlformats.org/officeDocument/2006/relationships/hyperlink" Target="https://www.dawn.com/news/2035069" TargetMode="External"/><Relationship Id="rId34" Type="http://schemas.openxmlformats.org/officeDocument/2006/relationships/hyperlink" Target="https://kyivindependent.com/russian-drones-strike-cargo-ship-in-black-sea-kill-captain-zelensky-says/" TargetMode="External"/><Relationship Id="rId35" Type="http://schemas.openxmlformats.org/officeDocument/2006/relationships/hyperlink" Target="https://oc-media.org/two-killed-after-cargo-ship-with-azerbaijani-crew-hit-by-drone-in-black-sea/" TargetMode="External"/><Relationship Id="rId36" Type="http://schemas.openxmlformats.org/officeDocument/2006/relationships/hyperlink" Target="https://kyivindependent.com/ukrainian-drones-reportedly-attack-moscow-oblast-in-mass-attack-near-russias-capital/" TargetMode="External"/><Relationship Id="rId37" Type="http://schemas.openxmlformats.org/officeDocument/2006/relationships/hyperlink" Target="https://kyivindependent.com/russian-strikes-kill-13-injure-104-across-ukraine-damage-kryvyi-rih-hospital/" TargetMode="External"/><Relationship Id="rId38" Type="http://schemas.openxmlformats.org/officeDocument/2006/relationships/hyperlink" Target="https://www.criticalthreats.org/analysis/russian-offensive-campaign-assessment-october-5-2026" TargetMode="External"/><Relationship Id="rId39" Type="http://schemas.openxmlformats.org/officeDocument/2006/relationships/hyperlink" Target="https://kyivindependent.com/lithuania-takes-1st-step-to-lift-nuclear-weapons-ban-amid-russian-threat/" TargetMode="External"/><Relationship Id="rId40" Type="http://schemas.openxmlformats.org/officeDocument/2006/relationships/hyperlink" Target="https://kyivindependent.com/nato-drafts-strategy-on-repelling-russian-attack-against-eastern-flank/" TargetMode="External"/><Relationship Id="rId41" Type="http://schemas.openxmlformats.org/officeDocument/2006/relationships/hyperlink" Target="https://kyivindependent.com/german-intelligence-chief-warns-of-violent-conflict-with-russia/" TargetMode="External"/><Relationship Id="rId42" Type="http://schemas.openxmlformats.org/officeDocument/2006/relationships/hyperlink" Target="https://www.aljazeera.com/news/2026/10/6/police-clash-with-kosovo-protesters-over-bid-to-curb-hague-war-crimes-court" TargetMode="External"/><Relationship Id="rId43" Type="http://schemas.openxmlformats.org/officeDocument/2006/relationships/hyperlink" Target="https://www.turkishminute.com/2026/10/05/turkey-seeks-pkk-case-data-ahead-of-review-that-could-lead-to-4500-releases-report/" TargetMode="External"/><Relationship Id="rId44" Type="http://schemas.openxmlformats.org/officeDocument/2006/relationships/hyperlink" Target="https://www.nknews.org/2026/10/north-korean-mines-deliberately-buried-south-of-border-caused-blasts-rok-says/" TargetMode="External"/><Relationship Id="rId45" Type="http://schemas.openxmlformats.org/officeDocument/2006/relationships/hyperlink" Target="https://www.koreatimes.co.kr/southkorea/defense/20261006/seoul-seeks-firm-response-to-nk-land-mines-while-avoiding-escalation" TargetMode="External"/><Relationship Id="rId46" Type="http://schemas.openxmlformats.org/officeDocument/2006/relationships/hyperlink" Target="https://www.koreatimes.co.kr/foreignaffairs/20261006/cover-story-ukraines-apology-over-nk-pows-falls-short-of-koreas-expectation-foreign-minister" TargetMode="External"/><Relationship Id="rId47" Type="http://schemas.openxmlformats.org/officeDocument/2006/relationships/hyperlink" Target="https://www.koreatimes.co.kr/southkorea/politics/20261006/china-has-never-asked-seoul-to-choose-a-side-between-beijing-washington-envoy-says" TargetMode="External"/><Relationship Id="rId48" Type="http://schemas.openxmlformats.org/officeDocument/2006/relationships/hyperlink" Target="https://www.taipeitimes.com/News/taiwan/archives/2026/10/06/2003865492" TargetMode="External"/><Relationship Id="rId49" Type="http://schemas.openxmlformats.org/officeDocument/2006/relationships/hyperlink" Target="https://www.taipeitimes.com/News/taiwan/archives/2026/10/06/2003865493" TargetMode="External"/><Relationship Id="rId50" Type="http://schemas.openxmlformats.org/officeDocument/2006/relationships/hyperlink" Target="https://www.taiwannews.com.tw/en/news/6452699" TargetMode="External"/><Relationship Id="rId51" Type="http://schemas.openxmlformats.org/officeDocument/2006/relationships/hyperlink" Target="https://www.globaltimes.cn/page/202610/1371701.shtml" TargetMode="External"/><Relationship Id="rId52" Type="http://schemas.openxmlformats.org/officeDocument/2006/relationships/hyperlink" Target="https://www.globaltimes.cn/page/202610/1371710.shtml" TargetMode="External"/><Relationship Id="rId53" Type="http://schemas.openxmlformats.org/officeDocument/2006/relationships/hyperlink" Target="https://www.irrawaddy.com/news/burma/regime-warplanes-target-rakhine-shelters-days-after-aerial-massacre.html" TargetMode="External"/><Relationship Id="rId54" Type="http://schemas.openxmlformats.org/officeDocument/2006/relationships/hyperlink" Target="https://www.nhc.noaa.gov/text/MIATWOAT.shtml" TargetMode="External"/><Relationship Id="rId55" Type="http://schemas.openxmlformats.org/officeDocument/2006/relationships/hyperlink" Target="https://www.nhc.noaa.gov/" TargetMode="External"/><Relationship Id="rId56" Type="http://schemas.openxmlformats.org/officeDocument/2006/relationships/hyperlink" Target="https://www.cibercuba.com/noticias/2026-10-06-u1-e135253-s27061-nid342046-rubiera-advierte-posible-ciclon-tropical-rumbo-costa" TargetMode="External"/><Relationship Id="rId57" Type="http://schemas.openxmlformats.org/officeDocument/2006/relationships/hyperlink" Target="https://mexiconewsdaily.com/news/mexico-us-send-troops-border-joint-mirror-operation-after-gunfire-episode/" TargetMode="External"/><Relationship Id="rId58" Type="http://schemas.openxmlformats.org/officeDocument/2006/relationships/hyperlink" Target="https://www.riotimesonline.com/venezuela-tps-supreme-court-ninth-circuit-2026/" TargetMode="External"/><Relationship Id="rId59" Type="http://schemas.openxmlformats.org/officeDocument/2006/relationships/hyperlink" Target="https://mexiconewsdaily.com/news/tijuana-mexicali-us-sanctions-sinaloa-cartel/" TargetMode="External"/><Relationship Id="rId60" Type="http://schemas.openxmlformats.org/officeDocument/2006/relationships/hyperlink" Target="https://www.riotimesonline.com/mexico-lebaron-massacre-plea-deal-2026/" TargetMode="External"/><Relationship Id="rId61" Type="http://schemas.openxmlformats.org/officeDocument/2006/relationships/hyperlink" Target="https://www.cnnbrasil.com.br/eleicoes/tarcisio-acompanhara-flavio-durante-agenda-com-caiado-em-goiania/" TargetMode="External"/><Relationship Id="rId62" Type="http://schemas.openxmlformats.org/officeDocument/2006/relationships/hyperlink" Target="https://www.cnnbrasil.com.br/eleicoes/partidos-do-centrao-preparam-negociacoes-sobre-apoio-no-segundo-turno/" TargetMode="External"/><Relationship Id="rId63" Type="http://schemas.openxmlformats.org/officeDocument/2006/relationships/hyperlink" Target="https://www.cnnbrasil.com.br/eleicoes/quem-zema-cury-renan-e-caiado-apoiarao-no-segundo-turno-entenda/" TargetMode="External"/><Relationship Id="rId64" Type="http://schemas.openxmlformats.org/officeDocument/2006/relationships/hyperlink" Target="https://www.riotimesonline.com/venezuela-trump-machado-return-2026/" TargetMode="External"/><Relationship Id="rId65" Type="http://schemas.openxmlformats.org/officeDocument/2006/relationships/hyperlink" Target="https://www.riotimesonline.com/venezuela-gas-deal-baker-hughes-pdvsa-2026/" TargetMode="External"/><Relationship Id="rId66" Type="http://schemas.openxmlformats.org/officeDocument/2006/relationships/hyperlink" Target="https://www.cibercuba.com/noticias/2026-10-06-u1-e135253-s27061-nid342044-regimen-dice-cuba-ingenua-trump-aumenta-sus" TargetMode="External"/><Relationship Id="rId67" Type="http://schemas.openxmlformats.org/officeDocument/2006/relationships/hyperlink" Target="https://www.riotimesonline.com/mexico-pemex-cuba-exports-2026/" TargetMode="External"/><Relationship Id="rId68" Type="http://schemas.openxmlformats.org/officeDocument/2006/relationships/hyperlink" Target="https://www.riotimesonline.com/colombia-submission-law-criminal-groups-2026/" TargetMode="External"/><Relationship Id="rId69" Type="http://schemas.openxmlformats.org/officeDocument/2006/relationships/hyperlink" Target="https://www.riotimesonline.com/ecuador-albanian-mafia-suspect-escape-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