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OSIR-20261007</w:t>
            </w:r>
          </w:p>
        </w:tc>
      </w:tr>
      <w:tr>
        <w:tc>
          <w:tcPr>
            <w:tcW w:type="dxa" w:w="4968"/>
          </w:tcPr>
          <w:p>
            <w:r/>
            <w:r>
              <w:rPr>
                <w:b/>
                <w:sz w:val="19"/>
              </w:rPr>
              <w:t>Produced</w:t>
            </w:r>
          </w:p>
        </w:tc>
        <w:tc>
          <w:tcPr>
            <w:tcW w:type="dxa" w:w="4968"/>
          </w:tcPr>
          <w:p>
            <w:r/>
            <w:r>
              <w:rPr>
                <w:sz w:val="19"/>
              </w:rPr>
              <w:t>070945Z OCT 2026 (0545 EDT, Wednesday 7 October 2026)</w:t>
            </w:r>
          </w:p>
        </w:tc>
      </w:tr>
      <w:tr>
        <w:tc>
          <w:tcPr>
            <w:tcW w:type="dxa" w:w="4968"/>
          </w:tcPr>
          <w:p>
            <w:r/>
            <w:r>
              <w:rPr>
                <w:b/>
                <w:sz w:val="19"/>
              </w:rPr>
              <w:t>Coverage window</w:t>
            </w:r>
          </w:p>
        </w:tc>
        <w:tc>
          <w:tcPr>
            <w:tcW w:type="dxa" w:w="4968"/>
          </w:tcPr>
          <w:p>
            <w:r/>
            <w:r>
              <w:rPr>
                <w:sz w:val="19"/>
              </w:rPr>
              <w:t>061000Z OCT 2026 to 070920Z OCT 2026 (Tuesday 0600 EDT through Wednesday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Items marked </w:t>
      </w:r>
      <w:r>
        <w:rPr>
          <w:i/>
          <w:sz w:val="19"/>
        </w:rPr>
        <w:t>pre-window onset</w:t>
      </w:r>
      <w:r>
        <w:rPr>
          <w:sz w:val="19"/>
        </w:rPr>
        <w:t xml:space="preserve"> began shortly before the window opened but were reported within it.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NORTHCOM:</w:t>
      </w:r>
      <w:r>
        <w:t xml:space="preserve"> Tropical Depression Nine formed in the Gulf and is forecast to become a hurricane Thursday and approach the northern Gulf Coast on Friday. Florida declared a state of emergency in 25 counties. </w:t>
      </w:r>
      <w:r>
        <w:rPr>
          <w:vertAlign w:val="superscript"/>
        </w:rPr>
        <w:t>[50]</w:t>
      </w:r>
      <w:r>
        <w:rPr>
          <w:vertAlign w:val="superscript"/>
        </w:rPr>
        <w:t>[51]</w:t>
      </w:r>
      <w:r>
        <w:rPr>
          <w:vertAlign w:val="superscript"/>
        </w:rPr>
        <w:t>[52]</w:t>
      </w:r>
    </w:p>
    <w:p>
      <w:pPr>
        <w:pStyle w:val="ListBullet"/>
      </w:pPr>
      <w:r>
        <w:rPr>
          <w:b/>
        </w:rPr>
        <w:t>EUCOM:</w:t>
      </w:r>
      <w:r>
        <w:t xml:space="preserve"> Drones struck two merchant ships in Bulgaria's exclusive economic zone, sinking one, a day after a ship sank off Romania. Russia launched a large missile and drone attack overnight that killed civilians in Kyiv and Pryluky. </w:t>
      </w:r>
      <w:r>
        <w:rPr>
          <w:vertAlign w:val="superscript"/>
        </w:rPr>
        <w:t>[27]</w:t>
      </w:r>
      <w:r>
        <w:rPr>
          <w:vertAlign w:val="superscript"/>
        </w:rPr>
        <w:t>[28]</w:t>
      </w:r>
      <w:r>
        <w:rPr>
          <w:vertAlign w:val="superscript"/>
        </w:rPr>
        <w:t>[31]</w:t>
      </w:r>
      <w:r>
        <w:rPr>
          <w:vertAlign w:val="superscript"/>
        </w:rPr>
        <w:t>[32]</w:t>
      </w:r>
    </w:p>
    <w:p>
      <w:pPr>
        <w:pStyle w:val="ListBullet"/>
      </w:pPr>
      <w:r>
        <w:rPr>
          <w:b/>
        </w:rPr>
        <w:t>CENTCOM:</w:t>
      </w:r>
      <w:r>
        <w:t xml:space="preserve"> A tanker was hit by a projectile off Oman in the Strait of Hormuz, injuring 12 crew. The Houthis struck at Aden airport and a missile was downed north of Riyadh. Vice President Vance said Iran must cut enrichment to end the war. </w:t>
      </w:r>
      <w:r>
        <w:rPr>
          <w:vertAlign w:val="superscript"/>
        </w:rPr>
        <w:t>[15]</w:t>
      </w:r>
      <w:r>
        <w:rPr>
          <w:vertAlign w:val="superscript"/>
        </w:rPr>
        <w:t>[11]</w:t>
      </w:r>
      <w:r>
        <w:rPr>
          <w:vertAlign w:val="superscript"/>
        </w:rPr>
        <w:t>[17]</w:t>
      </w:r>
    </w:p>
    <w:p>
      <w:pPr>
        <w:pStyle w:val="ListBullet"/>
      </w:pPr>
      <w:r>
        <w:rPr>
          <w:b/>
        </w:rPr>
        <w:t>AFRICOM:</w:t>
      </w:r>
      <w:r>
        <w:t xml:space="preserve"> Malian troops backed by Russia's Africa Corps retook Kidal from separatists. Kenya confirmed its first Ebola case, linked to the DRC outbreak. </w:t>
      </w:r>
      <w:r>
        <w:rPr>
          <w:vertAlign w:val="superscript"/>
        </w:rPr>
        <w:t>[1]</w:t>
      </w:r>
      <w:r>
        <w:rPr>
          <w:vertAlign w:val="superscript"/>
        </w:rPr>
        <w:t>[7]</w:t>
      </w:r>
    </w:p>
    <w:p>
      <w:pPr>
        <w:pStyle w:val="ListBullet"/>
      </w:pPr>
      <w:r>
        <w:rPr>
          <w:b/>
        </w:rPr>
        <w:t>INDOPACOM:</w:t>
      </w:r>
      <w:r>
        <w:t xml:space="preserve"> North Korea rejected the finding that it planted the DMZ mines as a "mean farce" and warned it will respond to South Korean demining. </w:t>
      </w:r>
      <w:r>
        <w:rPr>
          <w:vertAlign w:val="superscript"/>
        </w:rPr>
        <w:t>[41]</w:t>
      </w:r>
    </w:p>
    <w:p>
      <w:pPr>
        <w:pStyle w:val="ListBullet"/>
      </w:pPr>
      <w:r>
        <w:rPr>
          <w:b/>
        </w:rPr>
        <w:t>SOUTHCOM:</w:t>
      </w:r>
      <w:r>
        <w:t xml:space="preserve"> Brazil's runoff campaigns are courting the centre, and Flávio Bolsonaro's camp warned Supreme Court Justice Moraes. Haiti's Gang Suppression Force launched operations in Tabarre and Cité Soleil. </w:t>
      </w:r>
      <w:r>
        <w:rPr>
          <w:vertAlign w:val="superscript"/>
        </w:rPr>
        <w:t>[59]</w:t>
      </w:r>
      <w:r>
        <w:rPr>
          <w:vertAlign w:val="superscript"/>
        </w:rPr>
        <w:t>[60]</w:t>
      </w:r>
      <w:r>
        <w:rPr>
          <w:vertAlign w:val="superscript"/>
        </w:rPr>
        <w:t>[62]</w:t>
      </w:r>
    </w:p>
    <w:p>
      <w:pPr>
        <w:pStyle w:val="Heading1"/>
      </w:pPr>
      <w:r>
        <w:rPr>
          <w:rFonts w:ascii="Consolas" w:hAnsi="Consolas"/>
          <w:color w:val="FFB000"/>
        </w:rPr>
        <w:t xml:space="preserve">// </w:t>
      </w:r>
      <w:r>
        <w:rPr>
          <w:color w:val="282828"/>
        </w:rPr>
        <w:t>AFRICOM</w:t>
      </w:r>
    </w:p>
    <w:p>
      <w:r>
        <w:rPr>
          <w:b/>
        </w:rPr>
        <w:t>MALI: Army and Russia's Africa Corps retake Kidal after separatists withdraw</w:t>
      </w:r>
    </w:p>
    <w:p>
      <w:r>
        <w:t xml:space="preserve">Mali's armed forces entered Kidal with support from Russia's Africa Corps, about five months after separatists seized it. The Azawad Liberation Front announced a "strategic and controlled withdrawal," citing "disproportionate use of aerial assets by Russian mercenaries." An analyst quoted by AFP and Reuters called the recapture "symbolic" rather than "decisive" </w:t>
      </w:r>
      <w:r>
        <w:rPr>
          <w:vertAlign w:val="superscript"/>
        </w:rPr>
        <w:t>[1]</w:t>
      </w:r>
      <w:r>
        <w:t>.</w:t>
      </w:r>
    </w:p>
    <w:p>
      <w:r>
        <w:rPr>
          <w:rFonts w:ascii="Consolas" w:hAnsi="Consolas"/>
          <w:b/>
          <w:color w:val="55604B"/>
        </w:rPr>
        <w:t>Assessment:</w:t>
      </w:r>
      <w:r>
        <w:t xml:space="preserve"> Separatist and JNIM fighters will likely shift to ambushes, roadside bombs and convoy attacks around Kidal rather than contest the city directly.</w:t>
      </w:r>
    </w:p>
    <w:p>
      <w:r>
        <w:rPr>
          <w:b/>
        </w:rPr>
        <w:t>NIGERIA: Air Force says no survivors in ATR-42 crash; toll revised to 25</w:t>
      </w:r>
    </w:p>
    <w:p>
      <w:r>
        <w:t xml:space="preserve">The Nigerian Air Force published the manifest of the aircraft that crashed near Igbokoda, Ondo State, showing 25 people aboard and no survivors </w:t>
      </w:r>
      <w:r>
        <w:rPr>
          <w:vertAlign w:val="superscript"/>
        </w:rPr>
        <w:t>[2]</w:t>
      </w:r>
      <w:r>
        <w:t xml:space="preserve">. Ondo State officials said the aircraft "nosedived into the water breaking into two" and sank, complicating recovery </w:t>
      </w:r>
      <w:r>
        <w:rPr>
          <w:vertAlign w:val="superscript"/>
        </w:rPr>
        <w:t>[3]</w:t>
      </w:r>
      <w:r>
        <w:t xml:space="preserve">. Civilians were among the dead, and the Chief of Air Staff ordered a full investigation </w:t>
      </w:r>
      <w:r>
        <w:rPr>
          <w:vertAlign w:val="superscript"/>
        </w:rPr>
        <w:t>[4]</w:t>
      </w:r>
      <w:r>
        <w:t>.</w:t>
      </w:r>
    </w:p>
    <w:p>
      <w:r>
        <w:rPr>
          <w:rFonts w:ascii="Consolas" w:hAnsi="Consolas"/>
          <w:b/>
          <w:color w:val="55604B"/>
        </w:rPr>
        <w:t>Assessment:</w:t>
      </w:r>
      <w:r>
        <w:t xml:space="preserve"> Recovering the bodies and flight recorders will likely take several more days. The cause remains undetermined.</w:t>
      </w:r>
    </w:p>
    <w:p>
      <w:r>
        <w:rPr>
          <w:b/>
        </w:rPr>
        <w:t>LIBYA: Benghazi lawmakers name a new House speaker; Aguila Saleh rejects it</w:t>
      </w:r>
    </w:p>
    <w:p>
      <w:r>
        <w:t xml:space="preserve">The House of Representatives spokesman said a session chaired by the second deputy speaker selected Al-Saleheen Abdulnabi Al-Obeidi as speaker in place of Aguila Saleh. Saleh called the session "not official" and without "legal effect" </w:t>
      </w:r>
      <w:r>
        <w:rPr>
          <w:vertAlign w:val="superscript"/>
        </w:rPr>
        <w:t>[5]</w:t>
      </w:r>
      <w:r>
        <w:t>.</w:t>
      </w:r>
    </w:p>
    <w:p>
      <w:r>
        <w:rPr>
          <w:rFonts w:ascii="Consolas" w:hAnsi="Consolas"/>
          <w:b/>
          <w:color w:val="55604B"/>
        </w:rPr>
        <w:t>Assessment:</w:t>
      </w:r>
      <w:r>
        <w:t xml:space="preserve"> Eastern Libya's legislature very likely now has contested leadership, further weakening its role in UN-led talks. Haftar's position will likely decide the outcome.</w:t>
      </w:r>
    </w:p>
    <w:p>
      <w:r>
        <w:rPr>
          <w:b/>
        </w:rPr>
        <w:t>SUDAN: Burhan rejects talks and vows to retake all RSF-held territory</w:t>
      </w:r>
    </w:p>
    <w:p>
      <w:r>
        <w:t xml:space="preserve">Army chief Abdel Fattah al-Burhan rejected negotiations and pledged to retake "every inch" from the RSF as the army advances toward En Nahud. RSF attacks killed at least 10 civilians in West Kordofan, and more than 5,500 people fled villages in Blue Nile state </w:t>
      </w:r>
      <w:r>
        <w:rPr>
          <w:vertAlign w:val="superscript"/>
        </w:rPr>
        <w:t>[6]</w:t>
      </w:r>
      <w:r>
        <w:t>.</w:t>
      </w:r>
    </w:p>
    <w:p>
      <w:r>
        <w:rPr>
          <w:rFonts w:ascii="Consolas" w:hAnsi="Consolas"/>
          <w:b/>
          <w:color w:val="55604B"/>
        </w:rPr>
        <w:t>Assessment:</w:t>
      </w:r>
      <w:r>
        <w:t xml:space="preserve"> A ceasefire in the next 72 hours is highly unlikely, and fighting around En Nahud will likely intensify.</w:t>
      </w:r>
    </w:p>
    <w:p>
      <w:r>
        <w:rPr>
          <w:b/>
        </w:rPr>
        <w:t>KENYA / DRC: Kenya confirms first Ebola case</w:t>
      </w:r>
    </w:p>
    <w:p>
      <w:r>
        <w:t xml:space="preserve">A Kenyan national who had lived in the DRC traveled overland through Uganda, flew to Nairobi and died there. At least 28 contacts are in quarantine and authorities are tracing the flight's passengers and crew. The DRC outbreak has passed 8,300 confirmed cases and 4,000 deaths </w:t>
      </w:r>
      <w:r>
        <w:rPr>
          <w:vertAlign w:val="superscript"/>
        </w:rPr>
        <w:t>[7]</w:t>
      </w:r>
      <w:r>
        <w:t>.</w:t>
      </w:r>
    </w:p>
    <w:p>
      <w:r>
        <w:rPr>
          <w:rFonts w:ascii="Consolas" w:hAnsi="Consolas"/>
          <w:b/>
          <w:color w:val="55604B"/>
        </w:rPr>
        <w:t>Assessment:</w:t>
      </w:r>
      <w:r>
        <w:t xml:space="preserve"> Further cases in Kenya are likely in the coming weeks, and regional states will likely tighten border and airport screening.</w:t>
      </w:r>
    </w:p>
    <w:p>
      <w:r>
        <w:rPr>
          <w:b/>
        </w:rPr>
        <w:t>ETHIOPIA / ERITREA: Civilian toll in Tigray grows; analysts warn of interstate war risk</w:t>
      </w:r>
    </w:p>
    <w:p>
      <w:r>
        <w:t xml:space="preserve">Africanews reported a drone strike on a displacement camp in western Tigray that killed eight people, and shelling in late September that critically injured 44 civilians, most of them children </w:t>
      </w:r>
      <w:r>
        <w:rPr>
          <w:vertAlign w:val="superscript"/>
        </w:rPr>
        <w:t>[8]</w:t>
      </w:r>
      <w:r>
        <w:t xml:space="preserve">. An International Crisis Group analyst said Ethiopia and Eritrea "coming up against each other" means "the regional picture is looking worse" </w:t>
      </w:r>
      <w:r>
        <w:rPr>
          <w:vertAlign w:val="superscript"/>
        </w:rPr>
        <w:t>[9]</w:t>
      </w:r>
      <w:r>
        <w:t>.</w:t>
      </w:r>
    </w:p>
    <w:p>
      <w:r>
        <w:rPr>
          <w:rFonts w:ascii="Consolas" w:hAnsi="Consolas"/>
          <w:b/>
          <w:color w:val="55604B"/>
        </w:rPr>
        <w:t>Assessment:</w:t>
      </w:r>
      <w:r>
        <w:t xml:space="preserve"> Direct Ethiopia-Eritrea clashes are a realistic possibility in the coming weeks, given Abiy's renewed demand for Red Sea access.</w:t>
      </w:r>
    </w:p>
    <w:p>
      <w:r>
        <w:rPr>
          <w:b/>
        </w:rPr>
        <w:t>SOMALIA: Government says operation killed former al-Shabaab intelligence chief</w:t>
      </w:r>
      <w:r>
        <w:t xml:space="preserve"> </w:t>
      </w:r>
      <w:r>
        <w:rPr>
          <w:i/>
        </w:rPr>
        <w:t>(pre-window onset)</w:t>
      </w:r>
    </w:p>
    <w:p>
      <w:r>
        <w:t xml:space="preserve">Somalia's National Intelligence and Security Agency said a 1 Oct operation in Jilib district, supported by international partners, killed Bashir Ahmed Haji Nunow, whom it describes as head of al-Shabaab's Amniyat wing from 2016 to 2024 </w:t>
      </w:r>
      <w:r>
        <w:rPr>
          <w:vertAlign w:val="superscript"/>
        </w:rPr>
        <w:t>[10]</w:t>
      </w:r>
      <w:r>
        <w:t>. Al-Shabaab has not commented, and there is no independent confirmation.</w:t>
      </w:r>
    </w:p>
    <w:p>
      <w:r>
        <w:rPr>
          <w:rFonts w:ascii="Consolas" w:hAnsi="Consolas"/>
          <w:b/>
          <w:color w:val="55604B"/>
        </w:rPr>
        <w:t>Assessment:</w:t>
      </w:r>
      <w:r>
        <w:t xml:space="preserve"> Even if accurate, the death is unlikely to reduce al-Shabaab's near-term ability to attack Mogadishu.</w:t>
      </w:r>
    </w:p>
    <w:p>
      <w:r>
        <w:rPr>
          <w:i/>
        </w:rPr>
        <w:t>Collection gap: no in-window attack reporting found for Burkina Faso, Niger or eastern DRC.</w:t>
      </w:r>
    </w:p>
    <w:p>
      <w:pPr>
        <w:pStyle w:val="Heading1"/>
      </w:pPr>
      <w:r>
        <w:rPr>
          <w:rFonts w:ascii="Consolas" w:hAnsi="Consolas"/>
          <w:color w:val="FFB000"/>
        </w:rPr>
        <w:t xml:space="preserve">// </w:t>
      </w:r>
      <w:r>
        <w:rPr>
          <w:color w:val="282828"/>
        </w:rPr>
        <w:t>CENTCOM</w:t>
      </w:r>
    </w:p>
    <w:p>
      <w:r>
        <w:rPr>
          <w:b/>
        </w:rPr>
        <w:t>YEMEN / SAUDI ARABIA: Houthis target Aden airport; missiles intercepted over Saudi Arabia; heavy losses on both sides</w:t>
      </w:r>
    </w:p>
    <w:p>
      <w:r>
        <w:t xml:space="preserve">The Houthis claimed dawn drone and missile strikes on airports on 7 Oct, including Aden International Airport, with no casualties reported </w:t>
      </w:r>
      <w:r>
        <w:rPr>
          <w:vertAlign w:val="superscript"/>
        </w:rPr>
        <w:t>[11]</w:t>
      </w:r>
      <w:r>
        <w:t xml:space="preserve">. The Saudi-led coalition said it destroyed a Houthi ballistic missile north of Riyadh and another aimed at Khamis Mushait </w:t>
      </w:r>
      <w:r>
        <w:rPr>
          <w:vertAlign w:val="superscript"/>
        </w:rPr>
        <w:t>[12]</w:t>
      </w:r>
      <w:r>
        <w:t xml:space="preserve">. Agency reporting carried by Dawn says more than 270 combatants were killed in a single day, mostly Houthi fighters hit by Saudi airstrikes </w:t>
      </w:r>
      <w:r>
        <w:rPr>
          <w:vertAlign w:val="superscript"/>
        </w:rPr>
        <w:t>[13]</w:t>
      </w:r>
      <w:r>
        <w:t xml:space="preserve">. ISW reports the Houthis halted the government's coastal advance near Dhubab and that Saudi Arabia conducted its first naval bombardment near Hudaydah </w:t>
      </w:r>
      <w:r>
        <w:rPr>
          <w:vertAlign w:val="superscript"/>
        </w:rPr>
        <w:t>[14]</w:t>
      </w:r>
      <w:r>
        <w:t>.</w:t>
      </w:r>
    </w:p>
    <w:p>
      <w:r>
        <w:rPr>
          <w:rFonts w:ascii="Consolas" w:hAnsi="Consolas"/>
          <w:b/>
          <w:color w:val="55604B"/>
        </w:rPr>
        <w:t>Assessment:</w:t>
      </w:r>
      <w:r>
        <w:t xml:space="preserve"> Houthi attacks on Saudi airports and Aden will likely continue over the next 72 hours, and Saudi strikes on Hudaydah-area ports will very likely continue.</w:t>
      </w:r>
    </w:p>
    <w:p>
      <w:r>
        <w:rPr>
          <w:b/>
        </w:rPr>
        <w:t>OMAN / STRAIT OF HORMUZ: Tanker hit by projectile off Limah; 12 crew injured</w:t>
      </w:r>
    </w:p>
    <w:p>
      <w:r>
        <w:t xml:space="preserve">The Panama-flagged tanker MT On Peace was struck by an unknown projectile about 9 nm off Limah, Oman, starting a fire. Twelve of its 19 crew were injured, most of them Indian, and India called the attacks on shipping "a cause of deep concern" </w:t>
      </w:r>
      <w:r>
        <w:rPr>
          <w:vertAlign w:val="superscript"/>
        </w:rPr>
        <w:t>[15]</w:t>
      </w:r>
      <w:r>
        <w:t xml:space="preserve">. Oman's air force evacuated 10 crew to hospital in Khasab </w:t>
      </w:r>
      <w:r>
        <w:rPr>
          <w:vertAlign w:val="superscript"/>
        </w:rPr>
        <w:t>[16]</w:t>
      </w:r>
      <w:r>
        <w:t>. No one has claimed the attack.</w:t>
      </w:r>
    </w:p>
    <w:p>
      <w:r>
        <w:rPr>
          <w:rFonts w:ascii="Consolas" w:hAnsi="Consolas"/>
          <w:b/>
          <w:color w:val="55604B"/>
        </w:rPr>
        <w:t>Assessment:</w:t>
      </w:r>
      <w:r>
        <w:t xml:space="preserve"> The strike is likely linked to Iran's enforcement of the Hormuz closure. Further strikes on merchant ships in the strait are likely within 72 hours.</w:t>
      </w:r>
    </w:p>
    <w:p>
      <w:r>
        <w:rPr>
          <w:b/>
        </w:rPr>
        <w:t>IRAN / US: Vance says Iran must cut enrichment to end the war; renewed activity at bombed nuclear site</w:t>
      </w:r>
    </w:p>
    <w:p>
      <w:r>
        <w:t xml:space="preserve">Vice President JD Vance said Iran must meaningfully reduce its enrichment capacity to end the war, asking "If you don't want a nuclear weapon, then why do you need 60 per cent enriched fuel?" </w:t>
      </w:r>
      <w:r>
        <w:rPr>
          <w:vertAlign w:val="superscript"/>
        </w:rPr>
        <w:t>[17]</w:t>
      </w:r>
      <w:r>
        <w:t xml:space="preserve">. Satellite imagery reported by the Times of Israel shows significant renewed activity at the Minzadehei underground site near Tehran, which Israel struck in March </w:t>
      </w:r>
      <w:r>
        <w:rPr>
          <w:vertAlign w:val="superscript"/>
        </w:rPr>
        <w:t>[18]</w:t>
      </w:r>
      <w:r>
        <w:t xml:space="preserve">. Tehran has set up an economic committee to respond to blockade pressure </w:t>
      </w:r>
      <w:r>
        <w:rPr>
          <w:vertAlign w:val="superscript"/>
        </w:rPr>
        <w:t>[19]</w:t>
      </w:r>
      <w:r>
        <w:t>.</w:t>
      </w:r>
    </w:p>
    <w:p>
      <w:r>
        <w:rPr>
          <w:rFonts w:ascii="Consolas" w:hAnsi="Consolas"/>
          <w:b/>
          <w:color w:val="55604B"/>
        </w:rPr>
        <w:t>Assessment:</w:t>
      </w:r>
      <w:r>
        <w:t xml:space="preserve"> The enrichment demand probably narrows room for a near-term deal. The imagery makes it more likely that Washington or Israel cites nuclear reconstitution to justify the pending decision on Iran.</w:t>
      </w:r>
    </w:p>
    <w:p>
      <w:r>
        <w:rPr>
          <w:b/>
        </w:rPr>
        <w:t>ISRAEL: 7 October anniversary begins without a major attack</w:t>
      </w:r>
    </w:p>
    <w:p>
      <w:r>
        <w:t xml:space="preserve">As of late morning on 7 Oct, the Times of Israel reported no rocket, missile or terror attack overnight, and the IDF conducted raids in the West Bank </w:t>
      </w:r>
      <w:r>
        <w:rPr>
          <w:vertAlign w:val="superscript"/>
        </w:rPr>
        <w:t>[20]</w:t>
      </w:r>
      <w:r>
        <w:t xml:space="preserve">. Israel's National Security Council warned that Iran, its proxies and jihadist groups see the date as a milestone and flagged Jordan, Qatar, Egypt and Somaliland as risky for Israeli travelers </w:t>
      </w:r>
      <w:r>
        <w:rPr>
          <w:vertAlign w:val="superscript"/>
        </w:rPr>
        <w:t>[21]</w:t>
      </w:r>
      <w:r>
        <w:t>.</w:t>
      </w:r>
    </w:p>
    <w:p>
      <w:r>
        <w:rPr>
          <w:rFonts w:ascii="Consolas" w:hAnsi="Consolas"/>
          <w:b/>
          <w:color w:val="55604B"/>
        </w:rPr>
        <w:t>Assessment:</w:t>
      </w:r>
      <w:r>
        <w:t xml:space="preserve"> The risk of attacks on Israeli and Jewish targets abroad will likely remain elevated through the anniversary and the run-up to Israel's 27 Oct election.</w:t>
      </w:r>
    </w:p>
    <w:p>
      <w:r>
        <w:rPr>
          <w:b/>
        </w:rPr>
        <w:t>LEBANON: Hezbollah rules out disarmament under attack; Tampa talks to focus on verification</w:t>
      </w:r>
    </w:p>
    <w:p>
      <w:r>
        <w:t xml:space="preserve">Hezbollah leader Naim Qassem said the group cannot disarm while Israeli attacks continue, though it is open to discussing a state monopoly on arms "within constitutional frameworks" </w:t>
      </w:r>
      <w:r>
        <w:rPr>
          <w:vertAlign w:val="superscript"/>
        </w:rPr>
        <w:t>[22]</w:t>
      </w:r>
      <w:r>
        <w:t xml:space="preserve">. The 20 Oct Lebanese-Israeli military meeting in Tampa will reportedly focus on a verification committee for the area south of the Litani </w:t>
      </w:r>
      <w:r>
        <w:rPr>
          <w:vertAlign w:val="superscript"/>
        </w:rPr>
        <w:t>[23]</w:t>
      </w:r>
      <w:r>
        <w:t>.</w:t>
      </w:r>
    </w:p>
    <w:p>
      <w:r>
        <w:rPr>
          <w:rFonts w:ascii="Consolas" w:hAnsi="Consolas"/>
          <w:b/>
          <w:color w:val="55604B"/>
        </w:rPr>
        <w:t>Assessment:</w:t>
      </w:r>
      <w:r>
        <w:t xml:space="preserve"> A disarmament breakthrough before the Tampa meeting is unlikely, and Israeli strikes in Lebanon will likely continue.</w:t>
      </w:r>
    </w:p>
    <w:p>
      <w:r>
        <w:rPr>
          <w:b/>
        </w:rPr>
        <w:t>IRAQ: ISIS claims first attack on Iraqi forces since the US withdrawal</w:t>
      </w:r>
    </w:p>
    <w:p>
      <w:r>
        <w:t xml:space="preserve">ISIS claimed an assault southwest of Kirkuk that killed a Federal Police officer, the first reported ISIS attack on Iraqi security forces since US forces completed their withdrawal on 30 Sep </w:t>
      </w:r>
      <w:r>
        <w:rPr>
          <w:vertAlign w:val="superscript"/>
        </w:rPr>
        <w:t>[24]</w:t>
      </w:r>
      <w:r>
        <w:t xml:space="preserve">. An ISIS sniper also hit a Popular Mobilization Forces position in Hawija </w:t>
      </w:r>
      <w:r>
        <w:rPr>
          <w:vertAlign w:val="superscript"/>
        </w:rPr>
        <w:t>[25]</w:t>
      </w:r>
      <w:r>
        <w:t>.</w:t>
      </w:r>
    </w:p>
    <w:p>
      <w:r>
        <w:rPr>
          <w:rFonts w:ascii="Consolas" w:hAnsi="Consolas"/>
          <w:b/>
          <w:color w:val="55604B"/>
        </w:rPr>
        <w:t>Assessment:</w:t>
      </w:r>
      <w:r>
        <w:t xml:space="preserve"> ISIS will likely keep testing Iraqi forces in the Kirkuk and Hawija belt after the US exit.</w:t>
      </w:r>
    </w:p>
    <w:p>
      <w:r>
        <w:rPr>
          <w:b/>
        </w:rPr>
        <w:t>PAKISTAN: Extended-range Fatah-IV cruise missile tested</w:t>
      </w:r>
    </w:p>
    <w:p>
      <w:r>
        <w:t xml:space="preserve">Pakistan's military said it tested an upgraded, extended-range Fatah-IV ground-launched cruise missile on 6 Oct </w:t>
      </w:r>
      <w:r>
        <w:rPr>
          <w:vertAlign w:val="superscript"/>
        </w:rPr>
        <w:t>[26]</w:t>
      </w:r>
      <w:r>
        <w:t>.</w:t>
      </w:r>
    </w:p>
    <w:p>
      <w:r>
        <w:rPr>
          <w:rFonts w:ascii="Consolas" w:hAnsi="Consolas"/>
          <w:b/>
          <w:color w:val="55604B"/>
        </w:rPr>
        <w:t>Assessment:</w:t>
      </w:r>
      <w:r>
        <w:t xml:space="preserve"> The test is probably meant in part to signal capability to India and to Gulf partners as Pakistan deploys forces under the Mecca pact.</w:t>
      </w:r>
    </w:p>
    <w:p>
      <w:r>
        <w:rPr>
          <w:i/>
        </w:rPr>
        <w:t>Collection gap: no UKMTO notice was opened for the On Peace strike, and no Iranian state-media reporting was reviewed. Afghanistan, Syria and Central Asia were not covered this cycle.</w:t>
      </w:r>
    </w:p>
    <w:p>
      <w:pPr>
        <w:pStyle w:val="Heading1"/>
      </w:pPr>
      <w:r>
        <w:rPr>
          <w:rFonts w:ascii="Consolas" w:hAnsi="Consolas"/>
          <w:color w:val="FFB000"/>
        </w:rPr>
        <w:t xml:space="preserve">// </w:t>
      </w:r>
      <w:r>
        <w:rPr>
          <w:color w:val="282828"/>
        </w:rPr>
        <w:t>EUCOM</w:t>
      </w:r>
    </w:p>
    <w:p>
      <w:r>
        <w:rPr>
          <w:b/>
        </w:rPr>
        <w:t>BULGARIA / BLACK SEA: Drones strike two ships in Bulgaria's exclusive economic zone; one sinks</w:t>
      </w:r>
    </w:p>
    <w:p>
      <w:r>
        <w:t xml:space="preserve">Drones struck two merchant ships in Bulgaria's exclusive economic zone. One sank off Byala with its crew missing, and 18 sailors were rescued from the damaged cargo ship ABLE. Bulgaria sent helicopters and an Su-25 to search for survivors </w:t>
      </w:r>
      <w:r>
        <w:rPr>
          <w:vertAlign w:val="superscript"/>
        </w:rPr>
        <w:t>[27]</w:t>
      </w:r>
      <w:r>
        <w:t xml:space="preserve">. The president called the national security council for 7 Oct, and Prime Minister Radev chose not to invoke NATO Article 4 because the strikes were outside territorial waters </w:t>
      </w:r>
      <w:r>
        <w:rPr>
          <w:vertAlign w:val="superscript"/>
        </w:rPr>
        <w:t>[28]</w:t>
      </w:r>
      <w:r>
        <w:t xml:space="preserve">. The foreign minister called the attack "a serious breach of international law" </w:t>
      </w:r>
      <w:r>
        <w:rPr>
          <w:vertAlign w:val="superscript"/>
        </w:rPr>
        <w:t>[29]</w:t>
      </w:r>
      <w:r>
        <w:t xml:space="preserve">. Zelensky blamed Russia and said it wants to make the western Black Sea "unfit for navigation" </w:t>
      </w:r>
      <w:r>
        <w:rPr>
          <w:vertAlign w:val="superscript"/>
        </w:rPr>
        <w:t>[30]</w:t>
      </w:r>
      <w:r>
        <w:t>.</w:t>
      </w:r>
    </w:p>
    <w:p>
      <w:r>
        <w:rPr>
          <w:rFonts w:ascii="Consolas" w:hAnsi="Consolas"/>
          <w:b/>
          <w:color w:val="55604B"/>
        </w:rPr>
        <w:t>Assessment:</w:t>
      </w:r>
      <w:r>
        <w:t xml:space="preserve"> Russia is likely responsible, but Bulgaria has not attributed the attack. More strikes on merchant ships off Romania and Bulgaria are likely, and NATO maritime measures are a realistic possibility.</w:t>
      </w:r>
    </w:p>
    <w:p>
      <w:r>
        <w:rPr>
          <w:b/>
        </w:rPr>
        <w:t>UKRAINE: Large overnight missile and drone attack hits Kyiv and Pryluky</w:t>
      </w:r>
    </w:p>
    <w:p>
      <w:r>
        <w:t xml:space="preserve">Russia's Defense Ministry called its overnight attack a "massive strike." At least two people were killed in Kyiv's Darnytskyi district </w:t>
      </w:r>
      <w:r>
        <w:rPr>
          <w:vertAlign w:val="superscript"/>
        </w:rPr>
        <w:t>[31]</w:t>
      </w:r>
      <w:r>
        <w:t xml:space="preserve">. A missile hit an apartment block in Pryluky, Chernihiv Oblast, killing four and injuring 20 </w:t>
      </w:r>
      <w:r>
        <w:rPr>
          <w:vertAlign w:val="superscript"/>
        </w:rPr>
        <w:t>[32]</w:t>
      </w:r>
      <w:r>
        <w:t>.</w:t>
      </w:r>
    </w:p>
    <w:p>
      <w:r>
        <w:rPr>
          <w:rFonts w:ascii="Consolas" w:hAnsi="Consolas"/>
          <w:b/>
          <w:color w:val="55604B"/>
        </w:rPr>
        <w:t>Assessment:</w:t>
      </w:r>
      <w:r>
        <w:t xml:space="preserve"> The national toll will likely rise as reports are consolidated. Russia will likely keep up heavy strikes on energy and logistics as winter approaches.</w:t>
      </w:r>
    </w:p>
    <w:p>
      <w:r>
        <w:rPr>
          <w:b/>
        </w:rPr>
        <w:t>KOSOVO: Parliament caps war crimes sentences and elects a president, avoiding new elections</w:t>
      </w:r>
    </w:p>
    <w:p>
      <w:r>
        <w:t xml:space="preserve">Kosovo's Assembly passed amendments capping Specialist Chambers sentences at 15 years, then elected Justina Shiroka Pula president with 81 votes after the opposition PDK ended its boycott. That averted a fourth parliamentary election in under two years </w:t>
      </w:r>
      <w:r>
        <w:rPr>
          <w:vertAlign w:val="superscript"/>
        </w:rPr>
        <w:t>[33]</w:t>
      </w:r>
      <w:r>
        <w:t>.</w:t>
      </w:r>
    </w:p>
    <w:p>
      <w:r>
        <w:rPr>
          <w:rFonts w:ascii="Consolas" w:hAnsi="Consolas"/>
          <w:b/>
          <w:color w:val="55604B"/>
        </w:rPr>
        <w:t>Assessment:</w:t>
      </w:r>
      <w:r>
        <w:t xml:space="preserve"> The sentencing cap will likely draw EU and US criticism and a dispute over whether it applies to the Hague court. Street tension will likely ease.</w:t>
      </w:r>
    </w:p>
    <w:p>
      <w:r>
        <w:rPr>
          <w:b/>
        </w:rPr>
        <w:t>NATO EASTERN FLANK: Swedish Patriot to Poland; Trump open to a permanent base in Lithuania; French missile test</w:t>
      </w:r>
    </w:p>
    <w:p>
      <w:r>
        <w:t xml:space="preserve">Sweden will station a Patriot system and about 100 personnel in Poland from December to protect logistics hubs for aid to Ukraine </w:t>
      </w:r>
      <w:r>
        <w:rPr>
          <w:vertAlign w:val="superscript"/>
        </w:rPr>
        <w:t>[34]</w:t>
      </w:r>
      <w:r>
        <w:t xml:space="preserve">. Asked about a permanent US base in Lithuania, President Trump said "we will certainly look at it" </w:t>
      </w:r>
      <w:r>
        <w:rPr>
          <w:vertAlign w:val="superscript"/>
        </w:rPr>
        <w:t>[35]</w:t>
      </w:r>
      <w:r>
        <w:t xml:space="preserve">. France made the first test launch of its M51.3 nuclear-capable submarine-launched missile on 6 Oct </w:t>
      </w:r>
      <w:r>
        <w:rPr>
          <w:vertAlign w:val="superscript"/>
        </w:rPr>
        <w:t>[36]</w:t>
      </w:r>
      <w:r>
        <w:t>.</w:t>
      </w:r>
    </w:p>
    <w:p>
      <w:r>
        <w:rPr>
          <w:rFonts w:ascii="Consolas" w:hAnsi="Consolas"/>
          <w:b/>
          <w:color w:val="55604B"/>
        </w:rPr>
        <w:t>Assessment:</w:t>
      </w:r>
      <w:r>
        <w:t xml:space="preserve"> Russia will likely portray these moves as escalatory. A decision on a permanent US base in Lithuania is unlikely in the near term.</w:t>
      </w:r>
    </w:p>
    <w:p>
      <w:r>
        <w:rPr>
          <w:b/>
        </w:rPr>
        <w:t>RUSSIA: Suspected plague death at Irkutsk lab; Moscow denies containment measures</w:t>
      </w:r>
    </w:p>
    <w:p>
      <w:r>
        <w:t xml:space="preserve">A technician at the Irkutsk Anti-Plague Research Institute died of suspected pneumonic plague. Russian officials say the autopsy found no plague pathogen and no cases among her contacts, while about 200 people were quarantined </w:t>
      </w:r>
      <w:r>
        <w:rPr>
          <w:vertAlign w:val="superscript"/>
        </w:rPr>
        <w:t>[37]</w:t>
      </w:r>
      <w:r>
        <w:t xml:space="preserve">. Lithuania's health minister said transit restrictions on Russian citizens could follow if the threat is confirmed </w:t>
      </w:r>
      <w:r>
        <w:rPr>
          <w:vertAlign w:val="superscript"/>
        </w:rPr>
        <w:t>[38]</w:t>
      </w:r>
      <w:r>
        <w:t>.</w:t>
      </w:r>
    </w:p>
    <w:p>
      <w:r>
        <w:rPr>
          <w:rFonts w:ascii="Consolas" w:hAnsi="Consolas"/>
          <w:b/>
          <w:color w:val="55604B"/>
        </w:rPr>
        <w:t>Assessment:</w:t>
      </w:r>
      <w:r>
        <w:t xml:space="preserve"> A wider outbreak is unlikely, but uncertainty will likely persist given limited Russian transparency.</w:t>
      </w:r>
    </w:p>
    <w:p>
      <w:r>
        <w:rPr>
          <w:b/>
        </w:rPr>
        <w:t>ARMENIA / AZERBAIJAN: Fight in Armenian parliament over border shooting; Rubio praises Baku</w:t>
      </w:r>
    </w:p>
    <w:p>
      <w:r>
        <w:t xml:space="preserve">A fight broke out in Armenia's parliament after the speaker cut off an opposition MP criticizing the government's response to the 1 Oct incident in which an Azerbaijani soldier crossed into Armenia and shot a woman </w:t>
      </w:r>
      <w:r>
        <w:rPr>
          <w:vertAlign w:val="superscript"/>
        </w:rPr>
        <w:t>[39]</w:t>
      </w:r>
      <w:r>
        <w:t xml:space="preserve">. Secretary of State Rubio "commend[ed] Azerbaijan's ongoing commitment to peace" in a call with its foreign minister </w:t>
      </w:r>
      <w:r>
        <w:rPr>
          <w:vertAlign w:val="superscript"/>
        </w:rPr>
        <w:t>[40]</w:t>
      </w:r>
      <w:r>
        <w:t>.</w:t>
      </w:r>
    </w:p>
    <w:p>
      <w:r>
        <w:rPr>
          <w:rFonts w:ascii="Consolas" w:hAnsi="Consolas"/>
          <w:b/>
          <w:color w:val="55604B"/>
        </w:rPr>
        <w:t>Assessment:</w:t>
      </w:r>
      <w:r>
        <w:t xml:space="preserve"> The incident will likely stay contained diplomatically while adding domestic pressure on the Pashinyan government.</w:t>
      </w:r>
    </w:p>
    <w:p>
      <w:r>
        <w:rPr>
          <w:i/>
        </w:rPr>
        <w:t>Collection gap: no official Ukrainian Air Force launch totals or ISW assessment were retrieved. No new official statements on the ship sunk off Romania on 5 Oct were found.</w:t>
      </w:r>
    </w:p>
    <w:p>
      <w:pPr>
        <w:pStyle w:val="Heading1"/>
      </w:pPr>
      <w:r>
        <w:rPr>
          <w:rFonts w:ascii="Consolas" w:hAnsi="Consolas"/>
          <w:color w:val="FFB000"/>
        </w:rPr>
        <w:t xml:space="preserve">// </w:t>
      </w:r>
      <w:r>
        <w:rPr>
          <w:color w:val="282828"/>
        </w:rPr>
        <w:t>INDOPACOM</w:t>
      </w:r>
    </w:p>
    <w:p>
      <w:r>
        <w:rPr>
          <w:b/>
        </w:rPr>
        <w:t>NORTH KOREA: Pyongyang calls mine finding a "mean farce" and warns against DMZ demining</w:t>
      </w:r>
    </w:p>
    <w:p>
      <w:r>
        <w:t xml:space="preserve">In a statement carried by KCNA, North Korea's Foreign Ministry rejected the South Korean and UN Command finding that it deliberately planted the DMZ mines. It warned its military would respond to any demining operation that crosses into territory it controls </w:t>
      </w:r>
      <w:r>
        <w:rPr>
          <w:vertAlign w:val="superscript"/>
        </w:rPr>
        <w:t>[41]</w:t>
      </w:r>
      <w:r>
        <w:t xml:space="preserve">. Separately, KCNA reported a cultural agency renamed to drop "national," which NK News reads as part of Kim Jong Un's push to erase language implying shared identity with the South </w:t>
      </w:r>
      <w:r>
        <w:rPr>
          <w:vertAlign w:val="superscript"/>
        </w:rPr>
        <w:t>[42]</w:t>
      </w:r>
      <w:r>
        <w:t>.</w:t>
      </w:r>
    </w:p>
    <w:p>
      <w:r>
        <w:rPr>
          <w:rFonts w:ascii="Consolas" w:hAnsi="Consolas"/>
          <w:b/>
          <w:color w:val="55604B"/>
        </w:rPr>
        <w:t>Assessment:</w:t>
      </w:r>
      <w:r>
        <w:t xml:space="preserve"> The demining warning raises the risk of warning shots or other forward action if clearance teams work near the Military Demarcation Line, especially before the 10 Oct Party Foundation Day.</w:t>
      </w:r>
    </w:p>
    <w:p>
      <w:r>
        <w:rPr>
          <w:b/>
        </w:rPr>
        <w:t>SOUTH KOREA: Military spotted suspected North Korean mine-laying a year before the blast</w:t>
      </w:r>
    </w:p>
    <w:p>
      <w:r>
        <w:t xml:space="preserve">A National Assembly audit revealed that satellite imagery from September 2025 showed suspected North Korean mine-laying south of the Military Demarcation Line, a year before the blast that wounded three soldiers. The defense minister said several other locations may also contain mines </w:t>
      </w:r>
      <w:r>
        <w:rPr>
          <w:vertAlign w:val="superscript"/>
        </w:rPr>
        <w:t>[43]</w:t>
      </w:r>
      <w:r>
        <w:t>.</w:t>
      </w:r>
    </w:p>
    <w:p>
      <w:r>
        <w:rPr>
          <w:rFonts w:ascii="Consolas" w:hAnsi="Consolas"/>
          <w:b/>
          <w:color w:val="55604B"/>
        </w:rPr>
        <w:t>Assessment:</w:t>
      </w:r>
      <w:r>
        <w:t xml:space="preserve"> Clearance work along the line will likely continue, and domestic pressure on the military's handling will likely grow.</w:t>
      </w:r>
    </w:p>
    <w:p>
      <w:r>
        <w:rPr>
          <w:b/>
        </w:rPr>
        <w:t>SOUTH KOREA / US: Allies agree on provisional command structure after wartime control transfer</w:t>
      </w:r>
    </w:p>
    <w:p>
      <w:r>
        <w:t xml:space="preserve">The deputy commander of the US-ROK Combined Forces Command said the allies agreed on a draft framework for the command after wartime operational control passes to South Korea. The command will keep existing </w:t>
      </w:r>
      <w:r>
        <w:rPr>
          <w:vertAlign w:val="superscript"/>
        </w:rPr>
        <w:t>[44]</w:t>
      </w:r>
      <w:r>
        <w:t>.</w:t>
      </w:r>
    </w:p>
    <w:p>
      <w:r>
        <w:rPr>
          <w:rFonts w:ascii="Consolas" w:hAnsi="Consolas"/>
          <w:b/>
          <w:color w:val="55604B"/>
        </w:rPr>
        <w:t>Assessment:</w:t>
      </w:r>
      <w:r>
        <w:t xml:space="preserve"> The upcoming Security Consultative Meeting will likely produce a statement on transfer milestones.</w:t>
      </w:r>
    </w:p>
    <w:p>
      <w:r>
        <w:rPr>
          <w:b/>
        </w:rPr>
        <w:t>TAIWAN: Ten indicted for smuggling restricted US chips to China; retired officer charged with spying</w:t>
      </w:r>
    </w:p>
    <w:p>
      <w:r>
        <w:t xml:space="preserve">New Taipei prosecutors indicted 10 people accused of posing as buyers for Taiwan's defense research institute to obtain restricted US components and export about NT$300 million worth to China through Hong Kong </w:t>
      </w:r>
      <w:r>
        <w:rPr>
          <w:vertAlign w:val="superscript"/>
        </w:rPr>
        <w:t>[45]</w:t>
      </w:r>
      <w:r>
        <w:t xml:space="preserve">. Separately, a retired air force captain was indicted for gathering personal details of Taiwanese intelligence officers for a Chinese handler </w:t>
      </w:r>
      <w:r>
        <w:rPr>
          <w:vertAlign w:val="superscript"/>
        </w:rPr>
        <w:t>[46]</w:t>
      </w:r>
      <w:r>
        <w:t>.</w:t>
      </w:r>
    </w:p>
    <w:p>
      <w:r>
        <w:rPr>
          <w:rFonts w:ascii="Consolas" w:hAnsi="Consolas"/>
          <w:b/>
          <w:color w:val="55604B"/>
        </w:rPr>
        <w:t>Assessment:</w:t>
      </w:r>
      <w:r>
        <w:t xml:space="preserve"> The cases likely reflect a sustained PRC effort to acquire controlled technology and target Taiwan's security personnel. More indictments are likely.</w:t>
      </w:r>
    </w:p>
    <w:p>
      <w:r>
        <w:rPr>
          <w:b/>
        </w:rPr>
        <w:t>TAIWAN / US: Taiwan opens 14th US office in Phoenix; former President Tsai in San Francisco</w:t>
      </w:r>
    </w:p>
    <w:p>
      <w:r>
        <w:t xml:space="preserve">Foreign Minister Lin Chia-lung opened Taiwan's office in Phoenix with Arizona's governor. The Chinese consulate in Los Angeles had reportedly urged the governor to oppose it </w:t>
      </w:r>
      <w:r>
        <w:rPr>
          <w:vertAlign w:val="superscript"/>
        </w:rPr>
        <w:t>[47]</w:t>
      </w:r>
      <w:r>
        <w:t xml:space="preserve">. Former President Tsai Ing-wen received a warm welcome in San Francisco </w:t>
      </w:r>
      <w:r>
        <w:rPr>
          <w:vertAlign w:val="superscript"/>
        </w:rPr>
        <w:t>[48]</w:t>
      </w:r>
      <w:r>
        <w:t>.</w:t>
      </w:r>
    </w:p>
    <w:p>
      <w:r>
        <w:rPr>
          <w:rFonts w:ascii="Consolas" w:hAnsi="Consolas"/>
          <w:b/>
          <w:color w:val="55604B"/>
        </w:rPr>
        <w:t>Assessment:</w:t>
      </w:r>
      <w:r>
        <w:t xml:space="preserve"> Beijing will likely protest through diplomatic channels or state media rather than with a military response.</w:t>
      </w:r>
    </w:p>
    <w:p>
      <w:r>
        <w:rPr>
          <w:b/>
        </w:rPr>
        <w:t>PHILIPPINES: Security Council to probe Chinese money linked to Vice President Duterte's family</w:t>
      </w:r>
    </w:p>
    <w:p>
      <w:r>
        <w:t xml:space="preserve">The National Security Council will investigate reported remittances from China and Hong Kong of about ₱319 million to a company linked to Vice President Sara Duterte's husband, citing possible foreign interference. The Chinese Embassy said Beijing "has never funneled funds to any Philippine political faction" </w:t>
      </w:r>
      <w:r>
        <w:rPr>
          <w:vertAlign w:val="superscript"/>
        </w:rPr>
        <w:t>[49]</w:t>
      </w:r>
      <w:r>
        <w:t>.</w:t>
      </w:r>
    </w:p>
    <w:p>
      <w:r>
        <w:rPr>
          <w:rFonts w:ascii="Consolas" w:hAnsi="Consolas"/>
          <w:b/>
          <w:color w:val="55604B"/>
        </w:rPr>
        <w:t>Assessment:</w:t>
      </w:r>
      <w:r>
        <w:t xml:space="preserve"> The probe will likely deepen Manila-Beijing friction and harden domestic politics over China policy.</w:t>
      </w:r>
    </w:p>
    <w:p>
      <w:r>
        <w:rPr>
          <w:i/>
        </w:rPr>
        <w:t>Collection gap: no Taiwan MND PLA activity counts, and no in-window reporting for Japan, India or Australia. Yonhap, Kyodo and NHK were blocked.</w:t>
      </w:r>
    </w:p>
    <w:p>
      <w:pPr>
        <w:pStyle w:val="Heading1"/>
      </w:pPr>
      <w:r>
        <w:rPr>
          <w:rFonts w:ascii="Consolas" w:hAnsi="Consolas"/>
          <w:color w:val="FFB000"/>
        </w:rPr>
        <w:t xml:space="preserve">// </w:t>
      </w:r>
      <w:r>
        <w:rPr>
          <w:color w:val="282828"/>
        </w:rPr>
        <w:t>NORTHCOM</w:t>
      </w:r>
    </w:p>
    <w:p>
      <w:r>
        <w:rPr>
          <w:b/>
        </w:rPr>
        <w:t>UNITED STATES: Tropical Depression Nine forecast to become a hurricane and approach the northern Gulf Coast</w:t>
      </w:r>
    </w:p>
    <w:p>
      <w:r>
        <w:t xml:space="preserve">The National Hurricane Center's 2200 CDT 6 Oct advisory placed Tropical Depression Nine about 345 miles west of Progreso, Mexico, with 35 mph winds. It is expected to become a tropical storm early Wednesday and a hurricane Thursday, with no coastal watches yet in effect </w:t>
      </w:r>
      <w:r>
        <w:rPr>
          <w:vertAlign w:val="superscript"/>
        </w:rPr>
        <w:t>[50]</w:t>
      </w:r>
      <w:r>
        <w:t xml:space="preserve">. The forecast discussion calls for a peak near 85 knots and heavy rain from Louisiana to the Florida Panhandle from Friday into the weekend, with watches possible as early as Wednesday </w:t>
      </w:r>
      <w:r>
        <w:rPr>
          <w:vertAlign w:val="superscript"/>
        </w:rPr>
        <w:t>[51]</w:t>
      </w:r>
      <w:r>
        <w:t xml:space="preserve">. Florida's governor declared a state of emergency in 25 Panhandle and Big Bend counties </w:t>
      </w:r>
      <w:r>
        <w:rPr>
          <w:vertAlign w:val="superscript"/>
        </w:rPr>
        <w:t>[52]</w:t>
      </w:r>
      <w:r>
        <w:t>.</w:t>
      </w:r>
    </w:p>
    <w:p>
      <w:r>
        <w:rPr>
          <w:rFonts w:ascii="Consolas" w:hAnsi="Consolas"/>
          <w:b/>
          <w:color w:val="55604B"/>
        </w:rPr>
        <w:t>Assessment:</w:t>
      </w:r>
      <w:r>
        <w:t xml:space="preserve"> A named storm by 7 Oct is very likely, and hurricane strength before landfall is likely. Coastal watches are likely within 24 to 36 hours, with possible effects on Gulf Coast military installations and defense support to civil authorities.</w:t>
      </w:r>
    </w:p>
    <w:p>
      <w:r>
        <w:rPr>
          <w:b/>
        </w:rPr>
        <w:t>MEXICO: Sheinbaum says US-backed police academy in Querétaro lacks federal authorization</w:t>
      </w:r>
    </w:p>
    <w:p>
      <w:r>
        <w:t xml:space="preserve">President Sheinbaum said US participation in state police training requires federal approval through the Foreign Ministry, and that the Querétaro academy, whose cornerstone US Ambassador Johnson laid on 2 Oct, has not been authorized </w:t>
      </w:r>
      <w:r>
        <w:rPr>
          <w:vertAlign w:val="superscript"/>
        </w:rPr>
        <w:t>[53]</w:t>
      </w:r>
      <w:r>
        <w:t xml:space="preserve">. Mexico News Daily compares the case to the CIA's unauthorized role in an April drug-lab raid in Chihuahua </w:t>
      </w:r>
      <w:r>
        <w:rPr>
          <w:vertAlign w:val="superscript"/>
        </w:rPr>
        <w:t>[54]</w:t>
      </w:r>
      <w:r>
        <w:t>.</w:t>
      </w:r>
    </w:p>
    <w:p>
      <w:r>
        <w:rPr>
          <w:rFonts w:ascii="Consolas" w:hAnsi="Consolas"/>
          <w:b/>
          <w:color w:val="55604B"/>
        </w:rPr>
        <w:t>Assessment:</w:t>
      </w:r>
      <w:r>
        <w:t xml:space="preserve"> Friction between the federal government and opposition-run states over direct security ties with the US is likely to grow.</w:t>
      </w:r>
    </w:p>
    <w:p>
      <w:r>
        <w:rPr>
          <w:b/>
        </w:rPr>
        <w:t>MEXICO: Regional CJNG boss "El Tanque" captured in Zapopan</w:t>
      </w:r>
    </w:p>
    <w:p>
      <w:r>
        <w:t xml:space="preserve">Security Secretary García Harfuch announced the arrest of Iván Cazarín Molina, described as the CJNG's regional chief for Veracruz, Oaxaca, Tabasco and Puebla and accused of running a large fuel-theft network </w:t>
      </w:r>
      <w:r>
        <w:rPr>
          <w:vertAlign w:val="superscript"/>
        </w:rPr>
        <w:t>[55]</w:t>
      </w:r>
      <w:r>
        <w:t>.</w:t>
      </w:r>
    </w:p>
    <w:p>
      <w:r>
        <w:rPr>
          <w:rFonts w:ascii="Consolas" w:hAnsi="Consolas"/>
          <w:b/>
          <w:color w:val="55604B"/>
        </w:rPr>
        <w:t>Assessment:</w:t>
      </w:r>
      <w:r>
        <w:t xml:space="preserve"> The arrest will likely disrupt CJNG fuel-theft revenue briefly before a replacement emerges.</w:t>
      </w:r>
    </w:p>
    <w:p>
      <w:r>
        <w:rPr>
          <w:b/>
        </w:rPr>
        <w:t>MEXICO: Cremation site found in Nayarit; more troops for Mazatlán</w:t>
      </w:r>
    </w:p>
    <w:p>
      <w:r>
        <w:t xml:space="preserve">Nayarit's attorney general announced a cremation and "extermination" site in Xalisco municipality, saying "we have another Rancho Izaguirre" </w:t>
      </w:r>
      <w:r>
        <w:rPr>
          <w:vertAlign w:val="superscript"/>
        </w:rPr>
        <w:t>[56]</w:t>
      </w:r>
      <w:r>
        <w:t xml:space="preserve">. In Sinaloa, 29 special-forces soldiers with armored vehicles and drones were placed inside Mazatlán's municipal police </w:t>
      </w:r>
      <w:r>
        <w:rPr>
          <w:vertAlign w:val="superscript"/>
        </w:rPr>
        <w:t>[57]</w:t>
      </w:r>
      <w:r>
        <w:t>.</w:t>
      </w:r>
    </w:p>
    <w:p>
      <w:r>
        <w:rPr>
          <w:rFonts w:ascii="Consolas" w:hAnsi="Consolas"/>
          <w:b/>
          <w:color w:val="55604B"/>
        </w:rPr>
        <w:t>Assessment:</w:t>
      </w:r>
      <w:r>
        <w:t xml:space="preserve"> More such sites are likely to be found as the Sinaloa conflict spills into neighboring states.</w:t>
      </w:r>
    </w:p>
    <w:p>
      <w:r>
        <w:rPr>
          <w:b/>
        </w:rPr>
        <w:t>US / CUBA: US agencies to detail sanctions-evasion scheme sending fuel to Cuba</w:t>
      </w:r>
    </w:p>
    <w:p>
      <w:r>
        <w:t xml:space="preserve">Homeland Security Investigations, CBP and the Commerce Department are due to hold a press conference in Miami on 7 Oct on a scheme to export fuel to Cuba, with 90 shipments seized, according to CiberCuba </w:t>
      </w:r>
      <w:r>
        <w:rPr>
          <w:vertAlign w:val="superscript"/>
        </w:rPr>
        <w:t>[58]</w:t>
      </w:r>
      <w:r>
        <w:t>.</w:t>
      </w:r>
    </w:p>
    <w:p>
      <w:r>
        <w:rPr>
          <w:rFonts w:ascii="Consolas" w:hAnsi="Consolas"/>
          <w:b/>
          <w:color w:val="55604B"/>
        </w:rPr>
        <w:t>Assessment:</w:t>
      </w:r>
      <w:r>
        <w:t xml:space="preserve"> US enforcement against fuel flows to Cuba will very likely keep tightening.</w:t>
      </w:r>
    </w:p>
    <w:p>
      <w:r>
        <w:rPr>
          <w:i/>
        </w:rPr>
        <w:t>Collection gap: the 0400 CDT NHC advisory was not yet available at production time. No NORAD or Arctic items found.</w:t>
      </w:r>
    </w:p>
    <w:p>
      <w:pPr>
        <w:pStyle w:val="Heading1"/>
      </w:pPr>
      <w:r>
        <w:rPr>
          <w:rFonts w:ascii="Consolas" w:hAnsi="Consolas"/>
          <w:color w:val="FFB000"/>
        </w:rPr>
        <w:t xml:space="preserve">// </w:t>
      </w:r>
      <w:r>
        <w:rPr>
          <w:color w:val="282828"/>
        </w:rPr>
        <w:t>SOUTHCOM</w:t>
      </w:r>
    </w:p>
    <w:p>
      <w:r>
        <w:rPr>
          <w:b/>
        </w:rPr>
        <w:t>BRAZIL: Runoff campaigns court the centre; Flávio's camp warns the Supreme Court</w:t>
      </w:r>
    </w:p>
    <w:p>
      <w:r>
        <w:t xml:space="preserve">Both campaigns began negotiations for allies ahead of the 25 Oct runoff, with the PL courting União Brasil, Republicanos and PP and Lula reversing his decision to skip TV debates </w:t>
      </w:r>
      <w:r>
        <w:rPr>
          <w:vertAlign w:val="superscript"/>
        </w:rPr>
        <w:t>[59]</w:t>
      </w:r>
      <w:r>
        <w:t xml:space="preserve">. Flávio Bolsonaro's campaign chief warned that "when a Supreme Court justice commits a crime of responsibility, the Senate will not stay silent," aimed at Justice Moraes </w:t>
      </w:r>
      <w:r>
        <w:rPr>
          <w:vertAlign w:val="superscript"/>
        </w:rPr>
        <w:t>[60]</w:t>
      </w:r>
      <w:r>
        <w:t>.</w:t>
      </w:r>
    </w:p>
    <w:p>
      <w:r>
        <w:rPr>
          <w:rFonts w:ascii="Consolas" w:hAnsi="Consolas"/>
          <w:b/>
          <w:color w:val="55604B"/>
        </w:rPr>
        <w:t>Assessment:</w:t>
      </w:r>
      <w:r>
        <w:t xml:space="preserve"> The runoff is roughly even on available evidence. Talk of removing Moraes will likely strain relations between the courts and the next Congress.</w:t>
      </w:r>
    </w:p>
    <w:p>
      <w:r>
        <w:rPr>
          <w:b/>
        </w:rPr>
        <w:t>VENEZUELA: UN extends fact-finding mission to 2028</w:t>
      </w:r>
    </w:p>
    <w:p>
      <w:r>
        <w:t xml:space="preserve">The UN Human Rights Council renewed the Venezuela fact-finding mission for two years by 25 votes to 5. The mission reports 64 new torture cases since January and an estimated 379 to 500 political detainees </w:t>
      </w:r>
      <w:r>
        <w:rPr>
          <w:vertAlign w:val="superscript"/>
        </w:rPr>
        <w:t>[61]</w:t>
      </w:r>
      <w:r>
        <w:t>.</w:t>
      </w:r>
    </w:p>
    <w:p>
      <w:r>
        <w:rPr>
          <w:rFonts w:ascii="Consolas" w:hAnsi="Consolas"/>
          <w:b/>
          <w:color w:val="55604B"/>
        </w:rPr>
        <w:t>Assessment:</w:t>
      </w:r>
      <w:r>
        <w:t xml:space="preserve"> The renewal is unlikely to change the interim government's behavior in the near term.</w:t>
      </w:r>
    </w:p>
    <w:p>
      <w:r>
        <w:rPr>
          <w:b/>
        </w:rPr>
        <w:t>HAITI: Gang Suppression Force launches operations in Tabarre and Cité Soleil; candidate registration extended again</w:t>
      </w:r>
    </w:p>
    <w:p>
      <w:r>
        <w:t xml:space="preserve">Hundreds of Gang Suppression Force troops deployed to Tabarre on 5 Oct with armored vehicles and helicopters </w:t>
      </w:r>
      <w:r>
        <w:rPr>
          <w:vertAlign w:val="superscript"/>
        </w:rPr>
        <w:t>[62]</w:t>
      </w:r>
      <w:r>
        <w:t xml:space="preserve">, followed by an operation in Cité Soleil </w:t>
      </w:r>
      <w:r>
        <w:rPr>
          <w:vertAlign w:val="superscript"/>
        </w:rPr>
        <w:t>[63]</w:t>
      </w:r>
      <w:r>
        <w:t xml:space="preserve">. The electoral council extended candidate registration to 31 Oct, the third extension in a month </w:t>
      </w:r>
      <w:r>
        <w:rPr>
          <w:vertAlign w:val="superscript"/>
        </w:rPr>
        <w:t>[64]</w:t>
      </w:r>
      <w:r>
        <w:t>.</w:t>
      </w:r>
    </w:p>
    <w:p>
      <w:r>
        <w:rPr>
          <w:rFonts w:ascii="Consolas" w:hAnsi="Consolas"/>
          <w:b/>
          <w:color w:val="55604B"/>
        </w:rPr>
        <w:t>Assessment:</w:t>
      </w:r>
      <w:r>
        <w:t xml:space="preserve"> The 13 Dec first round is very likely to slip. Gang retaliation against civilians is likely as operations expand.</w:t>
      </w:r>
    </w:p>
    <w:p>
      <w:r>
        <w:rPr>
          <w:b/>
        </w:rPr>
        <w:t>COLOMBIA: President vows to defeat "partners of terrorism" at the polls; gunmen fire on Barranquilla prison</w:t>
      </w:r>
    </w:p>
    <w:p>
      <w:r>
        <w:t xml:space="preserve">President De La Espriella said he will defeat "partners of terrorism" in the 2027 regional elections, drawing a sharp reply from former President Petro </w:t>
      </w:r>
      <w:r>
        <w:rPr>
          <w:vertAlign w:val="superscript"/>
        </w:rPr>
        <w:t>[65]</w:t>
      </w:r>
      <w:r>
        <w:t xml:space="preserve">. Gunmen on a motorcycle fired at Barranquilla's Modelo prison minutes after its director arrived, the third such attack this year </w:t>
      </w:r>
      <w:r>
        <w:rPr>
          <w:vertAlign w:val="superscript"/>
        </w:rPr>
        <w:t>[66]</w:t>
      </w:r>
      <w:r>
        <w:t>.</w:t>
      </w:r>
    </w:p>
    <w:p>
      <w:r>
        <w:rPr>
          <w:rFonts w:ascii="Consolas" w:hAnsi="Consolas"/>
          <w:b/>
          <w:color w:val="55604B"/>
        </w:rPr>
        <w:t>Assessment:</w:t>
      </w:r>
      <w:r>
        <w:t xml:space="preserve"> Political polarization is likely to increase, and attacks on prisons by criminal groups on the Caribbean coast will likely continue.</w:t>
      </w:r>
    </w:p>
    <w:p>
      <w:r>
        <w:rPr>
          <w:i/>
        </w:rPr>
        <w:t>Collection gap: no new SOUTHCOM strike confirmed in the window; the official page showed stale content. No in-window Ecuador or Central America reporting.</w:t>
      </w:r>
    </w:p>
    <w:p>
      <w:pPr>
        <w:pStyle w:val="Heading1"/>
      </w:pPr>
      <w:r>
        <w:rPr>
          <w:rFonts w:ascii="Consolas" w:hAnsi="Consolas"/>
          <w:color w:val="FFB000"/>
        </w:rPr>
        <w:t xml:space="preserve">// </w:t>
      </w:r>
      <w:r>
        <w:rPr>
          <w:color w:val="282828"/>
        </w:rPr>
        <w:t>WATCH ITEMS (NEXT 72 HOURS)</w:t>
      </w:r>
    </w:p>
    <w:p>
      <w:pPr>
        <w:pStyle w:val="ListBullet"/>
      </w:pPr>
      <w:r>
        <w:t xml:space="preserve">Tropical Depression Nine: naming, US coastal watches and warnings, and Gulf Coast emergency declarations. </w:t>
      </w:r>
      <w:r>
        <w:rPr>
          <w:vertAlign w:val="superscript"/>
        </w:rPr>
        <w:t>[50]</w:t>
      </w:r>
      <w:r>
        <w:rPr>
          <w:vertAlign w:val="superscript"/>
        </w:rPr>
        <w:t>[51]</w:t>
      </w:r>
    </w:p>
    <w:p>
      <w:pPr>
        <w:pStyle w:val="ListBullet"/>
      </w:pPr>
      <w:r>
        <w:t xml:space="preserve">Bulgaria's national security council decision and any NATO Black Sea measures. </w:t>
      </w:r>
      <w:r>
        <w:rPr>
          <w:vertAlign w:val="superscript"/>
        </w:rPr>
        <w:t>[28]</w:t>
      </w:r>
    </w:p>
    <w:p>
      <w:pPr>
        <w:pStyle w:val="ListBullet"/>
      </w:pPr>
      <w:r>
        <w:t xml:space="preserve">Trump decision on Iran following Vance's enrichment demand. </w:t>
      </w:r>
      <w:r>
        <w:rPr>
          <w:vertAlign w:val="superscript"/>
        </w:rPr>
        <w:t>[17]</w:t>
      </w:r>
    </w:p>
    <w:p>
      <w:pPr>
        <w:pStyle w:val="ListBullet"/>
      </w:pPr>
      <w:r>
        <w:t xml:space="preserve">Further strikes on shipping in Hormuz and Houthi attacks on Saudi and Yemeni airports. </w:t>
      </w:r>
      <w:r>
        <w:rPr>
          <w:vertAlign w:val="superscript"/>
        </w:rPr>
        <w:t>[15]</w:t>
      </w:r>
      <w:r>
        <w:rPr>
          <w:vertAlign w:val="superscript"/>
        </w:rPr>
        <w:t>[11]</w:t>
      </w:r>
    </w:p>
    <w:p>
      <w:pPr>
        <w:pStyle w:val="ListBullet"/>
      </w:pPr>
      <w:r>
        <w:t xml:space="preserve">North Korea's Party Foundation Day on 10 Oct and any incident near DMZ clearance teams. </w:t>
      </w:r>
      <w:r>
        <w:rPr>
          <w:vertAlign w:val="superscript"/>
        </w:rPr>
        <w:t>[41]</w:t>
      </w:r>
    </w:p>
    <w:p>
      <w:pPr>
        <w:pStyle w:val="ListBullet"/>
      </w:pPr>
      <w:r>
        <w:t xml:space="preserve">Separatist or JNIM retaliation around Kidal. </w:t>
      </w:r>
      <w:r>
        <w:rPr>
          <w:vertAlign w:val="superscript"/>
        </w:rPr>
        <w:t>[1]</w:t>
      </w:r>
    </w:p>
    <w:p>
      <w:pPr>
        <w:pStyle w:val="ListBullet"/>
      </w:pPr>
      <w:r>
        <w:t xml:space="preserve">Further Ebola cases among Kenya's traced contacts. </w:t>
      </w:r>
      <w:r>
        <w:rPr>
          <w:vertAlign w:val="superscript"/>
        </w:rPr>
        <w:t>[7]</w:t>
      </w:r>
    </w:p>
    <w:p>
      <w:pPr>
        <w:pStyle w:val="ListBullet"/>
      </w:pPr>
      <w:r>
        <w:t>UK-Israel consulate deadline on 8 Oct.</w:t>
      </w:r>
    </w:p>
    <w:p>
      <w:pPr>
        <w:pStyle w:val="Heading1"/>
      </w:pPr>
      <w:r>
        <w:rPr>
          <w:rFonts w:ascii="Consolas" w:hAnsi="Consolas"/>
          <w:color w:val="FFB000"/>
        </w:rPr>
        <w:t xml:space="preserve">// </w:t>
      </w:r>
      <w:r>
        <w:rPr>
          <w:color w:val="282828"/>
        </w:rPr>
        <w:t>SOURCE SUMMARY STATEMENT</w:t>
      </w:r>
    </w:p>
    <w:p>
      <w:r>
        <w:t>This report draws on 66 open-source items published or updated between 6 and 7 October 2026. They include international wire services (AFP, Reuters) carried by Al Jazeera and Dawn, international and public broadcasters (Al Jazeera, Africanews, Euronews, LRT), regional press in the affected areas (Novinite, Premium Times, Libya Observer, Times of Israel, Naharnet, Shafaq News, Korea Times, NK News, Philippine Star, Infobae, Mexico News Daily, Le Nouvelliste), a think tank (ISW/Critical Threats), and official releases (US National Hurricane Center). Focus Taiwan and Ukrinform are state-owned news agencies; KCNA (DPRK) material is relayed through NK News; Al Jazeera is Qatari state-funded and The National is UAE state-linked. Each is flagged where used. Claims by belligerents and governments (Yemeni combatant tolls, the Somali intelligence agency's claim, Malian and Russian accounts of Kidal) are unverified. Reuters, AP, ISW's own site, BBC, Yonhap, Kyodo and NHK were blocked or unreachable during collection. Coverage gaps include Burkina Faso, Niger, eastern DRC, Syria, Afghanistan, Japan, India and daily PLA activity around Taiwan.</w:t>
      </w:r>
    </w:p>
    <w:p>
      <w:pPr>
        <w:pStyle w:val="Heading1"/>
      </w:pPr>
      <w:r>
        <w:rPr>
          <w:rFonts w:ascii="Consolas" w:hAnsi="Consolas"/>
          <w:color w:val="FFB000"/>
        </w:rPr>
        <w:t xml:space="preserve">// </w:t>
      </w:r>
      <w:r>
        <w:rPr>
          <w:color w:val="282828"/>
        </w:rPr>
        <w:t>ENDNOTES (ICD 206)</w:t>
      </w:r>
    </w:p>
    <w:p>
      <w:r>
        <w:rPr>
          <w:i/>
        </w:rPr>
        <w:t>All sources accessed 07 October 2026. All sources are publicly available reporting.</w:t>
      </w:r>
    </w:p>
    <w:p>
      <w:r>
        <w:rPr>
          <w:b/>
        </w:rPr>
        <w:t>AFRICOM</w:t>
      </w:r>
    </w:p>
    <w:p>
      <w:r>
        <w:rPr>
          <w:sz w:val="17"/>
          <w:vertAlign w:val="superscript"/>
        </w:rPr>
        <w:t>[1]</w:t>
      </w:r>
      <w:r>
        <w:rPr>
          <w:sz w:val="17"/>
        </w:rPr>
        <w:t xml:space="preserve"> AFP and Reuters via Al Jazeera; "Mali's army says it has taken Kidal from Tuareg rebels, with Russia's help"; 06 October 2026, 1746; </w:t>
      </w:r>
      <w:hyperlink r:id="rId10">
        <w:r>
          <w:rPr>
            <w:color w:val="8A5D00"/>
            <w:sz w:val="17"/>
          </w:rPr>
          <w:t xml:space="preserve">https://www.aljazeera.com/news/2026/10/6/tuareg-rebels-withdraw-from-strategic-town-of-kidal-in-northern-mali</w:t>
        </w:r>
      </w:hyperlink>
      <w:r>
        <w:rPr>
          <w:sz w:val="17"/>
        </w:rPr>
        <w:t>; accessed 07 October 2026; Source descriptor: international wire services via Qatari state-funded broadcaster.</w:t>
      </w:r>
    </w:p>
    <w:p>
      <w:r>
        <w:rPr>
          <w:sz w:val="17"/>
          <w:vertAlign w:val="superscript"/>
        </w:rPr>
        <w:t>[2]</w:t>
      </w:r>
      <w:r>
        <w:rPr>
          <w:sz w:val="17"/>
        </w:rPr>
        <w:t xml:space="preserve"> Abubakar Abdulrasheed; Premium Times; "UPDATED: No survivors as Nigeria releases names of crew members, passengers killed in crashed aircraft"; 06 October 2026, 0918 (updated 1153) WAT; </w:t>
      </w:r>
      <w:hyperlink r:id="rId11">
        <w:r>
          <w:rPr>
            <w:color w:val="8A5D00"/>
            <w:sz w:val="17"/>
          </w:rPr>
          <w:t xml:space="preserve">https://www.premiumtimesng.com/news/headlines/914791-updated-no-survivors-as-nigeria-releases-names-of-crew-members-passengers-killed-in-crashed-aircraft.html</w:t>
        </w:r>
      </w:hyperlink>
      <w:r>
        <w:rPr>
          <w:sz w:val="17"/>
        </w:rPr>
        <w:t>; accessed 07 October 2026; Source descriptor: national independent press.</w:t>
      </w:r>
    </w:p>
    <w:p>
      <w:r>
        <w:rPr>
          <w:sz w:val="17"/>
          <w:vertAlign w:val="superscript"/>
        </w:rPr>
        <w:t>[3]</w:t>
      </w:r>
      <w:r>
        <w:rPr>
          <w:sz w:val="17"/>
        </w:rPr>
        <w:t xml:space="preserve"> Oluwole Josiah; Premium Times; "Military Aircraft Crash: Ondo govt explains difficulty in rescue operation, recovering victims' bodies"; 06 October 2026, 1715 UTC; </w:t>
      </w:r>
      <w:hyperlink r:id="rId12">
        <w:r>
          <w:rPr>
            <w:color w:val="8A5D00"/>
            <w:sz w:val="17"/>
          </w:rPr>
          <w:t xml:space="preserve">https://www.premiumtimesng.com/news/more-news/915046-military-aircraft-crash-ondo-govt-explains-difficulty-in-rescue-operation-recovering-victims-bodies.html</w:t>
        </w:r>
      </w:hyperlink>
      <w:r>
        <w:rPr>
          <w:sz w:val="17"/>
        </w:rPr>
        <w:t>; accessed 07 October 2026; Source descriptor: national independent press.</w:t>
      </w:r>
    </w:p>
    <w:p>
      <w:r>
        <w:rPr>
          <w:sz w:val="17"/>
          <w:vertAlign w:val="superscript"/>
        </w:rPr>
        <w:t>[4]</w:t>
      </w:r>
      <w:r>
        <w:rPr>
          <w:sz w:val="17"/>
        </w:rPr>
        <w:t xml:space="preserve"> Africanews; "Nigeria air force lowers plane crash toll to 25, civilians among victims"; 06 October 2026, 1322; </w:t>
      </w:r>
      <w:hyperlink r:id="rId13">
        <w:r>
          <w:rPr>
            <w:color w:val="8A5D00"/>
            <w:sz w:val="17"/>
          </w:rPr>
          <w:t xml:space="preserve">https://www.africanews.com/2026/10/06/nigeria-air-force-lowers-plane-crash-toll-to-25-civilians-among-victims/</w:t>
        </w:r>
      </w:hyperlink>
      <w:r>
        <w:rPr>
          <w:sz w:val="17"/>
        </w:rPr>
        <w:t>; accessed 07 October 2026; Source descriptor: pan-African broadcaster.</w:t>
      </w:r>
    </w:p>
    <w:p>
      <w:r>
        <w:rPr>
          <w:sz w:val="17"/>
          <w:vertAlign w:val="superscript"/>
        </w:rPr>
        <w:t>[5]</w:t>
      </w:r>
      <w:r>
        <w:rPr>
          <w:sz w:val="17"/>
        </w:rPr>
        <w:t xml:space="preserve"> Abdulkader Assad; The Libya Observer; "Al-Saleheen Abdulnabi Al-Obeidi selected by MPs as new House speaker, replacing Aqila Saleh"; 06 October 2026, 2006 local; </w:t>
      </w:r>
      <w:hyperlink r:id="rId14">
        <w:r>
          <w:rPr>
            <w:color w:val="8A5D00"/>
            <w:sz w:val="17"/>
          </w:rPr>
          <w:t xml:space="preserve">https://libyaobserver.ly/news/al-saleheen-abdulnabi-al-obeidi-selected-mps-new-house-speaker-replacing-aqila-saleh</w:t>
        </w:r>
      </w:hyperlink>
      <w:r>
        <w:rPr>
          <w:sz w:val="17"/>
        </w:rPr>
        <w:t>; accessed 07 October 2026; Source descriptor: regional press, generally aligned with western Libya.</w:t>
      </w:r>
    </w:p>
    <w:p>
      <w:r>
        <w:rPr>
          <w:sz w:val="17"/>
          <w:vertAlign w:val="superscript"/>
        </w:rPr>
        <w:t>[6]</w:t>
      </w:r>
      <w:r>
        <w:rPr>
          <w:sz w:val="17"/>
        </w:rPr>
        <w:t xml:space="preserve"> Al Jazeera Staff and Anadolu; Al Jazeera; "Sudan's al-Burhan rejects talks, vows to retake all territory from RSF"; 07 October 2026, 0026 UTC; </w:t>
      </w:r>
      <w:hyperlink r:id="rId15">
        <w:r>
          <w:rPr>
            <w:color w:val="8A5D00"/>
            <w:sz w:val="17"/>
          </w:rPr>
          <w:t xml:space="preserve">https://www.aljazeera.com/news/2026/10/7/sudans-al-burhan-rejects-talks-vows-to-retake-all-territory-from-rsf</w:t>
        </w:r>
      </w:hyperlink>
      <w:r>
        <w:rPr>
          <w:sz w:val="17"/>
        </w:rPr>
        <w:t>; accessed 07 October 2026; Source descriptor: international broadcaster, Qatari state-funded, with Turkish state wire input.</w:t>
      </w:r>
    </w:p>
    <w:p>
      <w:r>
        <w:rPr>
          <w:sz w:val="17"/>
          <w:vertAlign w:val="superscript"/>
        </w:rPr>
        <w:t>[7]</w:t>
      </w:r>
      <w:r>
        <w:rPr>
          <w:sz w:val="17"/>
        </w:rPr>
        <w:t xml:space="preserve"> AFP and Reuters via Al Jazeera; "Kenya confirms first Ebola case as man dies in Nairobi after DRC return"; 06 October 2026, 1700 UTC (updated 1850 UTC); </w:t>
      </w:r>
      <w:hyperlink r:id="rId16">
        <w:r>
          <w:rPr>
            <w:color w:val="8A5D00"/>
            <w:sz w:val="17"/>
          </w:rPr>
          <w:t xml:space="preserve">https://www.aljazeera.com/news/2026/10/6/kenya-confirms-first-ebola-case-after-patient-from-dr-congo-dies-in-nairobi</w:t>
        </w:r>
      </w:hyperlink>
      <w:r>
        <w:rPr>
          <w:sz w:val="17"/>
        </w:rPr>
        <w:t>; accessed 07 October 2026; Source descriptor: international wire services via Qatari state-funded broadcaster.</w:t>
      </w:r>
    </w:p>
    <w:p>
      <w:r>
        <w:rPr>
          <w:sz w:val="17"/>
          <w:vertAlign w:val="superscript"/>
        </w:rPr>
        <w:t>[8]</w:t>
      </w:r>
      <w:r>
        <w:rPr>
          <w:sz w:val="17"/>
        </w:rPr>
        <w:t xml:space="preserve"> Africanews; "Renewed violence in Ethiopia's Tigray leaves dozens of children wounded"; 06 October 2026, 1654; </w:t>
      </w:r>
      <w:hyperlink r:id="rId17">
        <w:r>
          <w:rPr>
            <w:color w:val="8A5D00"/>
            <w:sz w:val="17"/>
          </w:rPr>
          <w:t xml:space="preserve">https://www.africanews.com/2026/10/06/renewed-violence-in-ethiopias-tigray-leaves-dozens-of-children-wounded/</w:t>
        </w:r>
      </w:hyperlink>
      <w:r>
        <w:rPr>
          <w:sz w:val="17"/>
        </w:rPr>
        <w:t>; accessed 07 October 2026; Source descriptor: pan-African broadcaster.</w:t>
      </w:r>
    </w:p>
    <w:p>
      <w:r>
        <w:rPr>
          <w:sz w:val="17"/>
          <w:vertAlign w:val="superscript"/>
        </w:rPr>
        <w:t>[9]</w:t>
      </w:r>
      <w:r>
        <w:rPr>
          <w:sz w:val="17"/>
        </w:rPr>
        <w:t xml:space="preserve"> Africanews; "Tigray violence drives risk of Ethiopia-Eritrea war, analyst says"; 06 October 2026, 1214; </w:t>
      </w:r>
      <w:hyperlink r:id="rId18">
        <w:r>
          <w:rPr>
            <w:color w:val="8A5D00"/>
            <w:sz w:val="17"/>
          </w:rPr>
          <w:t xml:space="preserve">https://www.africanews.com/2026/10/06/tigray-violence-drives-risk-of-ethiopia-eritrea-war-analyst-says/</w:t>
        </w:r>
      </w:hyperlink>
      <w:r>
        <w:rPr>
          <w:sz w:val="17"/>
        </w:rPr>
        <w:t>; accessed 07 October 2026; Source descriptor: pan-African broadcaster.</w:t>
      </w:r>
    </w:p>
    <w:p>
      <w:r>
        <w:rPr>
          <w:sz w:val="17"/>
          <w:vertAlign w:val="superscript"/>
        </w:rPr>
        <w:t>[10]</w:t>
      </w:r>
      <w:r>
        <w:rPr>
          <w:sz w:val="17"/>
        </w:rPr>
        <w:t xml:space="preserve"> Hanad Abdi; Dawan Africa; "Somalia Says Operation in Jilib Killed Former Al-Shabaab Security Chief"; 06 October 2026; </w:t>
      </w:r>
      <w:hyperlink r:id="rId19">
        <w:r>
          <w:rPr>
            <w:color w:val="8A5D00"/>
            <w:sz w:val="17"/>
          </w:rPr>
          <w:t xml:space="preserve">https://www.dawan.africa/news/somalia-says-operation-in-jilib-killed-former-al-shabaab-security-chief</w:t>
        </w:r>
      </w:hyperlink>
      <w:r>
        <w:rPr>
          <w:sz w:val="17"/>
        </w:rPr>
        <w:t>; accessed 07 October 2026; Source descriptor: regional press reporting an official government claim.</w:t>
      </w:r>
    </w:p>
    <w:p>
      <w:r>
        <w:rPr>
          <w:b/>
        </w:rPr>
        <w:t>CENTCOM</w:t>
      </w:r>
    </w:p>
    <w:p>
      <w:r>
        <w:rPr>
          <w:sz w:val="17"/>
          <w:vertAlign w:val="superscript"/>
        </w:rPr>
        <w:t>[11]</w:t>
      </w:r>
      <w:r>
        <w:rPr>
          <w:sz w:val="17"/>
        </w:rPr>
        <w:t xml:space="preserve"> Heba Habib, Shola Lawal and Mariem Bah; Al Jazeera; "Iran war live: Houthis attack Aden airport; missile downed near Riyadh" (liveblog); 07 October 2026; </w:t>
      </w:r>
      <w:hyperlink r:id="rId20">
        <w:r>
          <w:rPr>
            <w:color w:val="8A5D00"/>
            <w:sz w:val="17"/>
          </w:rPr>
          <w:t xml:space="preserve">https://www.aljazeera.com/news/liveblog/2026/10/7/iran-war-live-yemen-forces-claim-control-over-strategic-taiz-mountain-peak</w:t>
        </w:r>
      </w:hyperlink>
      <w:r>
        <w:rPr>
          <w:sz w:val="17"/>
        </w:rPr>
        <w:t>; accessed 07 October 2026; Source descriptor: international broadcaster, Qatari state-funded (live blog).</w:t>
      </w:r>
    </w:p>
    <w:p>
      <w:r>
        <w:rPr>
          <w:sz w:val="17"/>
          <w:vertAlign w:val="superscript"/>
        </w:rPr>
        <w:t>[12]</w:t>
      </w:r>
      <w:r>
        <w:rPr>
          <w:sz w:val="17"/>
        </w:rPr>
        <w:t xml:space="preserve"> The National; "Middle East latest: Houthis claim dawn drone and missile strikes on Saudi and Yemeni airports" (live page); 07 October 2026, 0357 UTC; </w:t>
      </w:r>
      <w:hyperlink r:id="rId21">
        <w:r>
          <w:rPr>
            <w:color w:val="8A5D00"/>
            <w:sz w:val="17"/>
          </w:rPr>
          <w:t xml:space="preserve">https://www.thenationalnews.com/news/mena/2026/10/06/live-iran-war-yemen-houthis-latest/</w:t>
        </w:r>
      </w:hyperlink>
      <w:r>
        <w:rPr>
          <w:sz w:val="17"/>
        </w:rPr>
        <w:t>; accessed 07 October 2026; Source descriptor: regional press, UAE state-linked ownership (live page).</w:t>
      </w:r>
    </w:p>
    <w:p>
      <w:r>
        <w:rPr>
          <w:sz w:val="17"/>
          <w:vertAlign w:val="superscript"/>
        </w:rPr>
        <w:t>[13]</w:t>
      </w:r>
      <w:r>
        <w:rPr>
          <w:sz w:val="17"/>
        </w:rPr>
        <w:t xml:space="preserve"> Agencies via Dawn; "Heavy losses reported as Yemen fighting escalates"; 07 October 2026, 0701 PKT; </w:t>
      </w:r>
      <w:hyperlink r:id="rId22">
        <w:r>
          <w:rPr>
            <w:color w:val="8A5D00"/>
            <w:sz w:val="17"/>
          </w:rPr>
          <w:t xml:space="preserve">https://www.dawn.com/news/2035312/heavy-losses-reported-as-yemen-fighting-escalates</w:t>
        </w:r>
      </w:hyperlink>
      <w:r>
        <w:rPr>
          <w:sz w:val="17"/>
        </w:rPr>
        <w:t>; accessed 07 October 2026; Source descriptor: international wire services via national press.</w:t>
      </w:r>
    </w:p>
    <w:p>
      <w:r>
        <w:rPr>
          <w:sz w:val="17"/>
          <w:vertAlign w:val="superscript"/>
        </w:rPr>
        <w:t>[14]</w:t>
      </w:r>
      <w:r>
        <w:rPr>
          <w:sz w:val="17"/>
        </w:rPr>
        <w:t xml:space="preserve"> William Doran, Carolyn Moorman, Ben Rezaei, Adham Fattah and Annika Ganzeveld; Institute for the Study of War / Critical Threats; "Iran Update, October 6, 2026"; 06 October 2026, data as of 1400 ET; </w:t>
      </w:r>
      <w:hyperlink r:id="rId23">
        <w:r>
          <w:rPr>
            <w:color w:val="8A5D00"/>
            <w:sz w:val="17"/>
          </w:rPr>
          <w:t xml:space="preserve">https://www.criticalthreats.org/analysis/iran-update-october-6-2026</w:t>
        </w:r>
      </w:hyperlink>
      <w:r>
        <w:rPr>
          <w:sz w:val="17"/>
        </w:rPr>
        <w:t>; accessed 07 October 2026; Source descriptor: think tank.</w:t>
      </w:r>
    </w:p>
    <w:p>
      <w:r>
        <w:rPr>
          <w:sz w:val="17"/>
          <w:vertAlign w:val="superscript"/>
        </w:rPr>
        <w:t>[15]</w:t>
      </w:r>
      <w:r>
        <w:rPr>
          <w:sz w:val="17"/>
        </w:rPr>
        <w:t xml:space="preserve"> The National; "India condemns strike on oil tanker owned by Dubai company in Strait of Hormuz"; 06 October 2026, 1605 UTC; </w:t>
      </w:r>
      <w:hyperlink r:id="rId24">
        <w:r>
          <w:rPr>
            <w:color w:val="8A5D00"/>
            <w:sz w:val="17"/>
          </w:rPr>
          <w:t xml:space="preserve">https://www.thenationalnews.com/news/uae/2026/10/06/india-condemns-strike-on-oil-tanker-owned-by-dubai-company-in-strait-of-hormuz/</w:t>
        </w:r>
      </w:hyperlink>
      <w:r>
        <w:rPr>
          <w:sz w:val="17"/>
        </w:rPr>
        <w:t>; accessed 07 October 2026; Source descriptor: regional press, UAE state-linked ownership.</w:t>
      </w:r>
    </w:p>
    <w:p>
      <w:r>
        <w:rPr>
          <w:sz w:val="17"/>
          <w:vertAlign w:val="superscript"/>
        </w:rPr>
        <w:t>[16]</w:t>
      </w:r>
      <w:r>
        <w:rPr>
          <w:sz w:val="17"/>
        </w:rPr>
        <w:t xml:space="preserve"> Al Jazeera Staff and AFP; Al Jazeera; "Oman evacuates injured crew from attacked tanker in Strait of Hormuz"; 07 October 2026; </w:t>
      </w:r>
      <w:hyperlink r:id="rId25">
        <w:r>
          <w:rPr>
            <w:color w:val="8A5D00"/>
            <w:sz w:val="17"/>
          </w:rPr>
          <w:t xml:space="preserve">https://www.aljazeera.com/news/2026/10/7/oman-evacuates-injured-crew-from-attacked-tanker-in-strait-of-hormuz</w:t>
        </w:r>
      </w:hyperlink>
      <w:r>
        <w:rPr>
          <w:sz w:val="17"/>
        </w:rPr>
        <w:t>; accessed 07 October 2026; Source descriptor: international broadcaster, Qatari state-funded, with wire input.</w:t>
      </w:r>
    </w:p>
    <w:p>
      <w:r>
        <w:rPr>
          <w:sz w:val="17"/>
          <w:vertAlign w:val="superscript"/>
        </w:rPr>
        <w:t>[17]</w:t>
      </w:r>
      <w:r>
        <w:rPr>
          <w:sz w:val="17"/>
        </w:rPr>
        <w:t xml:space="preserve"> Reuters via Dawn; "US vice president Vance says Iran must cut enrichment to end war"; 07 October 2026, 0901 PKT; </w:t>
      </w:r>
      <w:hyperlink r:id="rId26">
        <w:r>
          <w:rPr>
            <w:color w:val="8A5D00"/>
            <w:sz w:val="17"/>
          </w:rPr>
          <w:t xml:space="preserve">https://www.dawn.com/news/2035354/us-vice-president-vance-says-iran-must-cut-enrichment-to-end-war</w:t>
        </w:r>
      </w:hyperlink>
      <w:r>
        <w:rPr>
          <w:sz w:val="17"/>
        </w:rPr>
        <w:t>; accessed 07 October 2026; Source descriptor: international wire service (syndicated).</w:t>
      </w:r>
    </w:p>
    <w:p>
      <w:r>
        <w:rPr>
          <w:sz w:val="17"/>
          <w:vertAlign w:val="superscript"/>
        </w:rPr>
        <w:t>[18]</w:t>
      </w:r>
      <w:r>
        <w:rPr>
          <w:sz w:val="17"/>
        </w:rPr>
        <w:t xml:space="preserve"> Emanuel Fabian and AFP; Times of Israel; "Satellite photos show 'significant' renewed activity at Iranian nuclear site bombed by IDF — report"; 06 October 2026; </w:t>
      </w:r>
      <w:hyperlink r:id="rId27">
        <w:r>
          <w:rPr>
            <w:color w:val="8A5D00"/>
            <w:sz w:val="17"/>
          </w:rPr>
          <w:t xml:space="preserve">https://www.timesofisrael.com/satellite-photos-show-significant-renewed-activity-at-iranian-nuclear-site-bombed-by-idf-report/</w:t>
        </w:r>
      </w:hyperlink>
      <w:r>
        <w:rPr>
          <w:sz w:val="17"/>
        </w:rPr>
        <w:t>; accessed 07 October 2026; Source descriptor: regional press citing think-tank imagery analysis.</w:t>
      </w:r>
    </w:p>
    <w:p>
      <w:r>
        <w:rPr>
          <w:sz w:val="17"/>
          <w:vertAlign w:val="superscript"/>
        </w:rPr>
        <w:t>[19]</w:t>
      </w:r>
      <w:r>
        <w:rPr>
          <w:sz w:val="17"/>
        </w:rPr>
        <w:t xml:space="preserve"> Rasol Alhaei and Rached El-Moctar; Al Jazeera; "What new measures is Iran taking to counter US economic pressure?"; 06 October 2026; </w:t>
      </w:r>
      <w:hyperlink r:id="rId28">
        <w:r>
          <w:rPr>
            <w:color w:val="8A5D00"/>
            <w:sz w:val="17"/>
          </w:rPr>
          <w:t xml:space="preserve">https://www.aljazeera.com/news/2026/10/6/what-new-measures-is-iran-taking-to-counter-us-economic-pressure</w:t>
        </w:r>
      </w:hyperlink>
      <w:r>
        <w:rPr>
          <w:sz w:val="17"/>
        </w:rPr>
        <w:t>; accessed 07 October 2026; Source descriptor: international broadcaster, Qatari state-funded (analysis).</w:t>
      </w:r>
    </w:p>
    <w:p>
      <w:r>
        <w:rPr>
          <w:sz w:val="17"/>
          <w:vertAlign w:val="superscript"/>
        </w:rPr>
        <w:t>[20]</w:t>
      </w:r>
      <w:r>
        <w:rPr>
          <w:sz w:val="17"/>
        </w:rPr>
        <w:t xml:space="preserve"> Times of Israel; "Israel marks 3 years since Oct. 7" (liveblog); 07 October 2026, entries 0746–1143 IDT; </w:t>
      </w:r>
      <w:hyperlink r:id="rId29">
        <w:r>
          <w:rPr>
            <w:color w:val="8A5D00"/>
            <w:sz w:val="17"/>
          </w:rPr>
          <w:t xml:space="preserve">https://www.timesofisrael.com/liveblog-october-07-2026/</w:t>
        </w:r>
      </w:hyperlink>
      <w:r>
        <w:rPr>
          <w:sz w:val="17"/>
        </w:rPr>
        <w:t>; accessed 07 October 2026; Source descriptor: regional press (live blog).</w:t>
      </w:r>
    </w:p>
    <w:p>
      <w:r>
        <w:rPr>
          <w:sz w:val="17"/>
          <w:vertAlign w:val="superscript"/>
        </w:rPr>
        <w:t>[21]</w:t>
      </w:r>
      <w:r>
        <w:rPr>
          <w:sz w:val="17"/>
        </w:rPr>
        <w:t xml:space="preserve"> Lazar Berman, Emanuel Fabian and ToI Staff; Times of Israel; "National Security Council warns Iran could attack Israel, Jews on Oct. 7 anniversary"; 06 October 2026, 2132 IDT; </w:t>
      </w:r>
      <w:hyperlink r:id="rId30">
        <w:r>
          <w:rPr>
            <w:color w:val="8A5D00"/>
            <w:sz w:val="17"/>
          </w:rPr>
          <w:t xml:space="preserve">https://www.timesofisrael.com/national-security-council-warns-iran-could-attack-israel-jews-on-oct-7-anniversary/</w:t>
        </w:r>
      </w:hyperlink>
      <w:r>
        <w:rPr>
          <w:sz w:val="17"/>
        </w:rPr>
        <w:t>; accessed 07 October 2026; Source descriptor: regional press.</w:t>
      </w:r>
    </w:p>
    <w:p>
      <w:r>
        <w:rPr>
          <w:sz w:val="17"/>
          <w:vertAlign w:val="superscript"/>
        </w:rPr>
        <w:t>[22]</w:t>
      </w:r>
      <w:r>
        <w:rPr>
          <w:sz w:val="17"/>
        </w:rPr>
        <w:t xml:space="preserve"> Naharnet Newsdesk; Naharnet; "Qassem says Israel's withdrawal is the 'only solution'"; 06 October 2026, 1750 UTC; </w:t>
      </w:r>
      <w:hyperlink r:id="rId31">
        <w:r>
          <w:rPr>
            <w:color w:val="8A5D00"/>
            <w:sz w:val="17"/>
          </w:rPr>
          <w:t xml:space="preserve">https://www.naharnet.com/stories/en/322946-qassem-says-israel-s-withdrawal-is-the-only-solution</w:t>
        </w:r>
      </w:hyperlink>
      <w:r>
        <w:rPr>
          <w:sz w:val="17"/>
        </w:rPr>
        <w:t>; accessed 07 October 2026; Source descriptor: regional press.</w:t>
      </w:r>
    </w:p>
    <w:p>
      <w:r>
        <w:rPr>
          <w:sz w:val="17"/>
          <w:vertAlign w:val="superscript"/>
        </w:rPr>
        <w:t>[23]</w:t>
      </w:r>
      <w:r>
        <w:rPr>
          <w:sz w:val="17"/>
        </w:rPr>
        <w:t xml:space="preserve"> Naharnet Newsdesk; Naharnet; "Tampa talks to focus on 'verifiable security arrangements'"; 06 October 2026, 1320 UTC; </w:t>
      </w:r>
      <w:hyperlink r:id="rId32">
        <w:r>
          <w:rPr>
            <w:color w:val="8A5D00"/>
            <w:sz w:val="17"/>
          </w:rPr>
          <w:t xml:space="preserve">https://www.naharnet.com/stories/en/322934-tampa-talks-to-focus-on-verifiable-security-arrangements</w:t>
        </w:r>
      </w:hyperlink>
      <w:r>
        <w:rPr>
          <w:sz w:val="17"/>
        </w:rPr>
        <w:t>; accessed 07 October 2026; Source descriptor: regional press citing media reports.</w:t>
      </w:r>
    </w:p>
    <w:p>
      <w:r>
        <w:rPr>
          <w:sz w:val="17"/>
          <w:vertAlign w:val="superscript"/>
        </w:rPr>
        <w:t>[24]</w:t>
      </w:r>
      <w:r>
        <w:rPr>
          <w:sz w:val="17"/>
        </w:rPr>
        <w:t xml:space="preserve"> Shafaq News; "ISIS claims responsibility for Kirkuk attack"; 06 October 2026, 2054 UTC; </w:t>
      </w:r>
      <w:hyperlink r:id="rId33">
        <w:r>
          <w:rPr>
            <w:color w:val="8A5D00"/>
            <w:sz w:val="17"/>
          </w:rPr>
          <w:t xml:space="preserve">https://www.shafaq.com/en/Security/ISIS-claims-responsibility-for-Kirkuk-attack-7</w:t>
        </w:r>
      </w:hyperlink>
      <w:r>
        <w:rPr>
          <w:sz w:val="17"/>
        </w:rPr>
        <w:t>; accessed 07 October 2026; Source descriptor: regional press.</w:t>
      </w:r>
    </w:p>
    <w:p>
      <w:r>
        <w:rPr>
          <w:sz w:val="17"/>
          <w:vertAlign w:val="superscript"/>
        </w:rPr>
        <w:t>[25]</w:t>
      </w:r>
      <w:r>
        <w:rPr>
          <w:sz w:val="17"/>
        </w:rPr>
        <w:t xml:space="preserve"> Shafaq News; "ISIS attacks PMF position in Kirkuk's Hawija"; 06 October 2026, 1927 UTC; </w:t>
      </w:r>
      <w:hyperlink r:id="rId34">
        <w:r>
          <w:rPr>
            <w:color w:val="8A5D00"/>
            <w:sz w:val="17"/>
          </w:rPr>
          <w:t xml:space="preserve">https://www.shafaq.com/en/Security/ISIS-attacks-PMF-position-in-Kirkuk-s-Hawija</w:t>
        </w:r>
      </w:hyperlink>
      <w:r>
        <w:rPr>
          <w:sz w:val="17"/>
        </w:rPr>
        <w:t>; accessed 07 October 2026; Source descriptor: regional press.</w:t>
      </w:r>
    </w:p>
    <w:p>
      <w:r>
        <w:rPr>
          <w:sz w:val="17"/>
          <w:vertAlign w:val="superscript"/>
        </w:rPr>
        <w:t>[26]</w:t>
      </w:r>
      <w:r>
        <w:rPr>
          <w:sz w:val="17"/>
        </w:rPr>
        <w:t xml:space="preserve"> News Desk; Dawn; "Pakistan successfully tests launch of extended-range Fatah-IV cruise missile: ISPR"; 06 October 2026, 2036 PKT; </w:t>
      </w:r>
      <w:hyperlink r:id="rId35">
        <w:r>
          <w:rPr>
            <w:color w:val="8A5D00"/>
            <w:sz w:val="17"/>
          </w:rPr>
          <w:t xml:space="preserve">https://www.dawn.com/news/2035197/pakistan-successfully-tests-launch-of-extended-range-fatah-iv-cruise-missile-ispr</w:t>
        </w:r>
      </w:hyperlink>
      <w:r>
        <w:rPr>
          <w:sz w:val="17"/>
        </w:rPr>
        <w:t>; accessed 07 October 2026; Source descriptor: national press relaying an official military release.</w:t>
      </w:r>
    </w:p>
    <w:p>
      <w:r>
        <w:rPr>
          <w:b/>
        </w:rPr>
        <w:t>EUCOM</w:t>
      </w:r>
    </w:p>
    <w:p>
      <w:r>
        <w:rPr>
          <w:sz w:val="17"/>
          <w:vertAlign w:val="superscript"/>
        </w:rPr>
        <w:t>[27]</w:t>
      </w:r>
      <w:r>
        <w:rPr>
          <w:sz w:val="17"/>
        </w:rPr>
        <w:t xml:space="preserve"> Novinite; "Bulgaria Deploys Helicopters and Su-25 in Search for Black Sea Survivors"; 06 October 2026, 1221 EEST; </w:t>
      </w:r>
      <w:hyperlink r:id="rId36">
        <w:r>
          <w:rPr>
            <w:color w:val="8A5D00"/>
            <w:sz w:val="17"/>
          </w:rPr>
          <w:t xml:space="preserve">https://www.novinite.com/articles/240904/</w:t>
        </w:r>
      </w:hyperlink>
      <w:r>
        <w:rPr>
          <w:sz w:val="17"/>
        </w:rPr>
        <w:t>; accessed 07 October 2026; Source descriptor: national English-language press.</w:t>
      </w:r>
    </w:p>
    <w:p>
      <w:r>
        <w:rPr>
          <w:sz w:val="17"/>
          <w:vertAlign w:val="superscript"/>
        </w:rPr>
        <w:t>[28]</w:t>
      </w:r>
      <w:r>
        <w:rPr>
          <w:sz w:val="17"/>
        </w:rPr>
        <w:t xml:space="preserve"> Novinite; "Bulgaria's President Calls Security Council Meeting After Black Sea Drone Attacks"; 06 October 2026, 1544 EEST; </w:t>
      </w:r>
      <w:hyperlink r:id="rId37">
        <w:r>
          <w:rPr>
            <w:color w:val="8A5D00"/>
            <w:sz w:val="17"/>
          </w:rPr>
          <w:t xml:space="preserve">https://www.novinite.com/articles/240913/</w:t>
        </w:r>
      </w:hyperlink>
      <w:r>
        <w:rPr>
          <w:sz w:val="17"/>
        </w:rPr>
        <w:t>; accessed 07 October 2026; Source descriptor: national English-language press.</w:t>
      </w:r>
    </w:p>
    <w:p>
      <w:r>
        <w:rPr>
          <w:sz w:val="17"/>
          <w:vertAlign w:val="superscript"/>
        </w:rPr>
        <w:t>[29]</w:t>
      </w:r>
      <w:r>
        <w:rPr>
          <w:sz w:val="17"/>
        </w:rPr>
        <w:t xml:space="preserve"> Novinite; "Foreign Minister: Drone Attack on Ships in Bulgaria's EEZ Is a Threat to European Security"; 06 October 2026, 1727 EEST; </w:t>
      </w:r>
      <w:hyperlink r:id="rId38">
        <w:r>
          <w:rPr>
            <w:color w:val="8A5D00"/>
            <w:sz w:val="17"/>
          </w:rPr>
          <w:t xml:space="preserve">https://www.novinite.com/articles/240920/</w:t>
        </w:r>
      </w:hyperlink>
      <w:r>
        <w:rPr>
          <w:sz w:val="17"/>
        </w:rPr>
        <w:t>; accessed 07 October 2026; Source descriptor: national English-language press.</w:t>
      </w:r>
    </w:p>
    <w:p>
      <w:r>
        <w:rPr>
          <w:sz w:val="17"/>
          <w:vertAlign w:val="superscript"/>
        </w:rPr>
        <w:t>[30]</w:t>
      </w:r>
      <w:r>
        <w:rPr>
          <w:sz w:val="17"/>
        </w:rPr>
        <w:t xml:space="preserve"> Olha Katsimon; LIGA.net; "Zelenskyy: Russia wants to make the western Black Sea unfit for navigation"; 06 October 2026, 2041; </w:t>
      </w:r>
      <w:hyperlink r:id="rId39">
        <w:r>
          <w:rPr>
            <w:color w:val="8A5D00"/>
            <w:sz w:val="17"/>
          </w:rPr>
          <w:t xml:space="preserve">https://news.liga.net/en/war/news/zelenskyy-russia-wants-to-make-the-western-black-sea-unfit-for-navigation</w:t>
        </w:r>
      </w:hyperlink>
      <w:r>
        <w:rPr>
          <w:sz w:val="17"/>
        </w:rPr>
        <w:t>; accessed 07 October 2026; Source descriptor: regional press.</w:t>
      </w:r>
    </w:p>
    <w:p>
      <w:r>
        <w:rPr>
          <w:sz w:val="17"/>
          <w:vertAlign w:val="superscript"/>
        </w:rPr>
        <w:t>[31]</w:t>
      </w:r>
      <w:r>
        <w:rPr>
          <w:sz w:val="17"/>
        </w:rPr>
        <w:t xml:space="preserve"> AFP and Reuters via Al Jazeera; "At least two killed in Kyiv as Russia launches 'massive' attack on Ukraine"; 07 October 2026, 0619 UTC; </w:t>
      </w:r>
      <w:hyperlink r:id="rId40">
        <w:r>
          <w:rPr>
            <w:color w:val="8A5D00"/>
            <w:sz w:val="17"/>
          </w:rPr>
          <w:t xml:space="preserve">https://www.aljazeera.com/news/2026/10/7/at-least-two-killed-in-kyiv-as-russia-launches-massive-attack-on-ukraine</w:t>
        </w:r>
      </w:hyperlink>
      <w:r>
        <w:rPr>
          <w:sz w:val="17"/>
        </w:rPr>
        <w:t>; accessed 07 October 2026; Source descriptor: international wire services via Qatari state-funded broadcaster.</w:t>
      </w:r>
    </w:p>
    <w:p>
      <w:r>
        <w:rPr>
          <w:sz w:val="17"/>
          <w:vertAlign w:val="superscript"/>
        </w:rPr>
        <w:t>[32]</w:t>
      </w:r>
      <w:r>
        <w:rPr>
          <w:sz w:val="17"/>
        </w:rPr>
        <w:t xml:space="preserve"> Ukrinform; "Russian missile hits apartment block in Pryluky, casualties reported"; 07 October 2026, 0919 Kyiv time; </w:t>
      </w:r>
      <w:hyperlink r:id="rId41">
        <w:r>
          <w:rPr>
            <w:color w:val="8A5D00"/>
            <w:sz w:val="17"/>
          </w:rPr>
          <w:t xml:space="preserve">https://www.ukrinform.net/rubric-ato/4171788-russian-missile-hits-apartment-block-in-pryluky-casualties-reported.html</w:t>
        </w:r>
      </w:hyperlink>
      <w:r>
        <w:rPr>
          <w:sz w:val="17"/>
        </w:rPr>
        <w:t>; accessed 07 October 2026; Source descriptor: state-owned news agency (Ukraine).</w:t>
      </w:r>
    </w:p>
    <w:p>
      <w:r>
        <w:rPr>
          <w:sz w:val="17"/>
          <w:vertAlign w:val="superscript"/>
        </w:rPr>
        <w:t>[33]</w:t>
      </w:r>
      <w:r>
        <w:rPr>
          <w:sz w:val="17"/>
        </w:rPr>
        <w:t xml:space="preserve"> Ardita Zeqiri; Prishtina Insight; "Kosovo Elects President Dodging New Political Deadlock"; 07 October 2026, 0034 CEST; </w:t>
      </w:r>
      <w:hyperlink r:id="rId42">
        <w:r>
          <w:rPr>
            <w:color w:val="8A5D00"/>
            <w:sz w:val="17"/>
          </w:rPr>
          <w:t xml:space="preserve">https://prishtinainsight.com/kosovo-elects-president-dodging-new-political-deadlock/</w:t>
        </w:r>
      </w:hyperlink>
      <w:r>
        <w:rPr>
          <w:sz w:val="17"/>
        </w:rPr>
        <w:t>; accessed 07 October 2026; Source descriptor: national independent press.</w:t>
      </w:r>
    </w:p>
    <w:p>
      <w:r>
        <w:rPr>
          <w:sz w:val="17"/>
          <w:vertAlign w:val="superscript"/>
        </w:rPr>
        <w:t>[34]</w:t>
      </w:r>
      <w:r>
        <w:rPr>
          <w:sz w:val="17"/>
        </w:rPr>
        <w:t xml:space="preserve"> Olha Katsimon; LIGA.net; "Sweden to deploy Patriot in Poland to protect aid shipments to Ukraine"; 06 October 2026, 1728 (updated 1750); </w:t>
      </w:r>
      <w:hyperlink r:id="rId43">
        <w:r>
          <w:rPr>
            <w:color w:val="8A5D00"/>
            <w:sz w:val="17"/>
          </w:rPr>
          <w:t xml:space="preserve">https://news.liga.net/en/war/news/sweden-to-deploy-patriot-in-poland-to-protect-aid-shipments-to-ukraine</w:t>
        </w:r>
      </w:hyperlink>
      <w:r>
        <w:rPr>
          <w:sz w:val="17"/>
        </w:rPr>
        <w:t>; accessed 07 October 2026; Source descriptor: regional press.</w:t>
      </w:r>
    </w:p>
    <w:p>
      <w:r>
        <w:rPr>
          <w:sz w:val="17"/>
          <w:vertAlign w:val="superscript"/>
        </w:rPr>
        <w:t>[35]</w:t>
      </w:r>
      <w:r>
        <w:rPr>
          <w:sz w:val="17"/>
        </w:rPr>
        <w:t xml:space="preserve"> Augustinas Šemelis and Edvardas Špokas; LRT; "Trump's Lithuania base remark sparks excitement – and questions – in Vilnius"; 07 October 2026, 1100 EEST; </w:t>
      </w:r>
      <w:hyperlink r:id="rId44">
        <w:r>
          <w:rPr>
            <w:color w:val="8A5D00"/>
            <w:sz w:val="17"/>
          </w:rPr>
          <w:t xml:space="preserve">https://www.lrt.lt/en/news-in-english/19/3075164/trump-s-lithuania-base-remark-sparks-excitement-and-questions-in-vilnius</w:t>
        </w:r>
      </w:hyperlink>
      <w:r>
        <w:rPr>
          <w:sz w:val="17"/>
        </w:rPr>
        <w:t>; accessed 07 October 2026; Source descriptor: public broadcaster.</w:t>
      </w:r>
    </w:p>
    <w:p>
      <w:r>
        <w:rPr>
          <w:sz w:val="17"/>
          <w:vertAlign w:val="superscript"/>
        </w:rPr>
        <w:t>[36]</w:t>
      </w:r>
      <w:r>
        <w:rPr>
          <w:sz w:val="17"/>
        </w:rPr>
        <w:t xml:space="preserve"> Simon Ormiston; Euronews; "France test-fires new nuclear-capable missile from submarine for first time"; 06 October 2026, 1554 CEST (updated 1649); </w:t>
      </w:r>
      <w:hyperlink r:id="rId45">
        <w:r>
          <w:rPr>
            <w:color w:val="8A5D00"/>
            <w:sz w:val="17"/>
          </w:rPr>
          <w:t xml:space="preserve">https://www.euronews.com/2026/10/06/france-test-fires-new-nuclear-capable-missile-from-submarine-for-first-time</w:t>
        </w:r>
      </w:hyperlink>
      <w:r>
        <w:rPr>
          <w:sz w:val="17"/>
        </w:rPr>
        <w:t>; accessed 07 October 2026; Source descriptor: pan-European broadcaster.</w:t>
      </w:r>
    </w:p>
    <w:p>
      <w:r>
        <w:rPr>
          <w:sz w:val="17"/>
          <w:vertAlign w:val="superscript"/>
        </w:rPr>
        <w:t>[37]</w:t>
      </w:r>
      <w:r>
        <w:rPr>
          <w:sz w:val="17"/>
        </w:rPr>
        <w:t xml:space="preserve"> AFP and Reuters via Al Jazeera; "Russia denies imposing anti-plague measures after lab worker death"; 06 October 2026, 1926 UTC; </w:t>
      </w:r>
      <w:hyperlink r:id="rId46">
        <w:r>
          <w:rPr>
            <w:color w:val="8A5D00"/>
            <w:sz w:val="17"/>
          </w:rPr>
          <w:t xml:space="preserve">https://www.aljazeera.com/news/2026/10/6/russia-denies-imposing-anti-plague-measures-after-lab-worker-death</w:t>
        </w:r>
      </w:hyperlink>
      <w:r>
        <w:rPr>
          <w:sz w:val="17"/>
        </w:rPr>
        <w:t>; accessed 07 October 2026; Source descriptor: international wire services via Qatari state-funded broadcaster.</w:t>
      </w:r>
    </w:p>
    <w:p>
      <w:r>
        <w:rPr>
          <w:sz w:val="17"/>
          <w:vertAlign w:val="superscript"/>
        </w:rPr>
        <w:t>[38]</w:t>
      </w:r>
      <w:r>
        <w:rPr>
          <w:sz w:val="17"/>
        </w:rPr>
        <w:t xml:space="preserve"> Vilmantas Venckūnas (BNS); LRT; "Lithuania could restrict transit from Russia if plague threat confirmed – minister"; 07 October 2026, 0923 EEST; </w:t>
      </w:r>
      <w:hyperlink r:id="rId47">
        <w:r>
          <w:rPr>
            <w:color w:val="8A5D00"/>
            <w:sz w:val="17"/>
          </w:rPr>
          <w:t xml:space="preserve">https://www.lrt.lt/en/news-in-english/19/3075076/lithuania-could-restrict-transit-from-russia-if-plague-threat-confirmed-minister</w:t>
        </w:r>
      </w:hyperlink>
      <w:r>
        <w:rPr>
          <w:sz w:val="17"/>
        </w:rPr>
        <w:t>; accessed 07 October 2026; Source descriptor: public broadcaster carrying national wire service.</w:t>
      </w:r>
    </w:p>
    <w:p>
      <w:r>
        <w:rPr>
          <w:sz w:val="17"/>
          <w:vertAlign w:val="superscript"/>
        </w:rPr>
        <w:t>[39]</w:t>
      </w:r>
      <w:r>
        <w:rPr>
          <w:sz w:val="17"/>
        </w:rPr>
        <w:t xml:space="preserve"> Ani Ghulinyan; OC Media; "Scuffle breaks out in Armenian Parliament after speaker turns off opposition MP's mic"; 06 October 2026, 1158 UTC; </w:t>
      </w:r>
      <w:hyperlink r:id="rId48">
        <w:r>
          <w:rPr>
            <w:color w:val="8A5D00"/>
            <w:sz w:val="17"/>
          </w:rPr>
          <w:t xml:space="preserve">https://oc-media.org/scuffle-breaks-out-in-armenian-parliament-after-speaker-turns-off-opposition-mps-mic/</w:t>
        </w:r>
      </w:hyperlink>
      <w:r>
        <w:rPr>
          <w:sz w:val="17"/>
        </w:rPr>
        <w:t>; accessed 07 October 2026; Source descriptor: regional independent press (Caucasus).</w:t>
      </w:r>
    </w:p>
    <w:p>
      <w:r>
        <w:rPr>
          <w:sz w:val="17"/>
          <w:vertAlign w:val="superscript"/>
        </w:rPr>
        <w:t>[40]</w:t>
      </w:r>
      <w:r>
        <w:rPr>
          <w:sz w:val="17"/>
        </w:rPr>
        <w:t xml:space="preserve"> Nate Ostiller; OC Media; "Rubio 'commends Azerbaijan's ongoing commitment to peace' in call with Foreign Minister Bayramov"; 06 October 2026, 1147 UTC; </w:t>
      </w:r>
      <w:hyperlink r:id="rId49">
        <w:r>
          <w:rPr>
            <w:color w:val="8A5D00"/>
            <w:sz w:val="17"/>
          </w:rPr>
          <w:t xml:space="preserve">https://oc-media.org/rubio-commends-azerbaijans-ongoing-commitment-to-peace-in-call-with-foreign-minister-bayramov/</w:t>
        </w:r>
      </w:hyperlink>
      <w:r>
        <w:rPr>
          <w:sz w:val="17"/>
        </w:rPr>
        <w:t>; accessed 07 October 2026; Source descriptor: regional independent press (Caucasus).</w:t>
      </w:r>
    </w:p>
    <w:p>
      <w:r>
        <w:rPr>
          <w:b/>
        </w:rPr>
        <w:t>INDOPACOM</w:t>
      </w:r>
    </w:p>
    <w:p>
      <w:r>
        <w:rPr>
          <w:sz w:val="17"/>
          <w:vertAlign w:val="superscript"/>
        </w:rPr>
        <w:t>[41]</w:t>
      </w:r>
      <w:r>
        <w:rPr>
          <w:sz w:val="17"/>
        </w:rPr>
        <w:t xml:space="preserve"> Shreyas Reddy; NK News; "North Korea rejects Seoul's land mine probe, warns against DMZ demining efforts"; 06 October 2026, 1114 UTC; </w:t>
      </w:r>
      <w:hyperlink r:id="rId50">
        <w:r>
          <w:rPr>
            <w:color w:val="8A5D00"/>
            <w:sz w:val="17"/>
          </w:rPr>
          <w:t xml:space="preserve">https://www.nknews.org/2026/10/north-korea-rejects-seouls-land-mine-probe-warns-against-dmz-demining-efforts/</w:t>
        </w:r>
      </w:hyperlink>
      <w:r>
        <w:rPr>
          <w:sz w:val="17"/>
        </w:rPr>
        <w:t>; accessed 07 October 2026; Source descriptor: specialist media relaying KCNA (state-affiliated media, DPRK).</w:t>
      </w:r>
    </w:p>
    <w:p>
      <w:r>
        <w:rPr>
          <w:sz w:val="17"/>
          <w:vertAlign w:val="superscript"/>
        </w:rPr>
        <w:t>[42]</w:t>
      </w:r>
      <w:r>
        <w:rPr>
          <w:sz w:val="17"/>
        </w:rPr>
        <w:t xml:space="preserve"> Seung-Yeon Chung; NK News; "North Korea renames cultural agency to erase 'national' identity with South"; 07 October 2026, 0821 UTC; </w:t>
      </w:r>
      <w:hyperlink r:id="rId51">
        <w:r>
          <w:rPr>
            <w:color w:val="8A5D00"/>
            <w:sz w:val="17"/>
          </w:rPr>
          <w:t xml:space="preserve">https://www.nknews.org/2026/10/north-korea-renames-cultural-agency-to-erase-national-identity-with-south/</w:t>
        </w:r>
      </w:hyperlink>
      <w:r>
        <w:rPr>
          <w:sz w:val="17"/>
        </w:rPr>
        <w:t>; accessed 07 October 2026; Source descriptor: specialist media relaying KCNA (state-affiliated media, DPRK).</w:t>
      </w:r>
    </w:p>
    <w:p>
      <w:r>
        <w:rPr>
          <w:sz w:val="17"/>
          <w:vertAlign w:val="superscript"/>
        </w:rPr>
        <w:t>[43]</w:t>
      </w:r>
      <w:r>
        <w:rPr>
          <w:sz w:val="17"/>
        </w:rPr>
        <w:t xml:space="preserve"> Bahk Eun-ji; The Korea Times; "Military knew of suspected NK mine-laying a year before DMZ blast"; 07 October 2026, 1613 KST; </w:t>
      </w:r>
      <w:hyperlink r:id="rId52">
        <w:r>
          <w:rPr>
            <w:color w:val="8A5D00"/>
            <w:sz w:val="17"/>
          </w:rPr>
          <w:t xml:space="preserve">https://www.koreatimes.co.kr/southkorea/defense/20261007/military-knew-of-suspected-nk-mine-laying-a-year-before-dmz-blast</w:t>
        </w:r>
      </w:hyperlink>
      <w:r>
        <w:rPr>
          <w:sz w:val="17"/>
        </w:rPr>
        <w:t>; accessed 07 October 2026; Source descriptor: national press.</w:t>
      </w:r>
    </w:p>
    <w:p>
      <w:r>
        <w:rPr>
          <w:sz w:val="17"/>
          <w:vertAlign w:val="superscript"/>
        </w:rPr>
        <w:t>[44]</w:t>
      </w:r>
      <w:r>
        <w:rPr>
          <w:sz w:val="17"/>
        </w:rPr>
        <w:t xml:space="preserve"> Bahk Eun-ji; The Korea Times; "Korea, US agree on temporary combined forces structure after OPCON transfer"; 07 October 2026, 1639 KST (updated 1800 KST); </w:t>
      </w:r>
      <w:hyperlink r:id="rId53">
        <w:r>
          <w:rPr>
            <w:color w:val="8A5D00"/>
            <w:sz w:val="17"/>
          </w:rPr>
          <w:t xml:space="preserve">https://www.koreatimes.co.kr/southkorea/defense/20261007/korea-us-agree-on-temporary-combined-forces-structure-after-opcon-transfer</w:t>
        </w:r>
      </w:hyperlink>
      <w:r>
        <w:rPr>
          <w:sz w:val="17"/>
        </w:rPr>
        <w:t>; accessed 07 October 2026; Source descriptor: national press.</w:t>
      </w:r>
    </w:p>
    <w:p>
      <w:r>
        <w:rPr>
          <w:sz w:val="17"/>
          <w:vertAlign w:val="superscript"/>
        </w:rPr>
        <w:t>[45]</w:t>
      </w:r>
      <w:r>
        <w:rPr>
          <w:sz w:val="17"/>
        </w:rPr>
        <w:t xml:space="preserve"> Tsao Ya-yen and Wu Kuan-hsien; Focus Taiwan (CNA); "10 indicted for reselling restricted chips to Hong Kong for China"; 06 October 2026, 2026 Taipei time; </w:t>
      </w:r>
      <w:hyperlink r:id="rId54">
        <w:r>
          <w:rPr>
            <w:color w:val="8A5D00"/>
            <w:sz w:val="17"/>
          </w:rPr>
          <w:t xml:space="preserve">https://focustaiwan.tw/society/202610060020</w:t>
        </w:r>
      </w:hyperlink>
      <w:r>
        <w:rPr>
          <w:sz w:val="17"/>
        </w:rPr>
        <w:t>; accessed 07 October 2026; Source descriptor: state-owned news agency (Taiwan).</w:t>
      </w:r>
    </w:p>
    <w:p>
      <w:r>
        <w:rPr>
          <w:sz w:val="17"/>
          <w:vertAlign w:val="superscript"/>
        </w:rPr>
        <w:t>[46]</w:t>
      </w:r>
      <w:r>
        <w:rPr>
          <w:sz w:val="17"/>
        </w:rPr>
        <w:t xml:space="preserve"> Cheng Shu-ting and Jake Chung; Taipei Times; report on indictment of retired air force officer for espionage (headline not captured); 07 October 2026; </w:t>
      </w:r>
      <w:hyperlink r:id="rId55">
        <w:r>
          <w:rPr>
            <w:color w:val="8A5D00"/>
            <w:sz w:val="17"/>
          </w:rPr>
          <w:t xml:space="preserve">https://www.taipeitimes.com/News/taiwan/archives/2026/10/07/2003865538</w:t>
        </w:r>
      </w:hyperlink>
      <w:r>
        <w:rPr>
          <w:sz w:val="17"/>
        </w:rPr>
        <w:t>; accessed 07 October 2026; Source descriptor: national press.</w:t>
      </w:r>
    </w:p>
    <w:p>
      <w:r>
        <w:rPr>
          <w:sz w:val="17"/>
          <w:vertAlign w:val="superscript"/>
        </w:rPr>
        <w:t>[47]</w:t>
      </w:r>
      <w:r>
        <w:rPr>
          <w:sz w:val="17"/>
        </w:rPr>
        <w:t xml:space="preserve"> Joseph Yeh; Focus Taiwan (CNA); "Foreign minister opens Phoenix office, 14th U.S. diplomatic post"; 06 October 2026, 1855 Taipei time; </w:t>
      </w:r>
      <w:hyperlink r:id="rId56">
        <w:r>
          <w:rPr>
            <w:color w:val="8A5D00"/>
            <w:sz w:val="17"/>
          </w:rPr>
          <w:t xml:space="preserve">https://focustaiwan.tw/politics/202610060018</w:t>
        </w:r>
      </w:hyperlink>
      <w:r>
        <w:rPr>
          <w:sz w:val="17"/>
        </w:rPr>
        <w:t>; accessed 07 October 2026; Source descriptor: state-owned news agency (Taiwan).</w:t>
      </w:r>
    </w:p>
    <w:p>
      <w:r>
        <w:rPr>
          <w:sz w:val="17"/>
          <w:vertAlign w:val="superscript"/>
        </w:rPr>
        <w:t>[48]</w:t>
      </w:r>
      <w:r>
        <w:rPr>
          <w:sz w:val="17"/>
        </w:rPr>
        <w:t xml:space="preserve"> Staff writer with CNA; Taipei Times; "Tsai receives warm welcome in San Francisco"; 07 October 2026; </w:t>
      </w:r>
      <w:hyperlink r:id="rId57">
        <w:r>
          <w:rPr>
            <w:color w:val="8A5D00"/>
            <w:sz w:val="17"/>
          </w:rPr>
          <w:t xml:space="preserve">https://www.taipeitimes.com/News/front/archives/2026/10/07/2003865525</w:t>
        </w:r>
      </w:hyperlink>
      <w:r>
        <w:rPr>
          <w:sz w:val="17"/>
        </w:rPr>
        <w:t>; accessed 07 October 2026; Source descriptor: national press.</w:t>
      </w:r>
    </w:p>
    <w:p>
      <w:r>
        <w:rPr>
          <w:sz w:val="17"/>
          <w:vertAlign w:val="superscript"/>
        </w:rPr>
        <w:t>[49]</w:t>
      </w:r>
      <w:r>
        <w:rPr>
          <w:sz w:val="17"/>
        </w:rPr>
        <w:t xml:space="preserve"> Ian Laqui; The Philippine Star; "Security Council to probe China funds linked to Sara Duterte"; 07 October 2026, 1107 PHT; </w:t>
      </w:r>
      <w:hyperlink r:id="rId58">
        <w:r>
          <w:rPr>
            <w:color w:val="8A5D00"/>
            <w:sz w:val="17"/>
          </w:rPr>
          <w:t xml:space="preserve">https://www.philstar.com/headlines/2026/10/07/2561365/security-council-probe-china-funds-linked-sara-duterte</w:t>
        </w:r>
      </w:hyperlink>
      <w:r>
        <w:rPr>
          <w:sz w:val="17"/>
        </w:rPr>
        <w:t>; accessed 07 October 2026; Source descriptor: national press.</w:t>
      </w:r>
    </w:p>
    <w:p>
      <w:r>
        <w:rPr>
          <w:b/>
        </w:rPr>
        <w:t>NORTHCOM</w:t>
      </w:r>
    </w:p>
    <w:p>
      <w:r>
        <w:rPr>
          <w:sz w:val="17"/>
          <w:vertAlign w:val="superscript"/>
        </w:rPr>
        <w:t>[50]</w:t>
      </w:r>
      <w:r>
        <w:rPr>
          <w:sz w:val="17"/>
        </w:rPr>
        <w:t xml:space="preserve"> National Hurricane Center; "Tropical Depression Nine Public Advisory Number 2"; 06 October 2026, 2200 CDT; </w:t>
      </w:r>
      <w:hyperlink r:id="rId59">
        <w:r>
          <w:rPr>
            <w:color w:val="8A5D00"/>
            <w:sz w:val="17"/>
          </w:rPr>
          <w:t xml:space="preserve">https://www.nhc.noaa.gov/text/MIATCPAT4.shtml</w:t>
        </w:r>
      </w:hyperlink>
      <w:r>
        <w:rPr>
          <w:sz w:val="17"/>
        </w:rPr>
        <w:t>; accessed 07 October 2026; Source descriptor: official US government release.</w:t>
      </w:r>
    </w:p>
    <w:p>
      <w:r>
        <w:rPr>
          <w:sz w:val="17"/>
          <w:vertAlign w:val="superscript"/>
        </w:rPr>
        <w:t>[51]</w:t>
      </w:r>
      <w:r>
        <w:rPr>
          <w:sz w:val="17"/>
        </w:rPr>
        <w:t xml:space="preserve"> National Hurricane Center (forecaster Reinhart); "Tropical Depression Nine Discussion Number 2"; 06 October 2026, 2200 CDT; </w:t>
      </w:r>
      <w:hyperlink r:id="rId60">
        <w:r>
          <w:rPr>
            <w:color w:val="8A5D00"/>
            <w:sz w:val="17"/>
          </w:rPr>
          <w:t xml:space="preserve">https://www.nhc.noaa.gov/text/MIATCDAT4.shtml</w:t>
        </w:r>
      </w:hyperlink>
      <w:r>
        <w:rPr>
          <w:sz w:val="17"/>
        </w:rPr>
        <w:t>; accessed 07 October 2026; Source descriptor: official US government release.</w:t>
      </w:r>
    </w:p>
    <w:p>
      <w:r>
        <w:rPr>
          <w:sz w:val="17"/>
          <w:vertAlign w:val="superscript"/>
        </w:rPr>
        <w:t>[52]</w:t>
      </w:r>
      <w:r>
        <w:rPr>
          <w:sz w:val="17"/>
        </w:rPr>
        <w:t xml:space="preserve"> Redacción CiberCuba; CiberCuba; "DeSantis declara estado de emergencia en 25 condados de Florida ante posible huracán"; 06 October 2026, 2212; </w:t>
      </w:r>
      <w:hyperlink r:id="rId61">
        <w:r>
          <w:rPr>
            <w:color w:val="8A5D00"/>
            <w:sz w:val="17"/>
          </w:rPr>
          <w:t xml:space="preserve">https://www.cibercuba.com/noticias/2026-10-07-u1-e208933-s27061-nid342141-desantis-declara-estado-emergencia-25-condados</w:t>
        </w:r>
      </w:hyperlink>
      <w:r>
        <w:rPr>
          <w:sz w:val="17"/>
        </w:rPr>
        <w:t>; accessed 07 October 2026; Source descriptor: Cuban exile press (Miami).</w:t>
      </w:r>
    </w:p>
    <w:p>
      <w:r>
        <w:rPr>
          <w:sz w:val="17"/>
          <w:vertAlign w:val="superscript"/>
        </w:rPr>
        <w:t>[53]</w:t>
      </w:r>
      <w:r>
        <w:rPr>
          <w:sz w:val="17"/>
        </w:rPr>
        <w:t xml:space="preserve"> Miguel Flores; Infobae; "EEUU puede participar en academia policial en Querétaro, pero siguiendo las reglas: Sheinbaum explica marco legal para colaboración"; 06 October 2026, 1555 EST (updated 1814); </w:t>
      </w:r>
      <w:hyperlink r:id="rId62">
        <w:r>
          <w:rPr>
            <w:color w:val="8A5D00"/>
            <w:sz w:val="17"/>
          </w:rPr>
          <w:t xml:space="preserve">https://www.infobae.com/mexico/2026/10/06/eeuu-puede-participar-en-academia-policial-en-queretaro-pero-siguiendo-las-reglas-sheinbaum-explica-marco-legal-para-colaboracion/</w:t>
        </w:r>
      </w:hyperlink>
      <w:r>
        <w:rPr>
          <w:sz w:val="17"/>
        </w:rPr>
        <w:t>; accessed 07 October 2026; Source descriptor: regional press.</w:t>
      </w:r>
    </w:p>
    <w:p>
      <w:r>
        <w:rPr>
          <w:sz w:val="17"/>
          <w:vertAlign w:val="superscript"/>
        </w:rPr>
        <w:t>[54]</w:t>
      </w:r>
      <w:r>
        <w:rPr>
          <w:sz w:val="17"/>
        </w:rPr>
        <w:t xml:space="preserve"> MND Staff; Mexico News Daily; "After Chihuahua CIA controversy, Querétaro police academy raises new questions about US involvement at state level"; 06 October 2026; </w:t>
      </w:r>
      <w:hyperlink r:id="rId63">
        <w:r>
          <w:rPr>
            <w:color w:val="8A5D00"/>
            <w:sz w:val="17"/>
          </w:rPr>
          <w:t xml:space="preserve">https://mexiconewsdaily.com/politics/kuri-us-police-academy/</w:t>
        </w:r>
      </w:hyperlink>
      <w:r>
        <w:rPr>
          <w:sz w:val="17"/>
        </w:rPr>
        <w:t>; accessed 07 October 2026; Source descriptor: regional press.</w:t>
      </w:r>
    </w:p>
    <w:p>
      <w:r>
        <w:rPr>
          <w:sz w:val="17"/>
          <w:vertAlign w:val="superscript"/>
        </w:rPr>
        <w:t>[55]</w:t>
      </w:r>
      <w:r>
        <w:rPr>
          <w:sz w:val="17"/>
        </w:rPr>
        <w:t xml:space="preserve"> MND Staff; Mexico News Daily; "Iván Cazarín, regional CJNG boss known as 'El Tanque,' is captured in Zapopan"; 06 October 2026; </w:t>
      </w:r>
      <w:hyperlink r:id="rId64">
        <w:r>
          <w:rPr>
            <w:color w:val="8A5D00"/>
            <w:sz w:val="17"/>
          </w:rPr>
          <w:t xml:space="preserve">https://mexiconewsdaily.com/news/cjng-boss-el-tanque-captured-zapopan/</w:t>
        </w:r>
      </w:hyperlink>
      <w:r>
        <w:rPr>
          <w:sz w:val="17"/>
        </w:rPr>
        <w:t>; accessed 07 October 2026; Source descriptor: regional press.</w:t>
      </w:r>
    </w:p>
    <w:p>
      <w:r>
        <w:rPr>
          <w:sz w:val="17"/>
          <w:vertAlign w:val="superscript"/>
        </w:rPr>
        <w:t>[56]</w:t>
      </w:r>
      <w:r>
        <w:rPr>
          <w:sz w:val="17"/>
        </w:rPr>
        <w:t xml:space="preserve"> Ale Huitron; Infobae; "Localizan centro de exterminio en Nayarit con prendas y huesos calcinados: 'tenemos otra versión del Rancho Izaguirre', dice fiscal"; 06 October 2026; </w:t>
      </w:r>
      <w:hyperlink r:id="rId65">
        <w:r>
          <w:rPr>
            <w:color w:val="8A5D00"/>
            <w:sz w:val="17"/>
          </w:rPr>
          <w:t xml:space="preserve">https://www.infobae.com/mexico/2026/10/06/localizan-centro-de-exterminio-en-nayarit-con-prendas-y-huesos-calcinados-tenemos-otra-version-del-rancho-izaguirre-dice-fiscal/</w:t>
        </w:r>
      </w:hyperlink>
      <w:r>
        <w:rPr>
          <w:sz w:val="17"/>
        </w:rPr>
        <w:t>; accessed 07 October 2026; Source descriptor: regional press.</w:t>
      </w:r>
    </w:p>
    <w:p>
      <w:r>
        <w:rPr>
          <w:sz w:val="17"/>
          <w:vertAlign w:val="superscript"/>
        </w:rPr>
        <w:t>[57]</w:t>
      </w:r>
      <w:r>
        <w:rPr>
          <w:sz w:val="17"/>
        </w:rPr>
        <w:t xml:space="preserve"> MND Staff; Mexico News Daily; "Even more security reinforcements are coming to Mazatlán as crime keeps climbing"; 06 October 2026; </w:t>
      </w:r>
      <w:hyperlink r:id="rId66">
        <w:r>
          <w:rPr>
            <w:color w:val="8A5D00"/>
            <w:sz w:val="17"/>
          </w:rPr>
          <w:t xml:space="preserve">https://mexiconewsdaily.com/news/even-more-security-reinforcements-coming-to-mazatlan/</w:t>
        </w:r>
      </w:hyperlink>
      <w:r>
        <w:rPr>
          <w:sz w:val="17"/>
        </w:rPr>
        <w:t>; accessed 07 October 2026; Source descriptor: regional press.</w:t>
      </w:r>
    </w:p>
    <w:p>
      <w:r>
        <w:rPr>
          <w:sz w:val="17"/>
          <w:vertAlign w:val="superscript"/>
        </w:rPr>
        <w:t>[58]</w:t>
      </w:r>
      <w:r>
        <w:rPr>
          <w:sz w:val="17"/>
        </w:rPr>
        <w:t xml:space="preserve"> Redacción CiberCuba; CiberCuba; "EE.UU. revelará en Miami detalles de esquema para enviar combustible a Cuba y evadir sanciones"; 06 October 2026, 2158; </w:t>
      </w:r>
      <w:hyperlink r:id="rId67">
        <w:r>
          <w:rPr>
            <w:color w:val="8A5D00"/>
            <w:sz w:val="17"/>
          </w:rPr>
          <w:t xml:space="preserve">https://www.cibercuba.com/noticias/2026-10-07-u1-e208933-s27061-nid342142-eeuu-revelara-miami-detalles-esquema-enviar</w:t>
        </w:r>
      </w:hyperlink>
      <w:r>
        <w:rPr>
          <w:sz w:val="17"/>
        </w:rPr>
        <w:t>; accessed 07 October 2026; Source descriptor: Cuban exile press (Miami).</w:t>
      </w:r>
    </w:p>
    <w:p>
      <w:r>
        <w:rPr>
          <w:b/>
        </w:rPr>
        <w:t>SOUTHCOM</w:t>
      </w:r>
    </w:p>
    <w:p>
      <w:r>
        <w:rPr>
          <w:sz w:val="17"/>
          <w:vertAlign w:val="superscript"/>
        </w:rPr>
        <w:t>[59]</w:t>
      </w:r>
      <w:r>
        <w:rPr>
          <w:sz w:val="17"/>
        </w:rPr>
        <w:t xml:space="preserve"> Infobae; "Flávio Bolsonaro y Lula da Silva inician las negociaciones para sumar aliados de cara al balotaje del 25 de octubre en Brasil"; 06 October 2026; </w:t>
      </w:r>
      <w:hyperlink r:id="rId68">
        <w:r>
          <w:rPr>
            <w:color w:val="8A5D00"/>
            <w:sz w:val="17"/>
          </w:rPr>
          <w:t xml:space="preserve">https://www.infobae.com/america/america-latina/2026/10/06/flavio-bolsonaro-y-lula-da-silva-inician-las-negociaciones-para-sumar-aliados-de-cara-al-balotaje-del-25-de-octubre-en-brasil/</w:t>
        </w:r>
      </w:hyperlink>
      <w:r>
        <w:rPr>
          <w:sz w:val="17"/>
        </w:rPr>
        <w:t>; accessed 07 October 2026; Source descriptor: regional press.</w:t>
      </w:r>
    </w:p>
    <w:p>
      <w:r>
        <w:rPr>
          <w:sz w:val="17"/>
          <w:vertAlign w:val="superscript"/>
        </w:rPr>
        <w:t>[60]</w:t>
      </w:r>
      <w:r>
        <w:rPr>
          <w:sz w:val="17"/>
        </w:rPr>
        <w:t xml:space="preserve"> Contributing Reporter; The Rio Times; "Brazil Bolsonaro Allies Warn Supreme Court on 6 October"; 07 October 2026; </w:t>
      </w:r>
      <w:hyperlink r:id="rId69">
        <w:r>
          <w:rPr>
            <w:color w:val="8A5D00"/>
            <w:sz w:val="17"/>
          </w:rPr>
          <w:t xml:space="preserve">https://www.riotimesonline.com/brazil-bolsonaro-allies-warn-supreme-court-impeachment-2026/</w:t>
        </w:r>
      </w:hyperlink>
      <w:r>
        <w:rPr>
          <w:sz w:val="17"/>
        </w:rPr>
        <w:t>; accessed 07 October 2026; Source descriptor: regional press.</w:t>
      </w:r>
    </w:p>
    <w:p>
      <w:r>
        <w:rPr>
          <w:sz w:val="17"/>
          <w:vertAlign w:val="superscript"/>
        </w:rPr>
        <w:t>[61]</w:t>
      </w:r>
      <w:r>
        <w:rPr>
          <w:sz w:val="17"/>
        </w:rPr>
        <w:t xml:space="preserve"> Infobae; "La ONU extendió por dos años la misión que investiga los crímenes y abusos de Derechos Humanos en Venezuela"; 06 October 2026, 1531 EST; </w:t>
      </w:r>
      <w:hyperlink r:id="rId70">
        <w:r>
          <w:rPr>
            <w:color w:val="8A5D00"/>
            <w:sz w:val="17"/>
          </w:rPr>
          <w:t xml:space="preserve">https://www.infobae.com/venezuela/2026/10/06/la-onu-extendio-por-dos-anos-la-mision-que-investiga-los-crimenes-y-abusos-de-derechos-humanos-en-venezuela/</w:t>
        </w:r>
      </w:hyperlink>
      <w:r>
        <w:rPr>
          <w:sz w:val="17"/>
        </w:rPr>
        <w:t>; accessed 07 October 2026; Source descriptor: regional press.</w:t>
      </w:r>
    </w:p>
    <w:p>
      <w:r>
        <w:rPr>
          <w:sz w:val="17"/>
          <w:vertAlign w:val="superscript"/>
        </w:rPr>
        <w:t>[62]</w:t>
      </w:r>
      <w:r>
        <w:rPr>
          <w:sz w:val="17"/>
        </w:rPr>
        <w:t xml:space="preserve"> Le Nouvelliste; "La FRG déployée à Tabarre"; 06 October 2026; </w:t>
      </w:r>
      <w:hyperlink r:id="rId71">
        <w:r>
          <w:rPr>
            <w:color w:val="8A5D00"/>
            <w:sz w:val="17"/>
          </w:rPr>
          <w:t xml:space="preserve">https://lenouvelliste.com/article/272681/la-frg-deployee-a-tabarre</w:t>
        </w:r>
      </w:hyperlink>
      <w:r>
        <w:rPr>
          <w:sz w:val="17"/>
        </w:rPr>
        <w:t>; accessed 07 October 2026; Source descriptor: national press (partly paywalled).</w:t>
      </w:r>
    </w:p>
    <w:p>
      <w:r>
        <w:rPr>
          <w:sz w:val="17"/>
          <w:vertAlign w:val="superscript"/>
        </w:rPr>
        <w:t>[63]</w:t>
      </w:r>
      <w:r>
        <w:rPr>
          <w:sz w:val="17"/>
        </w:rPr>
        <w:t xml:space="preserve"> Le Nouvelliste; "Cité Soleil : la FRG fait le bilan d'une de ses opérations"; 06 October 2026; </w:t>
      </w:r>
      <w:hyperlink r:id="rId72">
        <w:r>
          <w:rPr>
            <w:color w:val="8A5D00"/>
            <w:sz w:val="17"/>
          </w:rPr>
          <w:t xml:space="preserve">https://lenouvelliste.com/article/272686/cite-soleil-la-frg-fait-le-bilan-dune-de-ses-operations</w:t>
        </w:r>
      </w:hyperlink>
      <w:r>
        <w:rPr>
          <w:sz w:val="17"/>
        </w:rPr>
        <w:t>; accessed 07 October 2026; Source descriptor: national press (partly paywalled).</w:t>
      </w:r>
    </w:p>
    <w:p>
      <w:r>
        <w:rPr>
          <w:sz w:val="17"/>
          <w:vertAlign w:val="superscript"/>
        </w:rPr>
        <w:t>[64]</w:t>
      </w:r>
      <w:r>
        <w:rPr>
          <w:sz w:val="17"/>
        </w:rPr>
        <w:t xml:space="preserve"> Robenson Geffrard; Le Nouvelliste; "Le CEP prolonge à nouveau la période d'inscription des candidats"; 06 October 2026; </w:t>
      </w:r>
      <w:hyperlink r:id="rId73">
        <w:r>
          <w:rPr>
            <w:color w:val="8A5D00"/>
            <w:sz w:val="17"/>
          </w:rPr>
          <w:t xml:space="preserve">https://lenouvelliste.com/article/272688/le-cep-prolonge-a-nouveau-la-periode-dinscription-des-candidats</w:t>
        </w:r>
      </w:hyperlink>
      <w:r>
        <w:rPr>
          <w:sz w:val="17"/>
        </w:rPr>
        <w:t>; accessed 07 October 2026; Source descriptor: national press.</w:t>
      </w:r>
    </w:p>
    <w:p>
      <w:r>
        <w:rPr>
          <w:sz w:val="17"/>
          <w:vertAlign w:val="superscript"/>
        </w:rPr>
        <w:t>[65]</w:t>
      </w:r>
      <w:r>
        <w:rPr>
          <w:sz w:val="17"/>
        </w:rPr>
        <w:t xml:space="preserve"> Diego Ariza; Infobae; "Abelardo de la Espriella aseguró que vencerá en las urnas a los 'socios del terrorismo' y Gustavo Petro le respondió: 'Conozco su pasado'"; 06 October 2026, 2324 EST; </w:t>
      </w:r>
      <w:hyperlink r:id="rId74">
        <w:r>
          <w:rPr>
            <w:color w:val="8A5D00"/>
            <w:sz w:val="17"/>
          </w:rPr>
          <w:t xml:space="preserve">https://www.infobae.com/colombia/2026/10/06/abelardo-de-la-espriella-aseguro-que-vencera-en-las-urnas-a-los-socios-del-terrorismo-y-gustavo-petro-le-respondio-conozco-su-pasado/</w:t>
        </w:r>
      </w:hyperlink>
      <w:r>
        <w:rPr>
          <w:sz w:val="17"/>
        </w:rPr>
        <w:t>; accessed 07 October 2026; Source descriptor: regional press.</w:t>
      </w:r>
    </w:p>
    <w:p>
      <w:r>
        <w:rPr>
          <w:sz w:val="17"/>
          <w:vertAlign w:val="superscript"/>
        </w:rPr>
        <w:t>[66]</w:t>
      </w:r>
      <w:r>
        <w:rPr>
          <w:sz w:val="17"/>
        </w:rPr>
        <w:t xml:space="preserve"> Juan Sánchez Romero; Infobae; "Motorizados dispararon contra la cárcel Modelo de Barranquilla tras el ingreso de su director: el ataque quedó en video"; 07 October 2026; </w:t>
      </w:r>
      <w:hyperlink r:id="rId75">
        <w:r>
          <w:rPr>
            <w:color w:val="8A5D00"/>
            <w:sz w:val="17"/>
          </w:rPr>
          <w:t xml:space="preserve">https://www.infobae.com/colombia/2026/10/07/motorizados-dispararon-contra-la-carcel-modelo-de-barranquilla-tras-el-ingreso-de-su-director-el-ataque-quedo-en-video/</w:t>
        </w:r>
      </w:hyperlink>
      <w:r>
        <w:rPr>
          <w:sz w:val="17"/>
        </w:rPr>
        <w:t>; accessed 07 October 2026; Source descriptor: regional press.</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aljazeera.com/news/2026/10/6/tuareg-rebels-withdraw-from-strategic-town-of-kidal-in-northern-mali" TargetMode="External"/><Relationship Id="rId11" Type="http://schemas.openxmlformats.org/officeDocument/2006/relationships/hyperlink" Target="https://www.premiumtimesng.com/news/headlines/914791-updated-no-survivors-as-nigeria-releases-names-of-crew-members-passengers-killed-in-crashed-aircraft.html" TargetMode="External"/><Relationship Id="rId12" Type="http://schemas.openxmlformats.org/officeDocument/2006/relationships/hyperlink" Target="https://www.premiumtimesng.com/news/more-news/915046-military-aircraft-crash-ondo-govt-explains-difficulty-in-rescue-operation-recovering-victims-bodies.html" TargetMode="External"/><Relationship Id="rId13" Type="http://schemas.openxmlformats.org/officeDocument/2006/relationships/hyperlink" Target="https://www.africanews.com/2026/10/06/nigeria-air-force-lowers-plane-crash-toll-to-25-civilians-among-victims/" TargetMode="External"/><Relationship Id="rId14" Type="http://schemas.openxmlformats.org/officeDocument/2006/relationships/hyperlink" Target="https://libyaobserver.ly/news/al-saleheen-abdulnabi-al-obeidi-selected-mps-new-house-speaker-replacing-aqila-saleh" TargetMode="External"/><Relationship Id="rId15" Type="http://schemas.openxmlformats.org/officeDocument/2006/relationships/hyperlink" Target="https://www.aljazeera.com/news/2026/10/7/sudans-al-burhan-rejects-talks-vows-to-retake-all-territory-from-rsf" TargetMode="External"/><Relationship Id="rId16" Type="http://schemas.openxmlformats.org/officeDocument/2006/relationships/hyperlink" Target="https://www.aljazeera.com/news/2026/10/6/kenya-confirms-first-ebola-case-after-patient-from-dr-congo-dies-in-nairobi" TargetMode="External"/><Relationship Id="rId17" Type="http://schemas.openxmlformats.org/officeDocument/2006/relationships/hyperlink" Target="https://www.africanews.com/2026/10/06/renewed-violence-in-ethiopias-tigray-leaves-dozens-of-children-wounded/" TargetMode="External"/><Relationship Id="rId18" Type="http://schemas.openxmlformats.org/officeDocument/2006/relationships/hyperlink" Target="https://www.africanews.com/2026/10/06/tigray-violence-drives-risk-of-ethiopia-eritrea-war-analyst-says/" TargetMode="External"/><Relationship Id="rId19" Type="http://schemas.openxmlformats.org/officeDocument/2006/relationships/hyperlink" Target="https://www.dawan.africa/news/somalia-says-operation-in-jilib-killed-former-al-shabaab-security-chief" TargetMode="External"/><Relationship Id="rId20" Type="http://schemas.openxmlformats.org/officeDocument/2006/relationships/hyperlink" Target="https://www.aljazeera.com/news/liveblog/2026/10/7/iran-war-live-yemen-forces-claim-control-over-strategic-taiz-mountain-peak" TargetMode="External"/><Relationship Id="rId21" Type="http://schemas.openxmlformats.org/officeDocument/2006/relationships/hyperlink" Target="https://www.thenationalnews.com/news/mena/2026/10/06/live-iran-war-yemen-houthis-latest/" TargetMode="External"/><Relationship Id="rId22" Type="http://schemas.openxmlformats.org/officeDocument/2006/relationships/hyperlink" Target="https://www.dawn.com/news/2035312/heavy-losses-reported-as-yemen-fighting-escalates" TargetMode="External"/><Relationship Id="rId23" Type="http://schemas.openxmlformats.org/officeDocument/2006/relationships/hyperlink" Target="https://www.criticalthreats.org/analysis/iran-update-october-6-2026" TargetMode="External"/><Relationship Id="rId24" Type="http://schemas.openxmlformats.org/officeDocument/2006/relationships/hyperlink" Target="https://www.thenationalnews.com/news/uae/2026/10/06/india-condemns-strike-on-oil-tanker-owned-by-dubai-company-in-strait-of-hormuz/" TargetMode="External"/><Relationship Id="rId25" Type="http://schemas.openxmlformats.org/officeDocument/2006/relationships/hyperlink" Target="https://www.aljazeera.com/news/2026/10/7/oman-evacuates-injured-crew-from-attacked-tanker-in-strait-of-hormuz" TargetMode="External"/><Relationship Id="rId26" Type="http://schemas.openxmlformats.org/officeDocument/2006/relationships/hyperlink" Target="https://www.dawn.com/news/2035354/us-vice-president-vance-says-iran-must-cut-enrichment-to-end-war" TargetMode="External"/><Relationship Id="rId27" Type="http://schemas.openxmlformats.org/officeDocument/2006/relationships/hyperlink" Target="https://www.timesofisrael.com/satellite-photos-show-significant-renewed-activity-at-iranian-nuclear-site-bombed-by-idf-report/" TargetMode="External"/><Relationship Id="rId28" Type="http://schemas.openxmlformats.org/officeDocument/2006/relationships/hyperlink" Target="https://www.aljazeera.com/news/2026/10/6/what-new-measures-is-iran-taking-to-counter-us-economic-pressure" TargetMode="External"/><Relationship Id="rId29" Type="http://schemas.openxmlformats.org/officeDocument/2006/relationships/hyperlink" Target="https://www.timesofisrael.com/liveblog-october-07-2026/" TargetMode="External"/><Relationship Id="rId30" Type="http://schemas.openxmlformats.org/officeDocument/2006/relationships/hyperlink" Target="https://www.timesofisrael.com/national-security-council-warns-iran-could-attack-israel-jews-on-oct-7-anniversary/" TargetMode="External"/><Relationship Id="rId31" Type="http://schemas.openxmlformats.org/officeDocument/2006/relationships/hyperlink" Target="https://www.naharnet.com/stories/en/322946-qassem-says-israel-s-withdrawal-is-the-only-solution" TargetMode="External"/><Relationship Id="rId32" Type="http://schemas.openxmlformats.org/officeDocument/2006/relationships/hyperlink" Target="https://www.naharnet.com/stories/en/322934-tampa-talks-to-focus-on-verifiable-security-arrangements" TargetMode="External"/><Relationship Id="rId33" Type="http://schemas.openxmlformats.org/officeDocument/2006/relationships/hyperlink" Target="https://www.shafaq.com/en/Security/ISIS-claims-responsibility-for-Kirkuk-attack-7" TargetMode="External"/><Relationship Id="rId34" Type="http://schemas.openxmlformats.org/officeDocument/2006/relationships/hyperlink" Target="https://www.shafaq.com/en/Security/ISIS-attacks-PMF-position-in-Kirkuk-s-Hawija" TargetMode="External"/><Relationship Id="rId35" Type="http://schemas.openxmlformats.org/officeDocument/2006/relationships/hyperlink" Target="https://www.dawn.com/news/2035197/pakistan-successfully-tests-launch-of-extended-range-fatah-iv-cruise-missile-ispr" TargetMode="External"/><Relationship Id="rId36" Type="http://schemas.openxmlformats.org/officeDocument/2006/relationships/hyperlink" Target="https://www.novinite.com/articles/240904/" TargetMode="External"/><Relationship Id="rId37" Type="http://schemas.openxmlformats.org/officeDocument/2006/relationships/hyperlink" Target="https://www.novinite.com/articles/240913/" TargetMode="External"/><Relationship Id="rId38" Type="http://schemas.openxmlformats.org/officeDocument/2006/relationships/hyperlink" Target="https://www.novinite.com/articles/240920/" TargetMode="External"/><Relationship Id="rId39" Type="http://schemas.openxmlformats.org/officeDocument/2006/relationships/hyperlink" Target="https://news.liga.net/en/war/news/zelenskyy-russia-wants-to-make-the-western-black-sea-unfit-for-navigation" TargetMode="External"/><Relationship Id="rId40" Type="http://schemas.openxmlformats.org/officeDocument/2006/relationships/hyperlink" Target="https://www.aljazeera.com/news/2026/10/7/at-least-two-killed-in-kyiv-as-russia-launches-massive-attack-on-ukraine" TargetMode="External"/><Relationship Id="rId41" Type="http://schemas.openxmlformats.org/officeDocument/2006/relationships/hyperlink" Target="https://www.ukrinform.net/rubric-ato/4171788-russian-missile-hits-apartment-block-in-pryluky-casualties-reported.html" TargetMode="External"/><Relationship Id="rId42" Type="http://schemas.openxmlformats.org/officeDocument/2006/relationships/hyperlink" Target="https://prishtinainsight.com/kosovo-elects-president-dodging-new-political-deadlock/" TargetMode="External"/><Relationship Id="rId43" Type="http://schemas.openxmlformats.org/officeDocument/2006/relationships/hyperlink" Target="https://news.liga.net/en/war/news/sweden-to-deploy-patriot-in-poland-to-protect-aid-shipments-to-ukraine" TargetMode="External"/><Relationship Id="rId44" Type="http://schemas.openxmlformats.org/officeDocument/2006/relationships/hyperlink" Target="https://www.lrt.lt/en/news-in-english/19/3075164/trump-s-lithuania-base-remark-sparks-excitement-and-questions-in-vilnius" TargetMode="External"/><Relationship Id="rId45" Type="http://schemas.openxmlformats.org/officeDocument/2006/relationships/hyperlink" Target="https://www.euronews.com/2026/10/06/france-test-fires-new-nuclear-capable-missile-from-submarine-for-first-time" TargetMode="External"/><Relationship Id="rId46" Type="http://schemas.openxmlformats.org/officeDocument/2006/relationships/hyperlink" Target="https://www.aljazeera.com/news/2026/10/6/russia-denies-imposing-anti-plague-measures-after-lab-worker-death" TargetMode="External"/><Relationship Id="rId47" Type="http://schemas.openxmlformats.org/officeDocument/2006/relationships/hyperlink" Target="https://www.lrt.lt/en/news-in-english/19/3075076/lithuania-could-restrict-transit-from-russia-if-plague-threat-confirmed-minister" TargetMode="External"/><Relationship Id="rId48" Type="http://schemas.openxmlformats.org/officeDocument/2006/relationships/hyperlink" Target="https://oc-media.org/scuffle-breaks-out-in-armenian-parliament-after-speaker-turns-off-opposition-mps-mic/" TargetMode="External"/><Relationship Id="rId49" Type="http://schemas.openxmlformats.org/officeDocument/2006/relationships/hyperlink" Target="https://oc-media.org/rubio-commends-azerbaijans-ongoing-commitment-to-peace-in-call-with-foreign-minister-bayramov/" TargetMode="External"/><Relationship Id="rId50" Type="http://schemas.openxmlformats.org/officeDocument/2006/relationships/hyperlink" Target="https://www.nknews.org/2026/10/north-korea-rejects-seouls-land-mine-probe-warns-against-dmz-demining-efforts/" TargetMode="External"/><Relationship Id="rId51" Type="http://schemas.openxmlformats.org/officeDocument/2006/relationships/hyperlink" Target="https://www.nknews.org/2026/10/north-korea-renames-cultural-agency-to-erase-national-identity-with-south/" TargetMode="External"/><Relationship Id="rId52" Type="http://schemas.openxmlformats.org/officeDocument/2006/relationships/hyperlink" Target="https://www.koreatimes.co.kr/southkorea/defense/20261007/military-knew-of-suspected-nk-mine-laying-a-year-before-dmz-blast" TargetMode="External"/><Relationship Id="rId53" Type="http://schemas.openxmlformats.org/officeDocument/2006/relationships/hyperlink" Target="https://www.koreatimes.co.kr/southkorea/defense/20261007/korea-us-agree-on-temporary-combined-forces-structure-after-opcon-transfer" TargetMode="External"/><Relationship Id="rId54" Type="http://schemas.openxmlformats.org/officeDocument/2006/relationships/hyperlink" Target="https://focustaiwan.tw/society/202610060020" TargetMode="External"/><Relationship Id="rId55" Type="http://schemas.openxmlformats.org/officeDocument/2006/relationships/hyperlink" Target="https://www.taipeitimes.com/News/taiwan/archives/2026/10/07/2003865538" TargetMode="External"/><Relationship Id="rId56" Type="http://schemas.openxmlformats.org/officeDocument/2006/relationships/hyperlink" Target="https://focustaiwan.tw/politics/202610060018" TargetMode="External"/><Relationship Id="rId57" Type="http://schemas.openxmlformats.org/officeDocument/2006/relationships/hyperlink" Target="https://www.taipeitimes.com/News/front/archives/2026/10/07/2003865525" TargetMode="External"/><Relationship Id="rId58" Type="http://schemas.openxmlformats.org/officeDocument/2006/relationships/hyperlink" Target="https://www.philstar.com/headlines/2026/10/07/2561365/security-council-probe-china-funds-linked-sara-duterte" TargetMode="External"/><Relationship Id="rId59" Type="http://schemas.openxmlformats.org/officeDocument/2006/relationships/hyperlink" Target="https://www.nhc.noaa.gov/text/MIATCPAT4.shtml" TargetMode="External"/><Relationship Id="rId60" Type="http://schemas.openxmlformats.org/officeDocument/2006/relationships/hyperlink" Target="https://www.nhc.noaa.gov/text/MIATCDAT4.shtml" TargetMode="External"/><Relationship Id="rId61" Type="http://schemas.openxmlformats.org/officeDocument/2006/relationships/hyperlink" Target="https://www.cibercuba.com/noticias/2026-10-07-u1-e208933-s27061-nid342141-desantis-declara-estado-emergencia-25-condados" TargetMode="External"/><Relationship Id="rId62" Type="http://schemas.openxmlformats.org/officeDocument/2006/relationships/hyperlink" Target="https://www.infobae.com/mexico/2026/10/06/eeuu-puede-participar-en-academia-policial-en-queretaro-pero-siguiendo-las-reglas-sheinbaum-explica-marco-legal-para-colaboracion/" TargetMode="External"/><Relationship Id="rId63" Type="http://schemas.openxmlformats.org/officeDocument/2006/relationships/hyperlink" Target="https://mexiconewsdaily.com/politics/kuri-us-police-academy/" TargetMode="External"/><Relationship Id="rId64" Type="http://schemas.openxmlformats.org/officeDocument/2006/relationships/hyperlink" Target="https://mexiconewsdaily.com/news/cjng-boss-el-tanque-captured-zapopan/" TargetMode="External"/><Relationship Id="rId65" Type="http://schemas.openxmlformats.org/officeDocument/2006/relationships/hyperlink" Target="https://www.infobae.com/mexico/2026/10/06/localizan-centro-de-exterminio-en-nayarit-con-prendas-y-huesos-calcinados-tenemos-otra-version-del-rancho-izaguirre-dice-fiscal/" TargetMode="External"/><Relationship Id="rId66" Type="http://schemas.openxmlformats.org/officeDocument/2006/relationships/hyperlink" Target="https://mexiconewsdaily.com/news/even-more-security-reinforcements-coming-to-mazatlan/" TargetMode="External"/><Relationship Id="rId67" Type="http://schemas.openxmlformats.org/officeDocument/2006/relationships/hyperlink" Target="https://www.cibercuba.com/noticias/2026-10-07-u1-e208933-s27061-nid342142-eeuu-revelara-miami-detalles-esquema-enviar" TargetMode="External"/><Relationship Id="rId68" Type="http://schemas.openxmlformats.org/officeDocument/2006/relationships/hyperlink" Target="https://www.infobae.com/america/america-latina/2026/10/06/flavio-bolsonaro-y-lula-da-silva-inician-las-negociaciones-para-sumar-aliados-de-cara-al-balotaje-del-25-de-octubre-en-brasil/" TargetMode="External"/><Relationship Id="rId69" Type="http://schemas.openxmlformats.org/officeDocument/2006/relationships/hyperlink" Target="https://www.riotimesonline.com/brazil-bolsonaro-allies-warn-supreme-court-impeachment-2026/" TargetMode="External"/><Relationship Id="rId70" Type="http://schemas.openxmlformats.org/officeDocument/2006/relationships/hyperlink" Target="https://www.infobae.com/venezuela/2026/10/06/la-onu-extendio-por-dos-anos-la-mision-que-investiga-los-crimenes-y-abusos-de-derechos-humanos-en-venezuela/" TargetMode="External"/><Relationship Id="rId71" Type="http://schemas.openxmlformats.org/officeDocument/2006/relationships/hyperlink" Target="https://lenouvelliste.com/article/272681/la-frg-deployee-a-tabarre" TargetMode="External"/><Relationship Id="rId72" Type="http://schemas.openxmlformats.org/officeDocument/2006/relationships/hyperlink" Target="https://lenouvelliste.com/article/272686/cite-soleil-la-frg-fait-le-bilan-dune-de-ses-operations" TargetMode="External"/><Relationship Id="rId73" Type="http://schemas.openxmlformats.org/officeDocument/2006/relationships/hyperlink" Target="https://lenouvelliste.com/article/272688/le-cep-prolonge-a-nouveau-la-periode-dinscription-des-candidats" TargetMode="External"/><Relationship Id="rId74" Type="http://schemas.openxmlformats.org/officeDocument/2006/relationships/hyperlink" Target="https://www.infobae.com/colombia/2026/10/06/abelardo-de-la-espriella-aseguro-que-vencera-en-las-urnas-a-los-socios-del-terrorismo-y-gustavo-petro-le-respondio-conozco-su-pasado/" TargetMode="External"/><Relationship Id="rId75" Type="http://schemas.openxmlformats.org/officeDocument/2006/relationships/hyperlink" Target="https://www.infobae.com/colombia/2026/10/07/motorizados-dispararon-contra-la-carcel-modelo-de-barranquilla-tras-el-ingreso-de-su-director-el-ataque-quedo-en-vide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