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OSIR-20261012</w:t>
            </w:r>
          </w:p>
        </w:tc>
      </w:tr>
      <w:tr>
        <w:tc>
          <w:tcPr>
            <w:tcW w:type="dxa" w:w="4968"/>
          </w:tcPr>
          <w:p>
            <w:r/>
            <w:r>
              <w:rPr>
                <w:b/>
                <w:sz w:val="19"/>
              </w:rPr>
              <w:t>Produced</w:t>
            </w:r>
          </w:p>
        </w:tc>
        <w:tc>
          <w:tcPr>
            <w:tcW w:type="dxa" w:w="4968"/>
          </w:tcPr>
          <w:p>
            <w:r/>
            <w:r>
              <w:rPr>
                <w:sz w:val="19"/>
              </w:rPr>
              <w:t>121000Z OCT 2026 (0600 EDT, Monday 12 October 2026)</w:t>
            </w:r>
          </w:p>
        </w:tc>
      </w:tr>
      <w:tr>
        <w:tc>
          <w:tcPr>
            <w:tcW w:type="dxa" w:w="4968"/>
          </w:tcPr>
          <w:p>
            <w:r/>
            <w:r>
              <w:rPr>
                <w:b/>
                <w:sz w:val="19"/>
              </w:rPr>
              <w:t>Coverage window</w:t>
            </w:r>
          </w:p>
        </w:tc>
        <w:tc>
          <w:tcPr>
            <w:tcW w:type="dxa" w:w="4968"/>
          </w:tcPr>
          <w:p>
            <w:r/>
            <w:r>
              <w:rPr>
                <w:sz w:val="19"/>
              </w:rPr>
              <w:t>092200Z OCT 2026 to 120930Z OCT 2026 (Friday 1800 EDT through Monday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NORTHCOM:</w:t>
      </w:r>
      <w:r>
        <w:t xml:space="preserve"> Hurricane Isaias made landfall near Destin, Florida, late Friday as a Category 2 with 105 mph winds. It killed at least four people and cut power to more than 880,000 customers at peak. Federal emergency declarations cover Florida, Alabama and Georgia, and Eglin reopened to personnel Sunday night. Hurricane Simon is stalled off Jalisco as a Category 3, with landfall now forecast around midweek. </w:t>
      </w:r>
      <w:r>
        <w:rPr>
          <w:vertAlign w:val="superscript"/>
        </w:rPr>
        <w:t>[78]</w:t>
      </w:r>
      <w:r>
        <w:rPr>
          <w:vertAlign w:val="superscript"/>
        </w:rPr>
        <w:t>[80]</w:t>
      </w:r>
      <w:r>
        <w:rPr>
          <w:vertAlign w:val="superscript"/>
        </w:rPr>
        <w:t>[82]</w:t>
      </w:r>
      <w:r>
        <w:rPr>
          <w:vertAlign w:val="superscript"/>
        </w:rPr>
        <w:t>[84]</w:t>
      </w:r>
      <w:r>
        <w:rPr>
          <w:vertAlign w:val="superscript"/>
        </w:rPr>
        <w:t>[85]</w:t>
      </w:r>
    </w:p>
    <w:p>
      <w:pPr>
        <w:pStyle w:val="ListBullet"/>
      </w:pPr>
      <w:r>
        <w:rPr>
          <w:b/>
        </w:rPr>
        <w:t>CENTCOM:</w:t>
      </w:r>
      <w:r>
        <w:t xml:space="preserve"> A Houthi missile strike on Riyadh's airport on Saturday killed at least 12, including an American, and wounded about 309. The airport was hit again Sunday, and Trump said the US "may" join the fight against the Houthis. Iran called the latest US offer on Hormuz "insufficient" as more tankers were struck by mines and drones. </w:t>
      </w:r>
      <w:r>
        <w:rPr>
          <w:vertAlign w:val="superscript"/>
        </w:rPr>
        <w:t>[16]</w:t>
      </w:r>
      <w:r>
        <w:rPr>
          <w:vertAlign w:val="superscript"/>
        </w:rPr>
        <w:t>[18]</w:t>
      </w:r>
      <w:r>
        <w:rPr>
          <w:vertAlign w:val="superscript"/>
        </w:rPr>
        <w:t>[19]</w:t>
      </w:r>
      <w:r>
        <w:rPr>
          <w:vertAlign w:val="superscript"/>
        </w:rPr>
        <w:t>[22]</w:t>
      </w:r>
      <w:r>
        <w:rPr>
          <w:vertAlign w:val="superscript"/>
        </w:rPr>
        <w:t>[24]</w:t>
      </w:r>
    </w:p>
    <w:p>
      <w:pPr>
        <w:pStyle w:val="ListBullet"/>
      </w:pPr>
      <w:r>
        <w:rPr>
          <w:b/>
        </w:rPr>
        <w:t>EUCOM:</w:t>
      </w:r>
      <w:r>
        <w:t xml:space="preserve"> Trump announced an "energy ceasefire" between Russia and Ukraine on Sunday. Kyiv said it would comply, but Moscow has not confirmed it and strikes continued. A day earlier Trump said Ukraine needs "a new leader" after Zelensky criticized a US diesel deal with Russia. Glide bombs killed 20 people in Zaporizhzhia. </w:t>
      </w:r>
      <w:r>
        <w:rPr>
          <w:vertAlign w:val="superscript"/>
        </w:rPr>
        <w:t>[35]</w:t>
      </w:r>
      <w:r>
        <w:rPr>
          <w:vertAlign w:val="superscript"/>
        </w:rPr>
        <w:t>[36]</w:t>
      </w:r>
      <w:r>
        <w:rPr>
          <w:vertAlign w:val="superscript"/>
        </w:rPr>
        <w:t>[39]</w:t>
      </w:r>
      <w:r>
        <w:rPr>
          <w:vertAlign w:val="superscript"/>
        </w:rPr>
        <w:t>[43]</w:t>
      </w:r>
    </w:p>
    <w:p>
      <w:pPr>
        <w:pStyle w:val="ListBullet"/>
      </w:pPr>
      <w:r>
        <w:rPr>
          <w:b/>
        </w:rPr>
        <w:t>AFRICOM:</w:t>
      </w:r>
      <w:r>
        <w:t xml:space="preserve"> Ethiopian troops entered Adigrat, and Eritrea asked the UN Security Council for Chapter VII measures against Ethiopia. Air strikes on gold-mining camps near Sudan's border with Egypt killed at least 72. A migrant boat capsized off Djibouti with 139 confirmed dead. </w:t>
      </w:r>
      <w:r>
        <w:rPr>
          <w:vertAlign w:val="superscript"/>
        </w:rPr>
        <w:t>[1]</w:t>
      </w:r>
      <w:r>
        <w:rPr>
          <w:vertAlign w:val="superscript"/>
        </w:rPr>
        <w:t>[2]</w:t>
      </w:r>
      <w:r>
        <w:rPr>
          <w:vertAlign w:val="superscript"/>
        </w:rPr>
        <w:t>[4]</w:t>
      </w:r>
      <w:r>
        <w:rPr>
          <w:vertAlign w:val="superscript"/>
        </w:rPr>
        <w:t>[10]</w:t>
      </w:r>
    </w:p>
    <w:p>
      <w:pPr>
        <w:pStyle w:val="ListBullet"/>
      </w:pPr>
      <w:r>
        <w:rPr>
          <w:b/>
        </w:rPr>
        <w:t>INDOPACOM:</w:t>
      </w:r>
      <w:r>
        <w:t xml:space="preserve"> North Korea fired multiple ballistic missiles this morning, one flying more than 900 km on an irregular trajectory, after marking its party anniversary without a parade. Beijing condemned President Lai's National Day speech and announced live-fire drills in five sea areas this week. </w:t>
      </w:r>
      <w:r>
        <w:rPr>
          <w:vertAlign w:val="superscript"/>
        </w:rPr>
        <w:t>[56]</w:t>
      </w:r>
      <w:r>
        <w:rPr>
          <w:vertAlign w:val="superscript"/>
        </w:rPr>
        <w:t>[57]</w:t>
      </w:r>
      <w:r>
        <w:rPr>
          <w:vertAlign w:val="superscript"/>
        </w:rPr>
        <w:t>[60]</w:t>
      </w:r>
      <w:r>
        <w:rPr>
          <w:vertAlign w:val="superscript"/>
        </w:rPr>
        <w:t>[62]</w:t>
      </w:r>
      <w:r>
        <w:rPr>
          <w:vertAlign w:val="superscript"/>
        </w:rPr>
        <w:t>[65]</w:t>
      </w:r>
    </w:p>
    <w:p>
      <w:pPr>
        <w:pStyle w:val="ListBullet"/>
      </w:pPr>
      <w:r>
        <w:rPr>
          <w:b/>
        </w:rPr>
        <w:t>SOUTHCOM:</w:t>
      </w:r>
      <w:r>
        <w:t xml:space="preserve"> Panama declared a state of emergency after a magnitude 7.7 earthquake, and SOUTHCOM sent Joint Task Force-Bravo helicopters with aid. Brazil's Sunday runoff debate was cancelled. </w:t>
      </w:r>
      <w:r>
        <w:rPr>
          <w:vertAlign w:val="superscript"/>
        </w:rPr>
        <w:t>[91]</w:t>
      </w:r>
      <w:r>
        <w:rPr>
          <w:vertAlign w:val="superscript"/>
        </w:rPr>
        <w:t>[92]</w:t>
      </w:r>
      <w:r>
        <w:rPr>
          <w:vertAlign w:val="superscript"/>
        </w:rPr>
        <w:t>[94]</w:t>
      </w:r>
    </w:p>
    <w:p>
      <w:pPr>
        <w:pStyle w:val="Heading1"/>
      </w:pPr>
      <w:r>
        <w:rPr>
          <w:rFonts w:ascii="Consolas" w:hAnsi="Consolas"/>
          <w:color w:val="FFB000"/>
        </w:rPr>
        <w:t xml:space="preserve">// </w:t>
      </w:r>
      <w:r>
        <w:rPr>
          <w:color w:val="282828"/>
        </w:rPr>
        <w:t>AFRICOM</w:t>
      </w:r>
    </w:p>
    <w:p>
      <w:r>
        <w:rPr>
          <w:b/>
        </w:rPr>
        <w:t>ETHIOPIA / ERITREA: Ethiopian troops enter Adigrat; Eritrea asks the UN for Chapter VII measures</w:t>
      </w:r>
    </w:p>
    <w:p>
      <w:r>
        <w:t xml:space="preserve">Ethiopia's foreign minister told the Security Council that Eritrean troops had advanced up to 60 km into Tigray, calling it "a blatant act of aggression" that engages Ethiopia's right to self-defence. Three residents told Reuters that Ethiopian troops and allied militias entered Adigrat, about 30 km from the border, on 10 Oct </w:t>
      </w:r>
      <w:r>
        <w:rPr>
          <w:vertAlign w:val="superscript"/>
        </w:rPr>
        <w:t>[1]</w:t>
      </w:r>
      <w:r>
        <w:t xml:space="preserve">. Eritrea's foreign minister asked the Council to take "deterrent measures" under Chapter VII against what he called Ethiopia's "deplorable declaration of war" </w:t>
      </w:r>
      <w:r>
        <w:rPr>
          <w:vertAlign w:val="superscript"/>
        </w:rPr>
        <w:t>[2]</w:t>
      </w:r>
      <w:r>
        <w:t xml:space="preserve">. Ethiopian officials described the Eritrean move as an "all-out invasion" </w:t>
      </w:r>
      <w:r>
        <w:rPr>
          <w:vertAlign w:val="superscript"/>
        </w:rPr>
        <w:t>[3]</w:t>
      </w:r>
      <w:r>
        <w:t>.</w:t>
      </w:r>
    </w:p>
    <w:p>
      <w:r>
        <w:rPr>
          <w:rFonts w:ascii="Consolas" w:hAnsi="Consolas"/>
          <w:b/>
          <w:color w:val="55604B"/>
        </w:rPr>
        <w:t>Assessment:</w:t>
      </w:r>
      <w:r>
        <w:t xml:space="preserve"> Both governments are building a legal case for war at the UN. A direct interstate clash in the coming weeks is likely unless outside mediation gains traction quickly.</w:t>
      </w:r>
    </w:p>
    <w:p>
      <w:r>
        <w:rPr>
          <w:b/>
        </w:rPr>
        <w:t>SUDAN: Air strikes on gold-mining camps near the Egyptian border kill at least 72</w:t>
      </w:r>
    </w:p>
    <w:p>
      <w:r>
        <w:t xml:space="preserve">Jets struck artisanal mining camps on 10 Oct. The group Emergency Lawyers counts at least 72 dead and says the attacks "may constitute war crimes" </w:t>
      </w:r>
      <w:r>
        <w:rPr>
          <w:vertAlign w:val="superscript"/>
        </w:rPr>
        <w:t>[4]</w:t>
      </w:r>
      <w:r>
        <w:t xml:space="preserve">. Survivors quoted by Sudan Tribune say at least 200 were killed and more than 15,000 workers displaced, and accuse the Egyptian military </w:t>
      </w:r>
      <w:r>
        <w:rPr>
          <w:vertAlign w:val="superscript"/>
        </w:rPr>
        <w:t>[5]</w:t>
      </w:r>
      <w:r>
        <w:rPr>
          <w:vertAlign w:val="superscript"/>
        </w:rPr>
        <w:t>[6]</w:t>
      </w:r>
      <w:r>
        <w:t>. Neither Cairo nor Khartoum has commented, and the attribution is unverified.</w:t>
      </w:r>
    </w:p>
    <w:p>
      <w:r>
        <w:rPr>
          <w:rFonts w:ascii="Consolas" w:hAnsi="Consolas"/>
          <w:b/>
          <w:color w:val="55604B"/>
        </w:rPr>
        <w:t>Assessment:</w:t>
      </w:r>
      <w:r>
        <w:t xml:space="preserve"> If Egyptian involvement is confirmed, it would mark a significant widening of Egypt's role in the war. The toll will likely rise.</w:t>
      </w:r>
    </w:p>
    <w:p>
      <w:r>
        <w:rPr>
          <w:b/>
        </w:rPr>
        <w:t>SUDAN: UN condemns RSF drone strike on Blue Nile displacement site; shelling kills four in Kadugli</w:t>
      </w:r>
      <w:r>
        <w:t xml:space="preserve"> </w:t>
      </w:r>
      <w:r>
        <w:rPr>
          <w:i/>
        </w:rPr>
        <w:t>(pre-window onset)</w:t>
      </w:r>
    </w:p>
    <w:p>
      <w:r>
        <w:t xml:space="preserve">An RSF drone hit a shelter for displaced people in Wad El Mahi, Blue Nile, on 9 Oct, killing at least 30, mostly women and children. The UN resident coordinator said she was "horrified" and called for accountability </w:t>
      </w:r>
      <w:r>
        <w:rPr>
          <w:vertAlign w:val="superscript"/>
        </w:rPr>
        <w:t>[7]</w:t>
      </w:r>
      <w:r>
        <w:rPr>
          <w:vertAlign w:val="superscript"/>
        </w:rPr>
        <w:t>[8]</w:t>
      </w:r>
      <w:r>
        <w:t xml:space="preserve">. Medics said SPLM-N shelling killed a mother and three children in Kadugli on 10 Oct </w:t>
      </w:r>
      <w:r>
        <w:rPr>
          <w:vertAlign w:val="superscript"/>
        </w:rPr>
        <w:t>[9]</w:t>
      </w:r>
      <w:r>
        <w:t>.</w:t>
      </w:r>
    </w:p>
    <w:p>
      <w:r>
        <w:rPr>
          <w:rFonts w:ascii="Consolas" w:hAnsi="Consolas"/>
          <w:b/>
          <w:color w:val="55604B"/>
        </w:rPr>
        <w:t>Assessment:</w:t>
      </w:r>
      <w:r>
        <w:t xml:space="preserve"> Drone and artillery strikes on civilians in Blue Nile and South Kordofan will very likely continue.</w:t>
      </w:r>
    </w:p>
    <w:p>
      <w:r>
        <w:rPr>
          <w:b/>
        </w:rPr>
        <w:t>DJIBOUTI: Migrant boat capsizes with 139 confirmed dead</w:t>
      </w:r>
    </w:p>
    <w:p>
      <w:r>
        <w:t xml:space="preserve">IOM said on 11 Oct that at least 139 people, including 15 children, died and 84 are missing after a boat carrying more than 300 people to Yemen capsized near Guhere. All survivors were Ethiopian </w:t>
      </w:r>
      <w:r>
        <w:rPr>
          <w:vertAlign w:val="superscript"/>
        </w:rPr>
        <w:t>[10]</w:t>
      </w:r>
      <w:r>
        <w:t>.</w:t>
      </w:r>
    </w:p>
    <w:p>
      <w:r>
        <w:rPr>
          <w:rFonts w:ascii="Consolas" w:hAnsi="Consolas"/>
          <w:b/>
          <w:color w:val="55604B"/>
        </w:rPr>
        <w:t>Assessment:</w:t>
      </w:r>
      <w:r>
        <w:t xml:space="preserve"> Migration from Ethiopia through Djibouti will likely increase as the Tigray conflict escalates, raising the risk of further mass-casualty sinkings.</w:t>
      </w:r>
    </w:p>
    <w:p>
      <w:r>
        <w:rPr>
          <w:b/>
        </w:rPr>
        <w:t>SOUTH AFRICA: Army deployed to Durban as anti-migrant violence continues</w:t>
      </w:r>
    </w:p>
    <w:p>
      <w:r>
        <w:t xml:space="preserve">Troops deployed to Durban on 9 Oct at the KwaZulu-Natal premier's request. Nineteen suspects have been arrested, and Home Affairs withdrew the asylum directive at the center of the protests </w:t>
      </w:r>
      <w:r>
        <w:rPr>
          <w:vertAlign w:val="superscript"/>
        </w:rPr>
        <w:t>[11]</w:t>
      </w:r>
      <w:r>
        <w:t>.</w:t>
      </w:r>
    </w:p>
    <w:p>
      <w:r>
        <w:rPr>
          <w:rFonts w:ascii="Consolas" w:hAnsi="Consolas"/>
          <w:b/>
          <w:color w:val="55604B"/>
        </w:rPr>
        <w:t>Assessment:</w:t>
      </w:r>
      <w:r>
        <w:t xml:space="preserve"> Violence will likely ease with the deployment, but further flare-ups before the 4 Nov elections are likely.</w:t>
      </w:r>
    </w:p>
    <w:p>
      <w:r>
        <w:rPr>
          <w:b/>
        </w:rPr>
        <w:t>DRC: AU facilitators meet Tshisekedi; Ebola spreads to all of Lubero territory</w:t>
      </w:r>
    </w:p>
    <w:p>
      <w:r>
        <w:t xml:space="preserve">The AU panel of facilitators met President Tshisekedi in Kinshasa on 10 Oct and called the talks "very fruitful" before heading to Uganda, Burundi and the east </w:t>
      </w:r>
      <w:r>
        <w:rPr>
          <w:vertAlign w:val="superscript"/>
        </w:rPr>
        <w:t>[12]</w:t>
      </w:r>
      <w:r>
        <w:t xml:space="preserve">. Ebola has reached all seven health zones in Lubero territory, North Kivu </w:t>
      </w:r>
      <w:r>
        <w:rPr>
          <w:vertAlign w:val="superscript"/>
        </w:rPr>
        <w:t>[13]</w:t>
      </w:r>
      <w:r>
        <w:t xml:space="preserve">. MSF says North Kivu now accounts for nearly 40% of newly confirmed cases, up from 24% in late August </w:t>
      </w:r>
      <w:r>
        <w:rPr>
          <w:vertAlign w:val="superscript"/>
        </w:rPr>
        <w:t>[14]</w:t>
      </w:r>
      <w:r>
        <w:t>.</w:t>
      </w:r>
    </w:p>
    <w:p>
      <w:r>
        <w:rPr>
          <w:rFonts w:ascii="Consolas" w:hAnsi="Consolas"/>
          <w:b/>
          <w:color w:val="55604B"/>
        </w:rPr>
        <w:t>Assessment:</w:t>
      </w:r>
      <w:r>
        <w:t xml:space="preserve"> The epidemic's center of gravity is likely shifting toward North Kivu, which raises the risk of spread into Uganda.</w:t>
      </w:r>
    </w:p>
    <w:p>
      <w:r>
        <w:rPr>
          <w:b/>
        </w:rPr>
        <w:t>LIBYA: Open-source analysts track Russian military aircraft flying dark between Benghazi, Syria and Africa</w:t>
      </w:r>
    </w:p>
    <w:p>
      <w:r>
        <w:t xml:space="preserve">The Eekad group says a Russian Il-62M and an Il-76MD-90A switched off transponders on some legs of flights linking Moscow, Benghazi and East Africa </w:t>
      </w:r>
      <w:r>
        <w:rPr>
          <w:vertAlign w:val="superscript"/>
        </w:rPr>
        <w:t>[15]</w:t>
      </w:r>
      <w:r>
        <w:t>. This is not independently verified.</w:t>
      </w:r>
    </w:p>
    <w:p>
      <w:r>
        <w:rPr>
          <w:rFonts w:ascii="Consolas" w:hAnsi="Consolas"/>
          <w:b/>
          <w:color w:val="55604B"/>
        </w:rPr>
        <w:t>Assessment:</w:t>
      </w:r>
      <w:r>
        <w:t xml:space="preserve"> Russia likely continues to use eastern Libya as a logistics hub for its Africa Corps.</w:t>
      </w:r>
    </w:p>
    <w:p>
      <w:r>
        <w:rPr>
          <w:i/>
        </w:rPr>
        <w:t>Collection gap: no in-window reporting for the Sahel, Somalia or Mozambique. No M23 front-line reporting or new WHO Ebola totals were found.</w:t>
      </w:r>
    </w:p>
    <w:p>
      <w:pPr>
        <w:pStyle w:val="Heading1"/>
      </w:pPr>
      <w:r>
        <w:rPr>
          <w:rFonts w:ascii="Consolas" w:hAnsi="Consolas"/>
          <w:color w:val="FFB000"/>
        </w:rPr>
        <w:t xml:space="preserve">// </w:t>
      </w:r>
      <w:r>
        <w:rPr>
          <w:color w:val="282828"/>
        </w:rPr>
        <w:t>CENTCOM</w:t>
      </w:r>
    </w:p>
    <w:p>
      <w:r>
        <w:rPr>
          <w:b/>
        </w:rPr>
        <w:t>SAUDI ARABIA / YEMEN: Houthi missile strike on Riyadh airport kills at least 12, including an American</w:t>
      </w:r>
    </w:p>
    <w:p>
      <w:r>
        <w:t xml:space="preserve">Saudi civil aviation authorities said a strike on King Khalid International Airport on 10 Oct killed at least 12 people and wounded at least 309. The dead included four Saudis and one American </w:t>
      </w:r>
      <w:r>
        <w:rPr>
          <w:vertAlign w:val="superscript"/>
        </w:rPr>
        <w:t>[16]</w:t>
      </w:r>
      <w:r>
        <w:t xml:space="preserve">. An Indian national later died of injuries. The UN secretary-general said he was "deeply shocked" </w:t>
      </w:r>
      <w:r>
        <w:rPr>
          <w:vertAlign w:val="superscript"/>
        </w:rPr>
        <w:t>[17]</w:t>
      </w:r>
      <w:r>
        <w:t xml:space="preserve">. Trump called the attack "terrible" and, asked about joining the war against the Houthis, said: "We may. We're gonna look at it" </w:t>
      </w:r>
      <w:r>
        <w:rPr>
          <w:vertAlign w:val="superscript"/>
        </w:rPr>
        <w:t>[18]</w:t>
      </w:r>
      <w:r>
        <w:t>.</w:t>
      </w:r>
    </w:p>
    <w:p>
      <w:r>
        <w:rPr>
          <w:rFonts w:ascii="Consolas" w:hAnsi="Consolas"/>
          <w:b/>
          <w:color w:val="55604B"/>
        </w:rPr>
        <w:t>Assessment:</w:t>
      </w:r>
      <w:r>
        <w:t xml:space="preserve"> This is the deadliest attack on the kingdom in more than a decade. Direct US strikes on the Houthis in the coming weeks are a realistic possibility.</w:t>
      </w:r>
    </w:p>
    <w:p>
      <w:r>
        <w:rPr>
          <w:b/>
        </w:rPr>
        <w:t>SAUDI ARABIA: Riyadh airport hit a fourth time; Dammam attacked; US restrictions widen</w:t>
      </w:r>
    </w:p>
    <w:p>
      <w:r>
        <w:t xml:space="preserve">A projectile struck domestic terminals at Riyadh's airport on 11 Oct, killing one and injuring 11 </w:t>
      </w:r>
      <w:r>
        <w:rPr>
          <w:vertAlign w:val="superscript"/>
        </w:rPr>
        <w:t>[19]</w:t>
      </w:r>
      <w:r>
        <w:t xml:space="preserve">. Dammam's airport was also attacked </w:t>
      </w:r>
      <w:r>
        <w:rPr>
          <w:vertAlign w:val="superscript"/>
        </w:rPr>
        <w:t>[18]</w:t>
      </w:r>
      <w:r>
        <w:t xml:space="preserve">. The US Embassy extended staff travel restrictions to the Jeddah and Dammam airports </w:t>
      </w:r>
      <w:r>
        <w:rPr>
          <w:vertAlign w:val="superscript"/>
        </w:rPr>
        <w:t>[20]</w:t>
      </w:r>
      <w:r>
        <w:t xml:space="preserve">. The Houthis warned travellers away from all Saudi airports except Mecca and Medina, and the FAA warned US airlines </w:t>
      </w:r>
      <w:r>
        <w:rPr>
          <w:vertAlign w:val="superscript"/>
        </w:rPr>
        <w:t>[21]</w:t>
      </w:r>
      <w:r>
        <w:t>.</w:t>
      </w:r>
    </w:p>
    <w:p>
      <w:r>
        <w:rPr>
          <w:rFonts w:ascii="Consolas" w:hAnsi="Consolas"/>
          <w:b/>
          <w:color w:val="55604B"/>
        </w:rPr>
        <w:t>Assessment:</w:t>
      </w:r>
      <w:r>
        <w:t xml:space="preserve"> Saudi civil aviation will very likely stay heavily disrupted this week. Strikes on Saudi oil facilities are a realistic possibility.</w:t>
      </w:r>
    </w:p>
    <w:p>
      <w:r>
        <w:rPr>
          <w:b/>
        </w:rPr>
        <w:t>IRAN / US: Tehran calls US response on Hormuz "insufficient" and threatens Gulf data infrastructure</w:t>
      </w:r>
    </w:p>
    <w:p>
      <w:r>
        <w:t xml:space="preserve">A senior Iranian security official said the latest US response to Iran's conditions for reopening the Strait of Hormuz was "insufficient." He warned that "cables, data centers, AI facilities and other sites in the region" could be hit if fighting resumes </w:t>
      </w:r>
      <w:r>
        <w:rPr>
          <w:vertAlign w:val="superscript"/>
        </w:rPr>
        <w:t>[18]</w:t>
      </w:r>
      <w:r>
        <w:t xml:space="preserve">. Iran's foreign ministry said it is reviewing a US proposal through mediators and that strait security will not return while the US blockade continues </w:t>
      </w:r>
      <w:r>
        <w:rPr>
          <w:vertAlign w:val="superscript"/>
        </w:rPr>
        <w:t>[22]</w:t>
      </w:r>
      <w:r>
        <w:t xml:space="preserve">. Netanyahu convened security officials on Sunday amid concern about Iranian escalation </w:t>
      </w:r>
      <w:r>
        <w:rPr>
          <w:vertAlign w:val="superscript"/>
        </w:rPr>
        <w:t>[20]</w:t>
      </w:r>
      <w:r>
        <w:t>.</w:t>
      </w:r>
    </w:p>
    <w:p>
      <w:r>
        <w:rPr>
          <w:rFonts w:ascii="Consolas" w:hAnsi="Consolas"/>
          <w:b/>
          <w:color w:val="55604B"/>
        </w:rPr>
        <w:t>Assessment:</w:t>
      </w:r>
      <w:r>
        <w:t xml:space="preserve"> A negotiated reopening of Hormuz is unlikely in the next 72 hours. Iran's threat to undersea cables and data centers signals a likely target set if war resumes.</w:t>
      </w:r>
    </w:p>
    <w:p>
      <w:r>
        <w:rPr>
          <w:b/>
        </w:rPr>
        <w:t>IRAN / MARITIME: US disables a blockade runner; more tankers hit by mines and drones</w:t>
      </w:r>
    </w:p>
    <w:p>
      <w:r>
        <w:t xml:space="preserve">CENTCOM said a US jet disabled the propulsion of a Panama-flagged cargo ship in the Gulf of Oman on 10 Oct after it left an Iranian port and ignored warnings </w:t>
      </w:r>
      <w:r>
        <w:rPr>
          <w:vertAlign w:val="superscript"/>
        </w:rPr>
        <w:t>[23]</w:t>
      </w:r>
      <w:r>
        <w:t xml:space="preserve">. UKMTO confirmed a drone struck a tanker near Oman's Sohar anchorage on 11 Oct </w:t>
      </w:r>
      <w:r>
        <w:rPr>
          <w:vertAlign w:val="superscript"/>
        </w:rPr>
        <w:t>[24]</w:t>
      </w:r>
      <w:r>
        <w:t xml:space="preserve">. The IRGC Navy said a supertanker carrying 750,000 barrels hit a mine and caught fire on an "unauthorized" route; the date of that report could not be confirmed </w:t>
      </w:r>
      <w:r>
        <w:rPr>
          <w:vertAlign w:val="superscript"/>
        </w:rPr>
        <w:t>[25]</w:t>
      </w:r>
      <w:r>
        <w:rPr>
          <w:vertAlign w:val="superscript"/>
        </w:rPr>
        <w:t>[22]</w:t>
      </w:r>
      <w:r>
        <w:t>.</w:t>
      </w:r>
    </w:p>
    <w:p>
      <w:r>
        <w:rPr>
          <w:rFonts w:ascii="Consolas" w:hAnsi="Consolas"/>
          <w:b/>
          <w:color w:val="55604B"/>
        </w:rPr>
        <w:t>Assessment:</w:t>
      </w:r>
      <w:r>
        <w:t xml:space="preserve"> Attacks on shipping around Hormuz and the Gulf of Oman will very likely continue while the blockade and Iran's route restrictions stay in place.</w:t>
      </w:r>
    </w:p>
    <w:p>
      <w:r>
        <w:rPr>
          <w:b/>
        </w:rPr>
        <w:t>SAUDI ARABIA / IRAN: Foreign ministers speak; Iran offers to broker Saudi-Houthi talks</w:t>
      </w:r>
    </w:p>
    <w:p>
      <w:r>
        <w:t xml:space="preserve">Iran's foreign minister phoned his Saudi counterpart late on 11 Oct, their first reported contact since the Houthi escalation, and reportedly offered to open a Riyadh-Houthi dialogue </w:t>
      </w:r>
      <w:r>
        <w:rPr>
          <w:vertAlign w:val="superscript"/>
        </w:rPr>
        <w:t>[26]</w:t>
      </w:r>
      <w:r>
        <w:rPr>
          <w:vertAlign w:val="superscript"/>
        </w:rPr>
        <w:t>[21]</w:t>
      </w:r>
      <w:r>
        <w:t>.</w:t>
      </w:r>
    </w:p>
    <w:p>
      <w:r>
        <w:rPr>
          <w:rFonts w:ascii="Consolas" w:hAnsi="Consolas"/>
          <w:b/>
          <w:color w:val="55604B"/>
        </w:rPr>
        <w:t>Assessment:</w:t>
      </w:r>
      <w:r>
        <w:t xml:space="preserve"> Riyadh is unlikely to accept Iranian mediation soon, but the channel likely lowers the risk of direct Saudi-Iranian clashes.</w:t>
      </w:r>
    </w:p>
    <w:p>
      <w:r>
        <w:rPr>
          <w:b/>
        </w:rPr>
        <w:t>YEMEN: Government claims heavy Houthi losses as fighting continues near Bab al-Mandeb</w:t>
      </w:r>
    </w:p>
    <w:p>
      <w:r>
        <w:t xml:space="preserve">Yemen's government military claimed on 10 Oct that its offensive killed at least 1,150 Houthi fighters in 24 hours; Al Jazeera could not verify this. Fighting continues around Mocha and Dhubab </w:t>
      </w:r>
      <w:r>
        <w:rPr>
          <w:vertAlign w:val="superscript"/>
        </w:rPr>
        <w:t>[27]</w:t>
      </w:r>
      <w:r>
        <w:t xml:space="preserve">. The government had earlier claimed to have retaken the strait and Mayyun Island, which the Houthis deny </w:t>
      </w:r>
      <w:r>
        <w:rPr>
          <w:vertAlign w:val="superscript"/>
        </w:rPr>
        <w:t>[18]</w:t>
      </w:r>
      <w:r>
        <w:t>.</w:t>
      </w:r>
    </w:p>
    <w:p>
      <w:r>
        <w:rPr>
          <w:rFonts w:ascii="Consolas" w:hAnsi="Consolas"/>
          <w:b/>
          <w:color w:val="55604B"/>
        </w:rPr>
        <w:t>Assessment:</w:t>
      </w:r>
      <w:r>
        <w:t xml:space="preserve"> The casualty claim is very likely inflated. Fighting near Bab al-Mandeb will likely raise risks to Red Sea shipping.</w:t>
      </w:r>
    </w:p>
    <w:p>
      <w:r>
        <w:rPr>
          <w:b/>
        </w:rPr>
        <w:t>PAKISTAN: Emergency and governor's rule imposed in Khyber Pakhtunkhwa; army deployed</w:t>
      </w:r>
    </w:p>
    <w:p>
      <w:r>
        <w:t xml:space="preserve">The federal government imposed an emergency and governor's rule in Khyber Pakhtunkhwa and on 11 Oct authorized army deployment "in aid of civil power." Peshawar's roads were blocked, communications suspended and schools closed on 12 Oct </w:t>
      </w:r>
      <w:r>
        <w:rPr>
          <w:vertAlign w:val="superscript"/>
        </w:rPr>
        <w:t>[28]</w:t>
      </w:r>
      <w:r>
        <w:rPr>
          <w:vertAlign w:val="superscript"/>
        </w:rPr>
        <w:t>[29]</w:t>
      </w:r>
      <w:r>
        <w:t xml:space="preserve">. The army said it killed 12 TTP and Afghan Taliban fighters in a Kurram border clash on 10 Oct, with one Pakistani soldier killed </w:t>
      </w:r>
      <w:r>
        <w:rPr>
          <w:vertAlign w:val="superscript"/>
        </w:rPr>
        <w:t>[30]</w:t>
      </w:r>
      <w:r>
        <w:t>.</w:t>
      </w:r>
    </w:p>
    <w:p>
      <w:r>
        <w:rPr>
          <w:rFonts w:ascii="Consolas" w:hAnsi="Consolas"/>
          <w:b/>
          <w:color w:val="55604B"/>
        </w:rPr>
        <w:t>Assessment:</w:t>
      </w:r>
      <w:r>
        <w:t xml:space="preserve"> Clashes between PTI supporters and security forces are likely this week. Pakistan-Afghanistan border fighting will likely continue.</w:t>
      </w:r>
    </w:p>
    <w:p>
      <w:r>
        <w:rPr>
          <w:b/>
        </w:rPr>
        <w:t>ISRAEL: Polls show blocs deadlocked before the 27 Oct election; Gaza strikes continue</w:t>
      </w:r>
    </w:p>
    <w:p>
      <w:r>
        <w:t xml:space="preserve">Four weekend polls show neither bloc with a clear path to a 61-seat majority </w:t>
      </w:r>
      <w:r>
        <w:rPr>
          <w:vertAlign w:val="superscript"/>
        </w:rPr>
        <w:t>[31]</w:t>
      </w:r>
      <w:r>
        <w:t xml:space="preserve">. Former attorney general Avichai Mandelblit began testifying in Netanyahu's corruption trial on 11 Oct </w:t>
      </w:r>
      <w:r>
        <w:rPr>
          <w:vertAlign w:val="superscript"/>
        </w:rPr>
        <w:t>[20]</w:t>
      </w:r>
      <w:r>
        <w:t xml:space="preserve">. Israeli strikes killed at least five people in Gaza on 10 Oct </w:t>
      </w:r>
      <w:r>
        <w:rPr>
          <w:vertAlign w:val="superscript"/>
        </w:rPr>
        <w:t>[32]</w:t>
      </w:r>
      <w:r>
        <w:t>.</w:t>
      </w:r>
    </w:p>
    <w:p>
      <w:r>
        <w:rPr>
          <w:rFonts w:ascii="Consolas" w:hAnsi="Consolas"/>
          <w:b/>
          <w:color w:val="55604B"/>
        </w:rPr>
        <w:t>Assessment:</w:t>
      </w:r>
      <w:r>
        <w:t xml:space="preserve"> A deadlocked result is likely, and Netanyahu will likely use the regional crisis to argue for continuity.</w:t>
      </w:r>
    </w:p>
    <w:p>
      <w:r>
        <w:rPr>
          <w:b/>
        </w:rPr>
        <w:t>IRAQ: Lawmaker challenges dinar devaluation in federal court</w:t>
      </w:r>
    </w:p>
    <w:p>
      <w:r>
        <w:t xml:space="preserve">A lawmaker filed a challenge to the cabinet's devaluation decision with the Federal Supreme Court on 11 Oct; the speaker says it will not be reversed </w:t>
      </w:r>
      <w:r>
        <w:rPr>
          <w:vertAlign w:val="superscript"/>
        </w:rPr>
        <w:t>[33]</w:t>
      </w:r>
      <w:r>
        <w:t xml:space="preserve">. Baghdad residents reported sharp price rises </w:t>
      </w:r>
      <w:r>
        <w:rPr>
          <w:vertAlign w:val="superscript"/>
        </w:rPr>
        <w:t>[34]</w:t>
      </w:r>
      <w:r>
        <w:t>.</w:t>
      </w:r>
    </w:p>
    <w:p>
      <w:r>
        <w:rPr>
          <w:rFonts w:ascii="Consolas" w:hAnsi="Consolas"/>
          <w:b/>
          <w:color w:val="55604B"/>
        </w:rPr>
        <w:t>Assessment:</w:t>
      </w:r>
      <w:r>
        <w:t xml:space="preserve"> The court is unlikely to overturn the decision. Protests over prices are likely if oil exports stay halted.</w:t>
      </w:r>
    </w:p>
    <w:p>
      <w:r>
        <w:rPr>
          <w:i/>
        </w:rPr>
        <w:t>Collection gap: no CENTCOM or UKMTO primary pages were opened. Lebanon, Syria, Egypt, Jordan and Central Asia had no significant in-window items.</w:t>
      </w:r>
    </w:p>
    <w:p>
      <w:pPr>
        <w:pStyle w:val="Heading1"/>
      </w:pPr>
      <w:r>
        <w:rPr>
          <w:rFonts w:ascii="Consolas" w:hAnsi="Consolas"/>
          <w:color w:val="FFB000"/>
        </w:rPr>
        <w:t xml:space="preserve">// </w:t>
      </w:r>
      <w:r>
        <w:rPr>
          <w:color w:val="282828"/>
        </w:rPr>
        <w:t>EUCOM</w:t>
      </w:r>
    </w:p>
    <w:p>
      <w:r>
        <w:rPr>
          <w:b/>
        </w:rPr>
        <w:t>UKRAINE / US: Trump announces an "energy ceasefire"; Moscow silent and strikes continue</w:t>
      </w:r>
    </w:p>
    <w:p>
      <w:r>
        <w:t xml:space="preserve">Trump posted on 11 Oct that "Effective immediately, there is an ENERGY CEASEFIRE" and that "Both parties have agreed." A White House official said it refers to a possible deal to stop hitting oil refineries </w:t>
      </w:r>
      <w:r>
        <w:rPr>
          <w:vertAlign w:val="superscript"/>
        </w:rPr>
        <w:t>[35]</w:t>
      </w:r>
      <w:r>
        <w:t xml:space="preserve">. Zelensky said the announcement "was news for me" but that the armed forces "have received all the appropriate orders" </w:t>
      </w:r>
      <w:r>
        <w:rPr>
          <w:vertAlign w:val="superscript"/>
        </w:rPr>
        <w:t>[36]</w:t>
      </w:r>
      <w:r>
        <w:rPr>
          <w:vertAlign w:val="superscript"/>
        </w:rPr>
        <w:t>[37]</w:t>
      </w:r>
      <w:r>
        <w:t xml:space="preserve">. Russia has not confirmed it, and Zelensky said Russia hit power plants in Kyiv and Kharkiv the same day </w:t>
      </w:r>
      <w:r>
        <w:rPr>
          <w:vertAlign w:val="superscript"/>
        </w:rPr>
        <w:t>[36]</w:t>
      </w:r>
      <w:r>
        <w:rPr>
          <w:vertAlign w:val="superscript"/>
        </w:rPr>
        <w:t>[38]</w:t>
      </w:r>
      <w:r>
        <w:t>.</w:t>
      </w:r>
    </w:p>
    <w:p>
      <w:r>
        <w:rPr>
          <w:rFonts w:ascii="Consolas" w:hAnsi="Consolas"/>
          <w:b/>
          <w:color w:val="55604B"/>
        </w:rPr>
        <w:t>Assessment:</w:t>
      </w:r>
      <w:r>
        <w:t xml:space="preserve"> The ceasefire is unlikely to hold without Russian confirmation. It would likely favor Russia, whose refining network is far larger than Ukraine's.</w:t>
      </w:r>
    </w:p>
    <w:p>
      <w:r>
        <w:rPr>
          <w:b/>
        </w:rPr>
        <w:t>UKRAINE / US: Trump says Ukraine needs "a new leader"; Zelensky offers elections for a 60-day ceasefire</w:t>
      </w:r>
    </w:p>
    <w:p>
      <w:r>
        <w:t xml:space="preserve">After Zelensky called a US diesel deal with Russia a "gift to Putin," Trump said on 10 Oct that Ukraine should "get a new leader who can make a deal" </w:t>
      </w:r>
      <w:r>
        <w:rPr>
          <w:vertAlign w:val="superscript"/>
        </w:rPr>
        <w:t>[39]</w:t>
      </w:r>
      <w:r>
        <w:t xml:space="preserve">. Zelensky said Ukraine would hold elections if given "60 days of a total ceasefire" </w:t>
      </w:r>
      <w:r>
        <w:rPr>
          <w:vertAlign w:val="superscript"/>
        </w:rPr>
        <w:t>[40]</w:t>
      </w:r>
      <w:r>
        <w:t xml:space="preserve">. Kaja Kallas said "This is not the time to ease pressure on Russia" </w:t>
      </w:r>
      <w:r>
        <w:rPr>
          <w:vertAlign w:val="superscript"/>
        </w:rPr>
        <w:t>[41]</w:t>
      </w:r>
      <w:r>
        <w:t xml:space="preserve">. Witkoff and Kushner have postponed their Moscow trip </w:t>
      </w:r>
      <w:r>
        <w:rPr>
          <w:vertAlign w:val="superscript"/>
        </w:rPr>
        <w:t>[35]</w:t>
      </w:r>
      <w:r>
        <w:t>. Reported volumes for the diesel deal differ sharply between sources.</w:t>
      </w:r>
    </w:p>
    <w:p>
      <w:r>
        <w:rPr>
          <w:rFonts w:ascii="Consolas" w:hAnsi="Consolas"/>
          <w:b/>
          <w:color w:val="55604B"/>
        </w:rPr>
        <w:t>Assessment:</w:t>
      </w:r>
      <w:r>
        <w:t xml:space="preserve"> US-Ukraine relations are at their lowest point this year. Further US pressure on Kyiv, possibly including limits on intelligence sharing, is a realistic possibility.</w:t>
      </w:r>
    </w:p>
    <w:p>
      <w:r>
        <w:rPr>
          <w:b/>
        </w:rPr>
        <w:t>UKRAINE / US: Miami talks reportedly ended early</w:t>
      </w:r>
    </w:p>
    <w:p>
      <w:r>
        <w:t xml:space="preserve">ISW, relaying RFE/RL and the Financial Times, reports the Miami talks ended after one day and that the US-Russia diesel deal blindsided Ukraine's delegation </w:t>
      </w:r>
      <w:r>
        <w:rPr>
          <w:vertAlign w:val="superscript"/>
        </w:rPr>
        <w:t>[42]</w:t>
      </w:r>
      <w:r>
        <w:t>.</w:t>
      </w:r>
    </w:p>
    <w:p>
      <w:r>
        <w:rPr>
          <w:rFonts w:ascii="Consolas" w:hAnsi="Consolas"/>
          <w:b/>
          <w:color w:val="55604B"/>
        </w:rPr>
        <w:t>Assessment:</w:t>
      </w:r>
      <w:r>
        <w:t xml:space="preserve"> The early end likely reflects the breakdown in trust over the diesel deal.</w:t>
      </w:r>
    </w:p>
    <w:p>
      <w:r>
        <w:rPr>
          <w:b/>
        </w:rPr>
        <w:t>UKRAINE: Glide bombs kill 20 in Zaporizhzhia</w:t>
      </w:r>
    </w:p>
    <w:p>
      <w:r>
        <w:t xml:space="preserve">Five guided bombs hit a residential area of Zaporizhzhia early on 10 Oct, collapsing part of a building. Rescuers recovered 20 bodies, including four children </w:t>
      </w:r>
      <w:r>
        <w:rPr>
          <w:vertAlign w:val="superscript"/>
        </w:rPr>
        <w:t>[43]</w:t>
      </w:r>
      <w:r>
        <w:rPr>
          <w:vertAlign w:val="superscript"/>
        </w:rPr>
        <w:t>[44]</w:t>
      </w:r>
      <w:r>
        <w:t xml:space="preserve">. ISW counts at least 23 killed in the city </w:t>
      </w:r>
      <w:r>
        <w:rPr>
          <w:vertAlign w:val="superscript"/>
        </w:rPr>
        <w:t>[45]</w:t>
      </w:r>
      <w:r>
        <w:t>.</w:t>
      </w:r>
    </w:p>
    <w:p>
      <w:r>
        <w:rPr>
          <w:rFonts w:ascii="Consolas" w:hAnsi="Consolas"/>
          <w:b/>
          <w:color w:val="55604B"/>
        </w:rPr>
        <w:t>Assessment:</w:t>
      </w:r>
      <w:r>
        <w:t xml:space="preserve"> Russian glide-bomb strikes on Zaporizhzhia and Donetsk cities will very likely continue at high cost to civilians.</w:t>
      </w:r>
    </w:p>
    <w:p>
      <w:r>
        <w:rPr>
          <w:b/>
        </w:rPr>
        <w:t>UKRAINE: Strikes continue after the ceasefire announcement</w:t>
      </w:r>
    </w:p>
    <w:p>
      <w:r>
        <w:t xml:space="preserve">A missile strike on the Kharkiv suburb of Pisochyn on 11 Oct killed three, including a 16-year-old, and injured 22 </w:t>
      </w:r>
      <w:r>
        <w:rPr>
          <w:vertAlign w:val="superscript"/>
        </w:rPr>
        <w:t>[46]</w:t>
      </w:r>
      <w:r>
        <w:t xml:space="preserve">. A drone attack killed three in Ivano-Frankivsk </w:t>
      </w:r>
      <w:r>
        <w:rPr>
          <w:vertAlign w:val="superscript"/>
        </w:rPr>
        <w:t>[47]</w:t>
      </w:r>
      <w:r>
        <w:t xml:space="preserve">, and a strike on a Kyiv energy facility caused outages in four districts </w:t>
      </w:r>
      <w:r>
        <w:rPr>
          <w:vertAlign w:val="superscript"/>
        </w:rPr>
        <w:t>[48]</w:t>
      </w:r>
      <w:r>
        <w:t xml:space="preserve">. Russia launched 160 drones on the night of 9–10 Oct and 116 the next night </w:t>
      </w:r>
      <w:r>
        <w:rPr>
          <w:vertAlign w:val="superscript"/>
        </w:rPr>
        <w:t>[45]</w:t>
      </w:r>
      <w:r>
        <w:t>.</w:t>
      </w:r>
    </w:p>
    <w:p>
      <w:r>
        <w:rPr>
          <w:rFonts w:ascii="Consolas" w:hAnsi="Consolas"/>
          <w:b/>
          <w:color w:val="55604B"/>
        </w:rPr>
        <w:t>Assessment:</w:t>
      </w:r>
      <w:r>
        <w:t xml:space="preserve"> Russian strikes on Ukraine's grid will very likely continue regardless of the US announcement.</w:t>
      </w:r>
    </w:p>
    <w:p>
      <w:r>
        <w:rPr>
          <w:b/>
        </w:rPr>
        <w:t>RUSSIA: New Ukrainian deep strikes on an oil terminal, data centers and rail bridges</w:t>
      </w:r>
    </w:p>
    <w:p>
      <w:r>
        <w:t xml:space="preserve">A large fire broke out at an oil-loading terminal in Rostov-on-Don overnight 9–10 Oct after a suspected drone strike </w:t>
      </w:r>
      <w:r>
        <w:rPr>
          <w:vertAlign w:val="superscript"/>
        </w:rPr>
        <w:t>[49]</w:t>
      </w:r>
      <w:r>
        <w:t xml:space="preserve">. ISW reports strikes on a Yandex data center in Vladimir, rail bridges in Rostov and Bryansk, and a pumping station in Samara </w:t>
      </w:r>
      <w:r>
        <w:rPr>
          <w:vertAlign w:val="superscript"/>
        </w:rPr>
        <w:t>[42]</w:t>
      </w:r>
      <w:r>
        <w:rPr>
          <w:vertAlign w:val="superscript"/>
        </w:rPr>
        <w:t>[45]</w:t>
      </w:r>
      <w:r>
        <w:t>.</w:t>
      </w:r>
    </w:p>
    <w:p>
      <w:r>
        <w:rPr>
          <w:rFonts w:ascii="Consolas" w:hAnsi="Consolas"/>
          <w:b/>
          <w:color w:val="55604B"/>
        </w:rPr>
        <w:t>Assessment:</w:t>
      </w:r>
      <w:r>
        <w:t xml:space="preserve"> If Kyiv honors the energy ceasefire, Ukraine will likely shift deep strikes toward rail, digital and military targets.</w:t>
      </w:r>
    </w:p>
    <w:p>
      <w:r>
        <w:rPr>
          <w:b/>
        </w:rPr>
        <w:t>EU / RUSSIA: Foreign ministers due to approve record sanctions package today</w:t>
      </w:r>
    </w:p>
    <w:p>
      <w:r>
        <w:t xml:space="preserve">EU ambassadors agreed on 7 Oct to more than 1,600 new listings, mostly in the defence industry, and foreign ministers are expected to formally approve them in Luxembourg on 12 Oct </w:t>
      </w:r>
      <w:r>
        <w:rPr>
          <w:vertAlign w:val="superscript"/>
        </w:rPr>
        <w:t>[50]</w:t>
      </w:r>
      <w:r>
        <w:t xml:space="preserve">. The Council's agenda lists Russia's war and its "escalating hybrid campaign" </w:t>
      </w:r>
      <w:r>
        <w:rPr>
          <w:vertAlign w:val="superscript"/>
        </w:rPr>
        <w:t>[51]</w:t>
      </w:r>
      <w:r>
        <w:t>. Adoption was not confirmed at production.</w:t>
      </w:r>
    </w:p>
    <w:p>
      <w:r>
        <w:rPr>
          <w:rFonts w:ascii="Consolas" w:hAnsi="Consolas"/>
          <w:b/>
          <w:color w:val="55604B"/>
        </w:rPr>
        <w:t>Assessment:</w:t>
      </w:r>
      <w:r>
        <w:t xml:space="preserve"> Formal adoption today is highly likely.</w:t>
      </w:r>
    </w:p>
    <w:p>
      <w:r>
        <w:rPr>
          <w:b/>
        </w:rPr>
        <w:t>MOLDOVA: Another drone crashes and explodes</w:t>
      </w:r>
    </w:p>
    <w:p>
      <w:r>
        <w:t xml:space="preserve">A drone came down and exploded in a forest in Anenii Noi district on the night of 10–11 Oct. Moldova said its air surveillance did not detect a border crossing </w:t>
      </w:r>
      <w:r>
        <w:rPr>
          <w:vertAlign w:val="superscript"/>
        </w:rPr>
        <w:t>[52]</w:t>
      </w:r>
      <w:r>
        <w:t xml:space="preserve">. ISW assesses it was likely Russian </w:t>
      </w:r>
      <w:r>
        <w:rPr>
          <w:vertAlign w:val="superscript"/>
        </w:rPr>
        <w:t>[45]</w:t>
      </w:r>
      <w:r>
        <w:t>.</w:t>
      </w:r>
    </w:p>
    <w:p>
      <w:r>
        <w:rPr>
          <w:rFonts w:ascii="Consolas" w:hAnsi="Consolas"/>
          <w:b/>
          <w:color w:val="55604B"/>
        </w:rPr>
        <w:t>Assessment:</w:t>
      </w:r>
      <w:r>
        <w:t xml:space="preserve"> Further Russian drone spillover into Moldova is highly likely.</w:t>
      </w:r>
    </w:p>
    <w:p>
      <w:r>
        <w:rPr>
          <w:b/>
        </w:rPr>
        <w:t>BELARUS / BALTICS: CSTO drills in Belarus; British deep-strike drones in Estonia</w:t>
      </w:r>
    </w:p>
    <w:p>
      <w:r>
        <w:t xml:space="preserve">Two CSTO exercises began in Belarus with Russian and Central Asian forces </w:t>
      </w:r>
      <w:r>
        <w:rPr>
          <w:vertAlign w:val="superscript"/>
        </w:rPr>
        <w:t>[45]</w:t>
      </w:r>
      <w:r>
        <w:t xml:space="preserve">. Latvia faces rising pressure on its Belarus border after an armed incident last week </w:t>
      </w:r>
      <w:r>
        <w:rPr>
          <w:vertAlign w:val="superscript"/>
        </w:rPr>
        <w:t>[53]</w:t>
      </w:r>
      <w:r>
        <w:t xml:space="preserve">. A British unit in Estonia has deployed one-way attack drones with a range of more than 250 km </w:t>
      </w:r>
      <w:r>
        <w:rPr>
          <w:vertAlign w:val="superscript"/>
        </w:rPr>
        <w:t>[54]</w:t>
      </w:r>
      <w:r>
        <w:t>.</w:t>
      </w:r>
    </w:p>
    <w:p>
      <w:r>
        <w:rPr>
          <w:rFonts w:ascii="Consolas" w:hAnsi="Consolas"/>
          <w:b/>
          <w:color w:val="55604B"/>
        </w:rPr>
        <w:t>Assessment:</w:t>
      </w:r>
      <w:r>
        <w:t xml:space="preserve"> Military signaling on NATO's Baltic flank will likely intensify through the CSTO drills.</w:t>
      </w:r>
    </w:p>
    <w:p>
      <w:r>
        <w:rPr>
          <w:b/>
        </w:rPr>
        <w:t>TURKEY: Nationalist leader says Öcalan should coordinate the PKK disarmament process</w:t>
      </w:r>
    </w:p>
    <w:p>
      <w:r>
        <w:t xml:space="preserve">MHP leader Devlet Bahçeli said the "terror-free Türkiye" project "has become a state policy" and that jailed PKK leader Öcalan should play a coordinating role </w:t>
      </w:r>
      <w:r>
        <w:rPr>
          <w:vertAlign w:val="superscript"/>
        </w:rPr>
        <w:t>[55]</w:t>
      </w:r>
      <w:r>
        <w:t>.</w:t>
      </w:r>
    </w:p>
    <w:p>
      <w:r>
        <w:rPr>
          <w:rFonts w:ascii="Consolas" w:hAnsi="Consolas"/>
          <w:b/>
          <w:color w:val="55604B"/>
        </w:rPr>
        <w:t>Assessment:</w:t>
      </w:r>
      <w:r>
        <w:t xml:space="preserve"> The disarmament process is likely to advance slowly through the parliamentary subcommittees.</w:t>
      </w:r>
    </w:p>
    <w:p>
      <w:r>
        <w:rPr>
          <w:i/>
        </w:rPr>
        <w:t>Collection gap: no Kremlin response to the energy ceasefire was found. No Caucasus or Balkan items were retrieved.</w:t>
      </w:r>
    </w:p>
    <w:p>
      <w:pPr>
        <w:pStyle w:val="Heading1"/>
      </w:pPr>
      <w:r>
        <w:rPr>
          <w:rFonts w:ascii="Consolas" w:hAnsi="Consolas"/>
          <w:color w:val="FFB000"/>
        </w:rPr>
        <w:t xml:space="preserve">// </w:t>
      </w:r>
      <w:r>
        <w:rPr>
          <w:color w:val="282828"/>
        </w:rPr>
        <w:t>INDOPACOM</w:t>
      </w:r>
    </w:p>
    <w:p>
      <w:r>
        <w:rPr>
          <w:b/>
        </w:rPr>
        <w:t>NORTH KOREA: Multiple ballistic missiles fired, one flying more than 900 km</w:t>
      </w:r>
    </w:p>
    <w:p>
      <w:r>
        <w:t xml:space="preserve">South Korea's Joint Chiefs said North Korea fired multiple ballistic missiles from the Pyongyang area at about 0920 KST on 12 Oct, one flying more than 900 km </w:t>
      </w:r>
      <w:r>
        <w:rPr>
          <w:vertAlign w:val="superscript"/>
        </w:rPr>
        <w:t>[56]</w:t>
      </w:r>
      <w:r>
        <w:rPr>
          <w:vertAlign w:val="superscript"/>
        </w:rPr>
        <w:t>[57]</w:t>
      </w:r>
      <w:r>
        <w:t xml:space="preserve">. Japan said at least two missiles were launched 17 minutes apart, the second on an "irregular" trajectory that may indicate a hypersonic weapon. Seoul called the launches "a protest against the successful launch of our hypersonic glide vehicle" and "grave acts that violate UN Security Council resolutions" </w:t>
      </w:r>
      <w:r>
        <w:rPr>
          <w:vertAlign w:val="superscript"/>
        </w:rPr>
        <w:t>[58]</w:t>
      </w:r>
      <w:r>
        <w:rPr>
          <w:vertAlign w:val="superscript"/>
        </w:rPr>
        <w:t>[59]</w:t>
      </w:r>
      <w:r>
        <w:t>.</w:t>
      </w:r>
    </w:p>
    <w:p>
      <w:r>
        <w:rPr>
          <w:rFonts w:ascii="Consolas" w:hAnsi="Consolas"/>
          <w:b/>
          <w:color w:val="55604B"/>
        </w:rPr>
        <w:t>Assessment:</w:t>
      </w:r>
      <w:r>
        <w:t xml:space="preserve"> The launch was very likely a direct response to South Korea's 8 Oct hypersonic test. Further tests in the coming weeks are likely.</w:t>
      </w:r>
    </w:p>
    <w:p>
      <w:r>
        <w:rPr>
          <w:b/>
        </w:rPr>
        <w:t>NORTH KOREA: Party anniversary marked quietly, with no parade</w:t>
      </w:r>
    </w:p>
    <w:p>
      <w:r>
        <w:t xml:space="preserve">Kim Jong Un attended a celebration performance in Pyongyang on 10 Oct with his wife and daughter. There was no military parade, weapons display or Kim statement </w:t>
      </w:r>
      <w:r>
        <w:rPr>
          <w:vertAlign w:val="superscript"/>
        </w:rPr>
        <w:t>[60]</w:t>
      </w:r>
      <w:r>
        <w:t>.</w:t>
      </w:r>
    </w:p>
    <w:p>
      <w:r>
        <w:rPr>
          <w:rFonts w:ascii="Consolas" w:hAnsi="Consolas"/>
          <w:b/>
          <w:color w:val="55604B"/>
        </w:rPr>
        <w:t>Assessment:</w:t>
      </w:r>
      <w:r>
        <w:t xml:space="preserve"> Pyongyang likely chose missile tests over a parade to signal strength this year.</w:t>
      </w:r>
    </w:p>
    <w:p>
      <w:r>
        <w:rPr>
          <w:b/>
        </w:rPr>
        <w:t>TAIWAN / CHINA: Lai's National Day speech draws Beijing's condemnation</w:t>
      </w:r>
    </w:p>
    <w:p>
      <w:r>
        <w:t xml:space="preserve">President Lai said Taiwan "cherishes peace, but we will not give up our freedom" and "will not accept subordination" </w:t>
      </w:r>
      <w:r>
        <w:rPr>
          <w:vertAlign w:val="superscript"/>
        </w:rPr>
        <w:t>[61]</w:t>
      </w:r>
      <w:r>
        <w:t xml:space="preserve">. China's Taiwan Affairs Office said the speech "reveals ulterior motives" </w:t>
      </w:r>
      <w:r>
        <w:rPr>
          <w:vertAlign w:val="superscript"/>
        </w:rPr>
        <w:t>[62]</w:t>
      </w:r>
      <w:r>
        <w:t xml:space="preserve">. Taiwan's foreign ministry urged Beijing to stop its hostile rhetoric </w:t>
      </w:r>
      <w:r>
        <w:rPr>
          <w:vertAlign w:val="superscript"/>
        </w:rPr>
        <w:t>[63]</w:t>
      </w:r>
      <w:r>
        <w:t xml:space="preserve">. China's defence ministry called PLA exercises around Taiwan "fully justified" </w:t>
      </w:r>
      <w:r>
        <w:rPr>
          <w:vertAlign w:val="superscript"/>
        </w:rPr>
        <w:t>[64]</w:t>
      </w:r>
      <w:r>
        <w:t>.</w:t>
      </w:r>
    </w:p>
    <w:p>
      <w:r>
        <w:rPr>
          <w:rFonts w:ascii="Consolas" w:hAnsi="Consolas"/>
          <w:b/>
          <w:color w:val="55604B"/>
        </w:rPr>
        <w:t>Assessment:</w:t>
      </w:r>
      <w:r>
        <w:t xml:space="preserve"> Beijing will likely keep up rhetorical pressure, but the speech was moderate and a major exercise in direct response is unlikely.</w:t>
      </w:r>
    </w:p>
    <w:p>
      <w:r>
        <w:rPr>
          <w:b/>
        </w:rPr>
        <w:t>CHINA / TAIWAN: Live-fire drills announced in five sea areas</w:t>
      </w:r>
    </w:p>
    <w:p>
      <w:r>
        <w:t xml:space="preserve">China announced live-fire drills this week in the Bohai Sea, the Yellow Sea and the South China Sea, plus training in the East China Sea. Taiwan's defence minister said the drills appear to involve coastal artillery and pose a relatively low threat </w:t>
      </w:r>
      <w:r>
        <w:rPr>
          <w:vertAlign w:val="superscript"/>
        </w:rPr>
        <w:t>[65]</w:t>
      </w:r>
      <w:r>
        <w:t xml:space="preserve">. Taiwan tracked 21 PLA aircraft on 9–10 Oct, 13 of which crossed the median line, and 4 aircraft on 11–12 Oct </w:t>
      </w:r>
      <w:r>
        <w:rPr>
          <w:vertAlign w:val="superscript"/>
        </w:rPr>
        <w:t>[66]</w:t>
      </w:r>
      <w:r>
        <w:rPr>
          <w:vertAlign w:val="superscript"/>
        </w:rPr>
        <w:t>[67]</w:t>
      </w:r>
      <w:r>
        <w:t>.</w:t>
      </w:r>
    </w:p>
    <w:p>
      <w:r>
        <w:rPr>
          <w:rFonts w:ascii="Consolas" w:hAnsi="Consolas"/>
          <w:b/>
          <w:color w:val="55604B"/>
        </w:rPr>
        <w:t>Assessment:</w:t>
      </w:r>
      <w:r>
        <w:t xml:space="preserve"> The drills are likely routine signaling timed after National Day. A large-scale exercise around Taiwan in the next 72 hours is unlikely.</w:t>
      </w:r>
    </w:p>
    <w:p>
      <w:r>
        <w:rPr>
          <w:b/>
        </w:rPr>
        <w:t>PHILIPPINES: Marcos sees a "new phase" of escalation; militia boats intrude at Kota Island</w:t>
      </w:r>
    </w:p>
    <w:p>
      <w:r>
        <w:t xml:space="preserve">President Marcos said Chinese obstruction of the Second Thomas Shoal medical evacuation "seems to indicate a new phase in escalation" </w:t>
      </w:r>
      <w:r>
        <w:rPr>
          <w:vertAlign w:val="superscript"/>
        </w:rPr>
        <w:t>[68]</w:t>
      </w:r>
      <w:r>
        <w:rPr>
          <w:vertAlign w:val="superscript"/>
        </w:rPr>
        <w:t>[69]</w:t>
      </w:r>
      <w:r>
        <w:t xml:space="preserve">. The Philippines' South China Sea task force said a Chinese militia vessel and 22 small boats entered Kota Island's territorial sea on 9 Oct, and Filipino personnel refused an order to leave </w:t>
      </w:r>
      <w:r>
        <w:rPr>
          <w:vertAlign w:val="superscript"/>
        </w:rPr>
        <w:t>[70]</w:t>
      </w:r>
      <w:r>
        <w:t>.</w:t>
      </w:r>
    </w:p>
    <w:p>
      <w:r>
        <w:rPr>
          <w:rFonts w:ascii="Consolas" w:hAnsi="Consolas"/>
          <w:b/>
          <w:color w:val="55604B"/>
        </w:rPr>
        <w:t>Assessment:</w:t>
      </w:r>
      <w:r>
        <w:t xml:space="preserve"> Chinese pressure on Philippine-held features will very likely continue. A physical confrontation at Kota Island or Second Thomas Shoal in the coming weeks is likely.</w:t>
      </w:r>
    </w:p>
    <w:p>
      <w:r>
        <w:rPr>
          <w:b/>
        </w:rPr>
        <w:t>PHILIPPINES: Marcos calls alleged Chinese funding of Duterte-linked firm a possible security threat</w:t>
      </w:r>
    </w:p>
    <w:p>
      <w:r>
        <w:t xml:space="preserve">Marcos said alleged Chinese remittances to a firm once part-owned by the vice president's husband "rise to a national security issue" if substantiated </w:t>
      </w:r>
      <w:r>
        <w:rPr>
          <w:vertAlign w:val="superscript"/>
        </w:rPr>
        <w:t>[71]</w:t>
      </w:r>
      <w:r>
        <w:t>.</w:t>
      </w:r>
    </w:p>
    <w:p>
      <w:r>
        <w:rPr>
          <w:rFonts w:ascii="Consolas" w:hAnsi="Consolas"/>
          <w:b/>
          <w:color w:val="55604B"/>
        </w:rPr>
        <w:t>Assessment:</w:t>
      </w:r>
      <w:r>
        <w:t xml:space="preserve"> The allegation will likely deepen the Marcos-Duterte rift ahead of Duterte's ICC trial.</w:t>
      </w:r>
    </w:p>
    <w:p>
      <w:r>
        <w:rPr>
          <w:b/>
        </w:rPr>
        <w:t>SOUTH KOREA / US: Intelligence-sharing row deepens</w:t>
      </w:r>
    </w:p>
    <w:p>
      <w:r>
        <w:t xml:space="preserve">A senior US official said Washington expects Seoul "to uphold the standards of our decadeslong alliance" on intelligence </w:t>
      </w:r>
      <w:r>
        <w:rPr>
          <w:vertAlign w:val="superscript"/>
        </w:rPr>
        <w:t>[72]</w:t>
      </w:r>
      <w:r>
        <w:t xml:space="preserve">. South Korea's spy agency denied that the US now shares only missile intelligence </w:t>
      </w:r>
      <w:r>
        <w:rPr>
          <w:vertAlign w:val="superscript"/>
        </w:rPr>
        <w:t>[73]</w:t>
      </w:r>
      <w:r>
        <w:t xml:space="preserve">. The unification minister said "The U.S. took the wrong action" and rejected calls to resign </w:t>
      </w:r>
      <w:r>
        <w:rPr>
          <w:vertAlign w:val="superscript"/>
        </w:rPr>
        <w:t>[74]</w:t>
      </w:r>
      <w:r>
        <w:t>.</w:t>
      </w:r>
    </w:p>
    <w:p>
      <w:r>
        <w:rPr>
          <w:rFonts w:ascii="Consolas" w:hAnsi="Consolas"/>
          <w:b/>
          <w:color w:val="55604B"/>
        </w:rPr>
        <w:t>Assessment:</w:t>
      </w:r>
      <w:r>
        <w:t xml:space="preserve"> The row will likely persist while the unification minister stays in office.</w:t>
      </w:r>
    </w:p>
    <w:p>
      <w:r>
        <w:rPr>
          <w:b/>
        </w:rPr>
        <w:t>CHINA / PAKISTAN: First joint army exercise announced</w:t>
      </w:r>
    </w:p>
    <w:p>
      <w:r>
        <w:t xml:space="preserve">China's defence ministry said the two armies will hold their first joint training, "Karakoram 2026," in Xinjiang in mid to late October, focused on high-altitude counterterrorism </w:t>
      </w:r>
      <w:r>
        <w:rPr>
          <w:vertAlign w:val="superscript"/>
        </w:rPr>
        <w:t>[75]</w:t>
      </w:r>
      <w:r>
        <w:t>.</w:t>
      </w:r>
    </w:p>
    <w:p>
      <w:r>
        <w:rPr>
          <w:rFonts w:ascii="Consolas" w:hAnsi="Consolas"/>
          <w:b/>
          <w:color w:val="55604B"/>
        </w:rPr>
        <w:t>Assessment:</w:t>
      </w:r>
      <w:r>
        <w:t xml:space="preserve"> The exercise likely reflects shared concern over militancy along the Afghan border and will likely draw Indian scrutiny.</w:t>
      </w:r>
    </w:p>
    <w:p>
      <w:r>
        <w:rPr>
          <w:b/>
        </w:rPr>
        <w:t>JAPAN / CHINA: China Coast Guard patrols Senkaku waters</w:t>
      </w:r>
      <w:r>
        <w:t xml:space="preserve"> </w:t>
      </w:r>
      <w:r>
        <w:rPr>
          <w:i/>
        </w:rPr>
        <w:t>(pre-window onset)</w:t>
      </w:r>
    </w:p>
    <w:p>
      <w:r>
        <w:t xml:space="preserve">China's coast guard said a task group patrolled the territorial waters of the Senkaku Islands on 10 Oct </w:t>
      </w:r>
      <w:r>
        <w:rPr>
          <w:vertAlign w:val="superscript"/>
        </w:rPr>
        <w:t>[76]</w:t>
      </w:r>
      <w:r>
        <w:t>.</w:t>
      </w:r>
    </w:p>
    <w:p>
      <w:r>
        <w:rPr>
          <w:rFonts w:ascii="Consolas" w:hAnsi="Consolas"/>
          <w:b/>
          <w:color w:val="55604B"/>
        </w:rPr>
        <w:t>Assessment:</w:t>
      </w:r>
      <w:r>
        <w:t xml:space="preserve"> Chinese patrols near the Senkakus will very likely continue amid the dispute with the Takaichi government.</w:t>
      </w:r>
    </w:p>
    <w:p>
      <w:r>
        <w:rPr>
          <w:b/>
        </w:rPr>
        <w:t>THAILAND / CAMBODIA: China hosts third informal border dialogue</w:t>
      </w:r>
    </w:p>
    <w:p>
      <w:r>
        <w:t xml:space="preserve">China hosted a third unofficial Thai-Cambodian dialogue in Shenzhen on 11 Oct, where working groups proposed border security measures and reopening crossings </w:t>
      </w:r>
      <w:r>
        <w:rPr>
          <w:vertAlign w:val="superscript"/>
        </w:rPr>
        <w:t>[77]</w:t>
      </w:r>
      <w:r>
        <w:t>.</w:t>
      </w:r>
    </w:p>
    <w:p>
      <w:r>
        <w:rPr>
          <w:rFonts w:ascii="Consolas" w:hAnsi="Consolas"/>
          <w:b/>
          <w:color w:val="55604B"/>
        </w:rPr>
        <w:t>Assessment:</w:t>
      </w:r>
      <w:r>
        <w:t xml:space="preserve"> China is likely positioning itself as the main mediator in the border dispute.</w:t>
      </w:r>
    </w:p>
    <w:p>
      <w:r>
        <w:rPr>
          <w:i/>
        </w:rPr>
        <w:t>Collection gap: no KCNA comment on today's launch, no Japanese confirmation of the Senkaku patrol, and no India, Myanmar or Australia items were found.</w:t>
      </w:r>
    </w:p>
    <w:p>
      <w:pPr>
        <w:pStyle w:val="Heading1"/>
      </w:pPr>
      <w:r>
        <w:rPr>
          <w:rFonts w:ascii="Consolas" w:hAnsi="Consolas"/>
          <w:color w:val="FFB000"/>
        </w:rPr>
        <w:t xml:space="preserve">// </w:t>
      </w:r>
      <w:r>
        <w:rPr>
          <w:color w:val="282828"/>
        </w:rPr>
        <w:t>NORTHCOM</w:t>
      </w:r>
    </w:p>
    <w:p>
      <w:r>
        <w:rPr>
          <w:b/>
        </w:rPr>
        <w:t>UNITED STATES: Isaias makes landfall near Destin as a Category 2; at least four dead</w:t>
      </w:r>
    </w:p>
    <w:p>
      <w:r>
        <w:t xml:space="preserve">The National Hurricane Center said Isaias made landfall near Destin at about 8:30 PM CDT on 9 Oct with 105 mph winds </w:t>
      </w:r>
      <w:r>
        <w:rPr>
          <w:vertAlign w:val="superscript"/>
        </w:rPr>
        <w:t>[78]</w:t>
      </w:r>
      <w:r>
        <w:t xml:space="preserve">. Fox Weather reports Panama City Beach's second-highest surge on record and gusts of 114 mph at NAS Whiting Field </w:t>
      </w:r>
      <w:r>
        <w:rPr>
          <w:vertAlign w:val="superscript"/>
        </w:rPr>
        <w:t>[79]</w:t>
      </w:r>
      <w:r>
        <w:t xml:space="preserve">. At least four people died in Florida and Alabama, and outages peaked above 884,000 customers across three states </w:t>
      </w:r>
      <w:r>
        <w:rPr>
          <w:vertAlign w:val="superscript"/>
        </w:rPr>
        <w:t>[80]</w:t>
      </w:r>
      <w:r>
        <w:t xml:space="preserve">. Roofs were torn off in Pensacola and Gulf Breeze, and Pensacola's airport was damaged </w:t>
      </w:r>
      <w:r>
        <w:rPr>
          <w:vertAlign w:val="superscript"/>
        </w:rPr>
        <w:t>[81]</w:t>
      </w:r>
      <w:r>
        <w:t>.</w:t>
      </w:r>
    </w:p>
    <w:p>
      <w:r>
        <w:rPr>
          <w:rFonts w:ascii="Consolas" w:hAnsi="Consolas"/>
          <w:b/>
          <w:color w:val="55604B"/>
        </w:rPr>
        <w:t>Assessment:</w:t>
      </w:r>
      <w:r>
        <w:t xml:space="preserve"> Power restoration in the western Panhandle will likely take several more days. A major disaster declaration for Florida is likely within a week.</w:t>
      </w:r>
    </w:p>
    <w:p>
      <w:r>
        <w:rPr>
          <w:b/>
        </w:rPr>
        <w:t>UNITED STATES: Federal emergency declarations for Florida, Alabama and Georgia</w:t>
      </w:r>
    </w:p>
    <w:p>
      <w:r>
        <w:t xml:space="preserve">Trump approved an emergency declaration for 27 Florida counties on the night of 9 Oct </w:t>
      </w:r>
      <w:r>
        <w:rPr>
          <w:vertAlign w:val="superscript"/>
        </w:rPr>
        <w:t>[82]</w:t>
      </w:r>
      <w:r>
        <w:t xml:space="preserve">. Declarations for Alabama and Georgia followed, and the Energy Department authorized emergency crude exchanges from the Strategic Petroleum Reserve </w:t>
      </w:r>
      <w:r>
        <w:rPr>
          <w:vertAlign w:val="superscript"/>
        </w:rPr>
        <w:t>[80]</w:t>
      </w:r>
      <w:r>
        <w:t>.</w:t>
      </w:r>
    </w:p>
    <w:p>
      <w:r>
        <w:rPr>
          <w:rFonts w:ascii="Consolas" w:hAnsi="Consolas"/>
          <w:b/>
          <w:color w:val="55604B"/>
        </w:rPr>
        <w:t>Assessment:</w:t>
      </w:r>
      <w:r>
        <w:t xml:space="preserve"> Federal recovery support will very likely expand as damage assessments are completed.</w:t>
      </w:r>
    </w:p>
    <w:p>
      <w:r>
        <w:rPr>
          <w:b/>
        </w:rPr>
        <w:t>UNITED STATES: Panhandle installations begin recovery; Eglin reopens</w:t>
      </w:r>
    </w:p>
    <w:p>
      <w:r>
        <w:t xml:space="preserve">Eglin's crews were assessing damage on 10 Oct, and Hurlburt Field's commander reported downed trees and widespread outages, with facilities closed until further notice </w:t>
      </w:r>
      <w:r>
        <w:rPr>
          <w:vertAlign w:val="superscript"/>
        </w:rPr>
        <w:t>[83]</w:t>
      </w:r>
      <w:r>
        <w:t xml:space="preserve">. Eglin's commander gave the all-clear for personnel to return on 11 Oct </w:t>
      </w:r>
      <w:r>
        <w:rPr>
          <w:vertAlign w:val="superscript"/>
        </w:rPr>
        <w:t>[84]</w:t>
      </w:r>
      <w:r>
        <w:t>. No return dates for relocated aircraft were reported.</w:t>
      </w:r>
    </w:p>
    <w:p>
      <w:r>
        <w:rPr>
          <w:rFonts w:ascii="Consolas" w:hAnsi="Consolas"/>
          <w:b/>
          <w:color w:val="55604B"/>
        </w:rPr>
        <w:t>Assessment:</w:t>
      </w:r>
      <w:r>
        <w:t xml:space="preserve"> Flying operations at Hurlburt and Eglin will likely resume gradually this week. Damage at Whiting Field and NAS Pensacola is likely but unconfirmed.</w:t>
      </w:r>
    </w:p>
    <w:p>
      <w:r>
        <w:rPr>
          <w:b/>
        </w:rPr>
        <w:t>MEXICO: Hurricane Simon stalls off Jalisco; landfall delayed to midweek</w:t>
      </w:r>
    </w:p>
    <w:p>
      <w:r>
        <w:t xml:space="preserve">NHC Advisory 19 placed Simon about 125 miles west-northwest of Manzanillo with 120 mph winds, expected to move inland "around midweek" </w:t>
      </w:r>
      <w:r>
        <w:rPr>
          <w:vertAlign w:val="superscript"/>
        </w:rPr>
        <w:t>[85]</w:t>
      </w:r>
      <w:r>
        <w:t xml:space="preserve">. Flooding hit homes in Manzanillo, and Puerto Vallarta's airport closed temporarily </w:t>
      </w:r>
      <w:r>
        <w:rPr>
          <w:vertAlign w:val="superscript"/>
        </w:rPr>
        <w:t>[86]</w:t>
      </w:r>
      <w:r>
        <w:rPr>
          <w:vertAlign w:val="superscript"/>
        </w:rPr>
        <w:t>[87]</w:t>
      </w:r>
      <w:r>
        <w:t xml:space="preserve">. More than 4,600 military and National Guard personnel are deployed, and 1,002 people have been evacuated </w:t>
      </w:r>
      <w:r>
        <w:rPr>
          <w:vertAlign w:val="superscript"/>
        </w:rPr>
        <w:t>[88]</w:t>
      </w:r>
      <w:r>
        <w:t>.</w:t>
      </w:r>
    </w:p>
    <w:p>
      <w:r>
        <w:rPr>
          <w:rFonts w:ascii="Consolas" w:hAnsi="Consolas"/>
          <w:b/>
          <w:color w:val="55604B"/>
        </w:rPr>
        <w:t>Assessment:</w:t>
      </w:r>
      <w:r>
        <w:t xml:space="preserve"> Prolonged heavy rain will very likely cause major flooding and landslides in Colima and Jalisco even before landfall.</w:t>
      </w:r>
    </w:p>
    <w:p>
      <w:r>
        <w:rPr>
          <w:b/>
        </w:rPr>
        <w:t>MEXICO: Gunmen attack fire station in Jacona, Michoacán, killing two police</w:t>
      </w:r>
    </w:p>
    <w:p>
      <w:r>
        <w:t xml:space="preserve">An attack on the Jacona fire and civil protection base on 11 Oct killed two police officers and injured four </w:t>
      </w:r>
      <w:r>
        <w:rPr>
          <w:vertAlign w:val="superscript"/>
        </w:rPr>
        <w:t>[89]</w:t>
      </w:r>
      <w:r>
        <w:t>.</w:t>
      </w:r>
    </w:p>
    <w:p>
      <w:r>
        <w:rPr>
          <w:rFonts w:ascii="Consolas" w:hAnsi="Consolas"/>
          <w:b/>
          <w:color w:val="55604B"/>
        </w:rPr>
        <w:t>Assessment:</w:t>
      </w:r>
      <w:r>
        <w:t xml:space="preserve"> Cartel violence in western Michoacán will very likely continue.</w:t>
      </w:r>
    </w:p>
    <w:p>
      <w:r>
        <w:rPr>
          <w:b/>
        </w:rPr>
        <w:t>CANADA: Advance voting opens this week in Alberta's 19 Oct referendum</w:t>
      </w:r>
    </w:p>
    <w:p>
      <w:r>
        <w:t xml:space="preserve">Advance polls open from 13 Oct in a referendum that includes whether Alberta should consider leaving Canada </w:t>
      </w:r>
      <w:r>
        <w:rPr>
          <w:vertAlign w:val="superscript"/>
        </w:rPr>
        <w:t>[90]</w:t>
      </w:r>
      <w:r>
        <w:t>.</w:t>
      </w:r>
    </w:p>
    <w:p>
      <w:r>
        <w:rPr>
          <w:rFonts w:ascii="Consolas" w:hAnsi="Consolas"/>
          <w:b/>
          <w:color w:val="55604B"/>
        </w:rPr>
        <w:t>Assessment:</w:t>
      </w:r>
      <w:r>
        <w:t xml:space="preserve"> A vote to pursue separation is unlikely given current polling, but the referendum will likely sharpen federal-provincial tension.</w:t>
      </w:r>
    </w:p>
    <w:p>
      <w:r>
        <w:rPr>
          <w:i/>
        </w:rPr>
        <w:t>Collection gap: no post-storm reporting for Tyndall, Keesler or NCBC Gulfport, and no confirmed deaths from Simon. No US border military items were found.</w:t>
      </w:r>
    </w:p>
    <w:p>
      <w:pPr>
        <w:pStyle w:val="Heading1"/>
      </w:pPr>
      <w:r>
        <w:rPr>
          <w:rFonts w:ascii="Consolas" w:hAnsi="Consolas"/>
          <w:color w:val="FFB000"/>
        </w:rPr>
        <w:t xml:space="preserve">// </w:t>
      </w:r>
      <w:r>
        <w:rPr>
          <w:color w:val="282828"/>
        </w:rPr>
        <w:t>SOUTHCOM</w:t>
      </w:r>
    </w:p>
    <w:p>
      <w:r>
        <w:rPr>
          <w:b/>
        </w:rPr>
        <w:t>PANAMA: Magnitude 7.7 earthquake; state of emergency; SOUTHCOM delivers aid</w:t>
      </w:r>
      <w:r>
        <w:t xml:space="preserve"> </w:t>
      </w:r>
      <w:r>
        <w:rPr>
          <w:i/>
        </w:rPr>
        <w:t>(pre-window onset)</w:t>
      </w:r>
    </w:p>
    <w:p>
      <w:r>
        <w:t xml:space="preserve">The quake struck the Azuero Peninsula on 9 Oct, injuring 27 and damaging more than 400 buildings. SOUTHCOM sent Joint Task Force-Bravo helicopter support, and its commander said "The United States stands with the people of Panama" </w:t>
      </w:r>
      <w:r>
        <w:rPr>
          <w:vertAlign w:val="superscript"/>
        </w:rPr>
        <w:t>[91]</w:t>
      </w:r>
      <w:r>
        <w:t xml:space="preserve">. The cabinet declared a state of emergency on 10 Oct amid more than 170 aftershocks </w:t>
      </w:r>
      <w:r>
        <w:rPr>
          <w:vertAlign w:val="superscript"/>
        </w:rPr>
        <w:t>[92]</w:t>
      </w:r>
      <w:r>
        <w:t xml:space="preserve">. The State Department pledged $5 million in aid </w:t>
      </w:r>
      <w:r>
        <w:rPr>
          <w:vertAlign w:val="superscript"/>
        </w:rPr>
        <w:t>[93]</w:t>
      </w:r>
      <w:r>
        <w:t>.</w:t>
      </w:r>
    </w:p>
    <w:p>
      <w:r>
        <w:rPr>
          <w:rFonts w:ascii="Consolas" w:hAnsi="Consolas"/>
          <w:b/>
          <w:color w:val="55604B"/>
        </w:rPr>
        <w:t>Assessment:</w:t>
      </w:r>
      <w:r>
        <w:t xml:space="preserve"> Strong aftershocks are likely to continue. The US relief role will likely reinforce ties with Panama.</w:t>
      </w:r>
    </w:p>
    <w:p>
      <w:r>
        <w:rPr>
          <w:b/>
        </w:rPr>
        <w:t>BRAZIL: Sunday runoff debate cancelled; both candidates campaign in São Paulo</w:t>
      </w:r>
    </w:p>
    <w:p>
      <w:r>
        <w:t xml:space="preserve">TV Record cancelled the 11 Oct debate, citing scheduling conflicts; three debates remain before the 25 Oct runoff </w:t>
      </w:r>
      <w:r>
        <w:rPr>
          <w:vertAlign w:val="superscript"/>
        </w:rPr>
        <w:t>[94]</w:t>
      </w:r>
      <w:r>
        <w:t xml:space="preserve">. Lula joined a rally on Avenida Paulista while Flávio Bolsonaro met local officials in the state </w:t>
      </w:r>
      <w:r>
        <w:rPr>
          <w:vertAlign w:val="superscript"/>
        </w:rPr>
        <w:t>[95]</w:t>
      </w:r>
      <w:r>
        <w:t>.</w:t>
      </w:r>
    </w:p>
    <w:p>
      <w:r>
        <w:rPr>
          <w:rFonts w:ascii="Consolas" w:hAnsi="Consolas"/>
          <w:b/>
          <w:color w:val="55604B"/>
        </w:rPr>
        <w:t>Assessment:</w:t>
      </w:r>
      <w:r>
        <w:t xml:space="preserve"> The 15 Oct debate will likely be pivotal in a race that remains close.</w:t>
      </w:r>
    </w:p>
    <w:p>
      <w:r>
        <w:rPr>
          <w:b/>
        </w:rPr>
        <w:t>VENEZUELA: Machado blames Delcy Rodríguez for blocking her return</w:t>
      </w:r>
    </w:p>
    <w:p>
      <w:r>
        <w:t xml:space="preserve">Speaking in Panama City, María Corina Machado said the government of interim president Delcy Rodríguez "fears my return" </w:t>
      </w:r>
      <w:r>
        <w:rPr>
          <w:vertAlign w:val="superscript"/>
        </w:rPr>
        <w:t>[96]</w:t>
      </w:r>
      <w:r>
        <w:t xml:space="preserve">. An analysis highlights prison sentences for former military officers as a signal of control </w:t>
      </w:r>
      <w:r>
        <w:rPr>
          <w:vertAlign w:val="superscript"/>
        </w:rPr>
        <w:t>[97]</w:t>
      </w:r>
      <w:r>
        <w:t xml:space="preserve">. Rodríguez travelled to Rome for an FAO forum </w:t>
      </w:r>
      <w:r>
        <w:rPr>
          <w:vertAlign w:val="superscript"/>
        </w:rPr>
        <w:t>[98]</w:t>
      </w:r>
      <w:r>
        <w:t>.</w:t>
      </w:r>
    </w:p>
    <w:p>
      <w:r>
        <w:rPr>
          <w:rFonts w:ascii="Consolas" w:hAnsi="Consolas"/>
          <w:b/>
          <w:color w:val="55604B"/>
        </w:rPr>
        <w:t>Assessment:</w:t>
      </w:r>
      <w:r>
        <w:t xml:space="preserve"> Machado's return in the near term is unlikely without US pressure on the interim government.</w:t>
      </w:r>
    </w:p>
    <w:p>
      <w:r>
        <w:rPr>
          <w:b/>
        </w:rPr>
        <w:t>ECUADOR: Students march against Noboa in Quito</w:t>
      </w:r>
    </w:p>
    <w:p>
      <w:r>
        <w:t xml:space="preserve">Hundreds of students marched toward the presidential palace on 10 Oct over medicine shortages, education cuts and insecurity, and were blocked by security forces </w:t>
      </w:r>
      <w:r>
        <w:rPr>
          <w:vertAlign w:val="superscript"/>
        </w:rPr>
        <w:t>[99]</w:t>
      </w:r>
      <w:r>
        <w:t>.</w:t>
      </w:r>
    </w:p>
    <w:p>
      <w:r>
        <w:rPr>
          <w:rFonts w:ascii="Consolas" w:hAnsi="Consolas"/>
          <w:b/>
          <w:color w:val="55604B"/>
        </w:rPr>
        <w:t>Assessment:</w:t>
      </w:r>
      <w:r>
        <w:t xml:space="preserve"> Protests are likely to grow but are unlikely to threaten government stability soon.</w:t>
      </w:r>
    </w:p>
    <w:p>
      <w:r>
        <w:rPr>
          <w:b/>
        </w:rPr>
        <w:t>HAITI: Police tighten anti-kidnapping measures and push into Kenscoff</w:t>
      </w:r>
      <w:r>
        <w:t xml:space="preserve"> </w:t>
      </w:r>
      <w:r>
        <w:rPr>
          <w:i/>
        </w:rPr>
        <w:t>(pre-window onset)</w:t>
      </w:r>
    </w:p>
    <w:p>
      <w:r>
        <w:t xml:space="preserve">Haiti's police leadership met on 8 Oct on kidnapping prevention and election security </w:t>
      </w:r>
      <w:r>
        <w:rPr>
          <w:vertAlign w:val="superscript"/>
        </w:rPr>
        <w:t>[100]</w:t>
      </w:r>
      <w:r>
        <w:t xml:space="preserve">. Police have been retaking Kenscoff "locality by locality" since mid-September </w:t>
      </w:r>
      <w:r>
        <w:rPr>
          <w:vertAlign w:val="superscript"/>
        </w:rPr>
        <w:t>[101]</w:t>
      </w:r>
      <w:r>
        <w:t>.</w:t>
      </w:r>
    </w:p>
    <w:p>
      <w:r>
        <w:rPr>
          <w:rFonts w:ascii="Consolas" w:hAnsi="Consolas"/>
          <w:b/>
          <w:color w:val="55604B"/>
        </w:rPr>
        <w:t>Assessment:</w:t>
      </w:r>
      <w:r>
        <w:t xml:space="preserve"> Gang pressure on Kenscoff and the capital's outskirts will likely persist despite the new Gang Suppression Force.</w:t>
      </w:r>
    </w:p>
    <w:p>
      <w:r>
        <w:rPr>
          <w:i/>
        </w:rPr>
        <w:t>Collection gap: no Cuba, Colombia or Peru items, and no new US boat strikes, were found in the window.</w:t>
      </w:r>
    </w:p>
    <w:p>
      <w:pPr>
        <w:pStyle w:val="Heading1"/>
      </w:pPr>
      <w:r>
        <w:rPr>
          <w:rFonts w:ascii="Consolas" w:hAnsi="Consolas"/>
          <w:color w:val="FFB000"/>
        </w:rPr>
        <w:t xml:space="preserve">// </w:t>
      </w:r>
      <w:r>
        <w:rPr>
          <w:color w:val="282828"/>
        </w:rPr>
        <w:t>WATCH ITEMS (NEXT 72 HOURS)</w:t>
      </w:r>
    </w:p>
    <w:p>
      <w:pPr>
        <w:pStyle w:val="ListBullet"/>
      </w:pPr>
      <w:r>
        <w:t xml:space="preserve">Russian response to the US-announced energy ceasefire and further strikes on Ukraine's grid. </w:t>
      </w:r>
      <w:r>
        <w:rPr>
          <w:vertAlign w:val="superscript"/>
        </w:rPr>
        <w:t>[35]</w:t>
      </w:r>
      <w:r>
        <w:rPr>
          <w:vertAlign w:val="superscript"/>
        </w:rPr>
        <w:t>[36]</w:t>
      </w:r>
    </w:p>
    <w:p>
      <w:pPr>
        <w:pStyle w:val="ListBullet"/>
      </w:pPr>
      <w:r>
        <w:t xml:space="preserve">A US decision on striking the Houthis and further attacks on Saudi airports or oil sites. </w:t>
      </w:r>
      <w:r>
        <w:rPr>
          <w:vertAlign w:val="superscript"/>
        </w:rPr>
        <w:t>[18]</w:t>
      </w:r>
      <w:r>
        <w:rPr>
          <w:vertAlign w:val="superscript"/>
        </w:rPr>
        <w:t>[19]</w:t>
      </w:r>
    </w:p>
    <w:p>
      <w:pPr>
        <w:pStyle w:val="ListBullet"/>
      </w:pPr>
      <w:r>
        <w:t xml:space="preserve">Hurricane Simon's landfall on Mexico's Pacific coast around midweek. </w:t>
      </w:r>
      <w:r>
        <w:rPr>
          <w:vertAlign w:val="superscript"/>
        </w:rPr>
        <w:t>[85]</w:t>
      </w:r>
    </w:p>
    <w:p>
      <w:pPr>
        <w:pStyle w:val="ListBullet"/>
      </w:pPr>
      <w:r>
        <w:t xml:space="preserve">North Korean follow-up launches and KCNA claims about today's test. </w:t>
      </w:r>
      <w:r>
        <w:rPr>
          <w:vertAlign w:val="superscript"/>
        </w:rPr>
        <w:t>[56]</w:t>
      </w:r>
    </w:p>
    <w:p>
      <w:pPr>
        <w:pStyle w:val="ListBullet"/>
      </w:pPr>
      <w:r>
        <w:t xml:space="preserve">Ethiopian-Eritrean fighting around Adigrat and any UN Security Council action. </w:t>
      </w:r>
      <w:r>
        <w:rPr>
          <w:vertAlign w:val="superscript"/>
        </w:rPr>
        <w:t>[1]</w:t>
      </w:r>
      <w:r>
        <w:rPr>
          <w:vertAlign w:val="superscript"/>
        </w:rPr>
        <w:t>[2]</w:t>
      </w:r>
    </w:p>
    <w:p>
      <w:pPr>
        <w:pStyle w:val="ListBullet"/>
      </w:pPr>
      <w:r>
        <w:t xml:space="preserve">Formal EU adoption of the Russia sanctions package today. </w:t>
      </w:r>
      <w:r>
        <w:rPr>
          <w:vertAlign w:val="superscript"/>
        </w:rPr>
        <w:t>[50]</w:t>
      </w:r>
    </w:p>
    <w:p>
      <w:pPr>
        <w:pStyle w:val="ListBullet"/>
      </w:pPr>
      <w:r>
        <w:t xml:space="preserve">Unrest in Khyber Pakhtunkhwa under governor's rule. </w:t>
      </w:r>
      <w:r>
        <w:rPr>
          <w:vertAlign w:val="superscript"/>
        </w:rPr>
        <w:t>[28]</w:t>
      </w:r>
    </w:p>
    <w:p>
      <w:pPr>
        <w:pStyle w:val="ListBullet"/>
      </w:pPr>
      <w:r>
        <w:t xml:space="preserve">Brazil's 15 Oct runoff debate. </w:t>
      </w:r>
      <w:r>
        <w:rPr>
          <w:vertAlign w:val="superscript"/>
        </w:rPr>
        <w:t>[94]</w:t>
      </w:r>
    </w:p>
    <w:p>
      <w:pPr>
        <w:pStyle w:val="Heading1"/>
      </w:pPr>
      <w:r>
        <w:rPr>
          <w:rFonts w:ascii="Consolas" w:hAnsi="Consolas"/>
          <w:color w:val="FFB000"/>
        </w:rPr>
        <w:t xml:space="preserve">// </w:t>
      </w:r>
      <w:r>
        <w:rPr>
          <w:color w:val="282828"/>
        </w:rPr>
        <w:t>SOURCE SUMMARY STATEMENT</w:t>
      </w:r>
    </w:p>
    <w:p>
      <w:r>
        <w:t>This report draws on 101 open-source items published or updated between 8 and 12 October 2026. They include international wire services (Reuters, AP, AFP) carried by Al Jazeera, Arab News, Dawn, GV Wire, The Spokesman-Review and others; US and international outlets (Axios, CBS News, TIME, Euronews, BBC, Fox Weather, Stars and Stripes, International Business Times); regional press in the affected areas (Kyiv Independent, Ukrinform, LRT, ERR, Hürriyet Daily News, Sudan Tribune, Radio Dabanga, Garowe Online, TimesLIVE, Actualite.cd, Libya Observer, Times of Israel, Jerusalem Post, i24NEWS, Iran International, Tehran Times, Shafaq News, Kurdistan24, KabulNow, Korea Times, NK News, Focus Taiwan, Taipei Times, Taiwan News, Manila Times, Philippine Star, Daily Tribune, Inquirer, WEAR, Quadratín, La Razón, CTV, Rio Times, Gazeta do Povo, Efecto Cocuyo, La República, Le Nouvelliste); a think tank (ISW/Critical Threats); and official releases (US National Hurricane Center, Council of the EU). Ukrinform and Focus Taiwan are state news agencies, Global Times is Chinese state-affiliated media, Tehran Times is Iranian state-aligned and Al Jazeera is Qatari state-funded. Several figures conflict between sources (the Zaporizhzhia and Sudan gold-mine tolls and the diesel deal volume), the Egyptian role in the Sudan strikes is unverified, and the Tehran Times tanker report is undated. Reuters, AP, NBC, CBC, RFI, DVIDS and several base websites were blocked during collection. Coverage gaps include the Sahel, Somalia, Mozambique, India, Australia, Cuba, Colombia and Peru.</w:t>
      </w:r>
    </w:p>
    <w:p>
      <w:pPr>
        <w:pStyle w:val="Heading1"/>
      </w:pPr>
      <w:r>
        <w:rPr>
          <w:rFonts w:ascii="Consolas" w:hAnsi="Consolas"/>
          <w:color w:val="FFB000"/>
        </w:rPr>
        <w:t xml:space="preserve">// </w:t>
      </w:r>
      <w:r>
        <w:rPr>
          <w:color w:val="282828"/>
        </w:rPr>
        <w:t>ENDNOTES (ICD 206)</w:t>
      </w:r>
    </w:p>
    <w:p>
      <w:r>
        <w:rPr>
          <w:i/>
        </w:rPr>
        <w:t>All sources accessed 12 October 2026. All sources are publicly available reporting.</w:t>
      </w:r>
    </w:p>
    <w:p>
      <w:r>
        <w:rPr>
          <w:b/>
        </w:rPr>
        <w:t>AFRICOM</w:t>
      </w:r>
    </w:p>
    <w:p>
      <w:r>
        <w:rPr>
          <w:sz w:val="17"/>
          <w:vertAlign w:val="superscript"/>
        </w:rPr>
        <w:t>[1]</w:t>
      </w:r>
      <w:r>
        <w:rPr>
          <w:sz w:val="17"/>
        </w:rPr>
        <w:t xml:space="preserve"> Al Jazeera Staff with AP and Reuters; Al Jazeera; "Ethiopia, Eritrea ramp up rhetoric: Are they inching towards war?"; 11 October 2026, 1409; </w:t>
      </w:r>
      <w:hyperlink r:id="rId10">
        <w:r>
          <w:rPr>
            <w:color w:val="8A5D00"/>
            <w:sz w:val="17"/>
          </w:rPr>
          <w:t xml:space="preserve">https://www.aljazeera.com/news/2026/10/11/ethiopia-eritrea-ramp-up-rhetoric-are-they-inching-towards-war</w:t>
        </w:r>
      </w:hyperlink>
      <w:r>
        <w:rPr>
          <w:sz w:val="17"/>
        </w:rPr>
        <w:t>; accessed 12 October 2026; Source descriptor: Qatari state-funded broadcaster with international wire services.</w:t>
      </w:r>
    </w:p>
    <w:p>
      <w:r>
        <w:rPr>
          <w:sz w:val="17"/>
          <w:vertAlign w:val="superscript"/>
        </w:rPr>
        <w:t>[2]</w:t>
      </w:r>
      <w:r>
        <w:rPr>
          <w:sz w:val="17"/>
        </w:rPr>
        <w:t xml:space="preserve"> Al Jazeera Staff with AFP and AP; Al Jazeera; "Eritrea urges UN to intervene in standoff with Ethiopia"; 10 October 2026, 1641; </w:t>
      </w:r>
      <w:hyperlink r:id="rId11">
        <w:r>
          <w:rPr>
            <w:color w:val="8A5D00"/>
            <w:sz w:val="17"/>
          </w:rPr>
          <w:t xml:space="preserve">https://www.aljazeera.com/news/2026/10/10/eritrea-urges-un-to-intervene-in-standoff-with</w:t>
        </w:r>
      </w:hyperlink>
      <w:r>
        <w:rPr>
          <w:sz w:val="17"/>
        </w:rPr>
        <w:t>; accessed 12 October 2026; Source descriptor: Qatari state-funded broadcaster with international wire services.</w:t>
      </w:r>
    </w:p>
    <w:p>
      <w:r>
        <w:rPr>
          <w:sz w:val="17"/>
          <w:vertAlign w:val="superscript"/>
        </w:rPr>
        <w:t>[3]</w:t>
      </w:r>
      <w:r>
        <w:rPr>
          <w:sz w:val="17"/>
        </w:rPr>
        <w:t xml:space="preserve"> Staff Reporter; Garowe Online; "Ethiopia says it must defend itself against Eritrea's 'all-out invasion'"; 10 October 2026, 1141; </w:t>
      </w:r>
      <w:hyperlink r:id="rId12">
        <w:r>
          <w:rPr>
            <w:color w:val="8A5D00"/>
            <w:sz w:val="17"/>
          </w:rPr>
          <w:t xml:space="preserve">https://www.garoweonline.com/en/world/africa/ethiopia-says-it-must-defend-itself-against-eritrea-s-all-out-invasion</w:t>
        </w:r>
      </w:hyperlink>
      <w:r>
        <w:rPr>
          <w:sz w:val="17"/>
        </w:rPr>
        <w:t>; accessed 12 October 2026; Source descriptor: Somali regional press relaying Reuters.</w:t>
      </w:r>
    </w:p>
    <w:p>
      <w:r>
        <w:rPr>
          <w:sz w:val="17"/>
          <w:vertAlign w:val="superscript"/>
        </w:rPr>
        <w:t>[4]</w:t>
      </w:r>
      <w:r>
        <w:rPr>
          <w:sz w:val="17"/>
        </w:rPr>
        <w:t xml:space="preserve"> BBC News via The Star; The Star (Kenya); "Dozens of gold prospectors killed in strikes on Egypt-Sudan border, rights group says"; 12 October 2026, 0800 EAT; </w:t>
      </w:r>
      <w:hyperlink r:id="rId13">
        <w:r>
          <w:rPr>
            <w:color w:val="8A5D00"/>
            <w:sz w:val="17"/>
          </w:rPr>
          <w:t xml:space="preserve">https://www.the-star.co.ke/news/world/2026-10-12-dozens-of-gold-prospectors-killed-in-strikes-on-egypt-sudan-border-rights-group-says</w:t>
        </w:r>
      </w:hyperlink>
      <w:r>
        <w:rPr>
          <w:sz w:val="17"/>
        </w:rPr>
        <w:t>; accessed 12 October 2026; Source descriptor: UK public broadcaster via Kenyan daily.</w:t>
      </w:r>
    </w:p>
    <w:p>
      <w:r>
        <w:rPr>
          <w:sz w:val="17"/>
          <w:vertAlign w:val="superscript"/>
        </w:rPr>
        <w:t>[5]</w:t>
      </w:r>
      <w:r>
        <w:rPr>
          <w:sz w:val="17"/>
        </w:rPr>
        <w:t xml:space="preserve"> Staff; Sudan Tribune; "Air strikes kill at least 200 at gold mine near Sudan-Egypt border, survivors say"; 11 October 2026, 1905 UTC; </w:t>
      </w:r>
      <w:hyperlink r:id="rId14">
        <w:r>
          <w:rPr>
            <w:color w:val="8A5D00"/>
            <w:sz w:val="17"/>
          </w:rPr>
          <w:t xml:space="preserve">https://sudantribune.com/article/319838</w:t>
        </w:r>
      </w:hyperlink>
      <w:r>
        <w:rPr>
          <w:sz w:val="17"/>
        </w:rPr>
        <w:t>; accessed 12 October 2026; Source descriptor: Sudanese news outlet citing survivors.</w:t>
      </w:r>
    </w:p>
    <w:p>
      <w:r>
        <w:rPr>
          <w:sz w:val="17"/>
          <w:vertAlign w:val="superscript"/>
        </w:rPr>
        <w:t>[6]</w:t>
      </w:r>
      <w:r>
        <w:rPr>
          <w:sz w:val="17"/>
        </w:rPr>
        <w:t xml:space="preserve"> Staff; Sudan Tribune; "Air strikes hit gold mines near Sudan-Egypt border, killing dozens, miners say"; 10 October 2026, 2227 UTC; </w:t>
      </w:r>
      <w:hyperlink r:id="rId15">
        <w:r>
          <w:rPr>
            <w:color w:val="8A5D00"/>
            <w:sz w:val="17"/>
          </w:rPr>
          <w:t xml:space="preserve">https://sudantribune.com/article/319822</w:t>
        </w:r>
      </w:hyperlink>
      <w:r>
        <w:rPr>
          <w:sz w:val="17"/>
        </w:rPr>
        <w:t>; accessed 12 October 2026; Source descriptor: Sudanese news outlet.</w:t>
      </w:r>
    </w:p>
    <w:p>
      <w:r>
        <w:rPr>
          <w:sz w:val="17"/>
          <w:vertAlign w:val="superscript"/>
        </w:rPr>
        <w:t>[7]</w:t>
      </w:r>
      <w:r>
        <w:rPr>
          <w:sz w:val="17"/>
        </w:rPr>
        <w:t xml:space="preserve"> Staff; Sudan Tribune; "UN condemns deadly RSF drone strike on Sudan displacement camp"; 10 October 2026, 2211 UTC; </w:t>
      </w:r>
      <w:hyperlink r:id="rId16">
        <w:r>
          <w:rPr>
            <w:color w:val="8A5D00"/>
            <w:sz w:val="17"/>
          </w:rPr>
          <w:t xml:space="preserve">https://sudantribune.com/article/319819</w:t>
        </w:r>
      </w:hyperlink>
      <w:r>
        <w:rPr>
          <w:sz w:val="17"/>
        </w:rPr>
        <w:t>; accessed 12 October 2026; Source descriptor: Sudanese news outlet.</w:t>
      </w:r>
    </w:p>
    <w:p>
      <w:r>
        <w:rPr>
          <w:sz w:val="17"/>
          <w:vertAlign w:val="superscript"/>
        </w:rPr>
        <w:t>[8]</w:t>
      </w:r>
      <w:r>
        <w:rPr>
          <w:sz w:val="17"/>
        </w:rPr>
        <w:t xml:space="preserve"> Amgad; Radio Dabanga; "Drone strikes and deadly explosions kill scores of civilians across Sudan"; 09 October 2026, 1649 UTC; </w:t>
      </w:r>
      <w:hyperlink r:id="rId17">
        <w:r>
          <w:rPr>
            <w:color w:val="8A5D00"/>
            <w:sz w:val="17"/>
          </w:rPr>
          <w:t xml:space="preserve">https://www.dabangasudan.org/en/all-news/article/drone-strikes-and-deadly-explosions-kill-scores-of-civilians-across-sudan</w:t>
        </w:r>
      </w:hyperlink>
      <w:r>
        <w:rPr>
          <w:sz w:val="17"/>
        </w:rPr>
        <w:t>; accessed 12 October 2026; Source descriptor: independent Sudanese broadcaster.</w:t>
      </w:r>
    </w:p>
    <w:p>
      <w:r>
        <w:rPr>
          <w:sz w:val="17"/>
          <w:vertAlign w:val="superscript"/>
        </w:rPr>
        <w:t>[9]</w:t>
      </w:r>
      <w:r>
        <w:rPr>
          <w:sz w:val="17"/>
        </w:rPr>
        <w:t xml:space="preserve"> Staff; Sudan Tribune; "SPLM-N shelling kills mother and three children in Sudan's Kadugli, medics say"; 10 October 2026, 2131 UTC; </w:t>
      </w:r>
      <w:hyperlink r:id="rId18">
        <w:r>
          <w:rPr>
            <w:color w:val="8A5D00"/>
            <w:sz w:val="17"/>
          </w:rPr>
          <w:t xml:space="preserve">https://sudantribune.com/article/319812</w:t>
        </w:r>
      </w:hyperlink>
      <w:r>
        <w:rPr>
          <w:sz w:val="17"/>
        </w:rPr>
        <w:t>; accessed 12 October 2026; Source descriptor: Sudanese news outlet citing medical network.</w:t>
      </w:r>
    </w:p>
    <w:p>
      <w:r>
        <w:rPr>
          <w:sz w:val="17"/>
          <w:vertAlign w:val="superscript"/>
        </w:rPr>
        <w:t>[10]</w:t>
      </w:r>
      <w:r>
        <w:rPr>
          <w:sz w:val="17"/>
        </w:rPr>
        <w:t xml:space="preserve"> Al Jazeera Staff; Al Jazeera; "At least 139 dead, 84 missing as migrant boat capsizes off Djibouti"; 11 October 2026, 1134; </w:t>
      </w:r>
      <w:hyperlink r:id="rId19">
        <w:r>
          <w:rPr>
            <w:color w:val="8A5D00"/>
            <w:sz w:val="17"/>
          </w:rPr>
          <w:t xml:space="preserve">https://www.aljazeera.com/news/2026/10/11/at-least-109-dead-over-100-missing-as-migrant-boat-capsizes-off-djibouti</w:t>
        </w:r>
      </w:hyperlink>
      <w:r>
        <w:rPr>
          <w:sz w:val="17"/>
        </w:rPr>
        <w:t>; accessed 12 October 2026; Source descriptor: Qatari state-funded broadcaster citing IOM.</w:t>
      </w:r>
    </w:p>
    <w:p>
      <w:r>
        <w:rPr>
          <w:sz w:val="17"/>
          <w:vertAlign w:val="superscript"/>
        </w:rPr>
        <w:t>[11]</w:t>
      </w:r>
      <w:r>
        <w:rPr>
          <w:sz w:val="17"/>
        </w:rPr>
        <w:t xml:space="preserve"> Yasantha Naidoo and Mlungisi Mhlophe-Gumede; TimesLIVE; "Army rolls into Durban as xenophobic violence rages"; 11 October 2026, 0000 SAST; </w:t>
      </w:r>
      <w:hyperlink r:id="rId20">
        <w:r>
          <w:rPr>
            <w:color w:val="8A5D00"/>
            <w:sz w:val="17"/>
          </w:rPr>
          <w:t xml:space="preserve">https://www.timeslive.co.za/news/2026-10-10-army-rolls-into-durban-as-xenophobic-violence-rages/</w:t>
        </w:r>
      </w:hyperlink>
      <w:r>
        <w:rPr>
          <w:sz w:val="17"/>
        </w:rPr>
        <w:t>; accessed 12 October 2026; Source descriptor: South African national newspaper.</w:t>
      </w:r>
    </w:p>
    <w:p>
      <w:r>
        <w:rPr>
          <w:sz w:val="17"/>
          <w:vertAlign w:val="superscript"/>
        </w:rPr>
        <w:t>[12]</w:t>
      </w:r>
      <w:r>
        <w:rPr>
          <w:sz w:val="17"/>
        </w:rPr>
        <w:t xml:space="preserve"> Clément Muamba; Actualite.cd; "Est de la RDC : « Nous souhaitons vraiment que la paix soit rétablie afin que la RDC, ses voisins et toute l'Afrique puissent en profiter » (Panel des facilitateurs de l'UA)"; 11 October 2026, 1808 WAT; </w:t>
      </w:r>
      <w:hyperlink r:id="rId21">
        <w:r>
          <w:rPr>
            <w:color w:val="8A5D00"/>
            <w:sz w:val="17"/>
          </w:rPr>
          <w:t xml:space="preserve">https://actualite.cd/2026/10/11/est-de-la-rdc-nous-souhaitons-vraiment-que-la-paix-soit-retablie-afin-que-la-rdc-ses</w:t>
        </w:r>
      </w:hyperlink>
      <w:r>
        <w:rPr>
          <w:sz w:val="17"/>
        </w:rPr>
        <w:t>; accessed 12 October 2026; Source descriptor: Congolese independent press.</w:t>
      </w:r>
    </w:p>
    <w:p>
      <w:r>
        <w:rPr>
          <w:sz w:val="17"/>
          <w:vertAlign w:val="superscript"/>
        </w:rPr>
        <w:t>[13]</w:t>
      </w:r>
      <w:r>
        <w:rPr>
          <w:sz w:val="17"/>
        </w:rPr>
        <w:t xml:space="preserve"> Staff; Actualite.cd; "Rutshuru : les écoles de Kiwanja intensifient les gestes barrières contre Ebola après l'extension de l'épidémie à Lubero"; 11 October 2026, 1921 WAT; </w:t>
      </w:r>
      <w:hyperlink r:id="rId22">
        <w:r>
          <w:rPr>
            <w:color w:val="8A5D00"/>
            <w:sz w:val="17"/>
          </w:rPr>
          <w:t xml:space="preserve">https://actualite.cd/2026/10/11/rutshuru-les-ecoles-de-kiwanja-intensifient-les-gestes-barrieres-contre-ebola-apres</w:t>
        </w:r>
      </w:hyperlink>
      <w:r>
        <w:rPr>
          <w:sz w:val="17"/>
        </w:rPr>
        <w:t>; accessed 12 October 2026; Source descriptor: Congolese independent press.</w:t>
      </w:r>
    </w:p>
    <w:p>
      <w:r>
        <w:rPr>
          <w:sz w:val="17"/>
          <w:vertAlign w:val="superscript"/>
        </w:rPr>
        <w:t>[14]</w:t>
      </w:r>
      <w:r>
        <w:rPr>
          <w:sz w:val="17"/>
        </w:rPr>
        <w:t xml:space="preserve"> Prosper Heri Ngorora; Al Jazeera; "Ebola spreads in eastern DRC as Kenya confirms imported case"; 11 October 2026, 0023; </w:t>
      </w:r>
      <w:hyperlink r:id="rId23">
        <w:r>
          <w:rPr>
            <w:color w:val="8A5D00"/>
            <w:sz w:val="17"/>
          </w:rPr>
          <w:t xml:space="preserve">https://www.aljazeera.com/news/2026/10/11/ebola-spreads-in-eastern-drc-as-kenya-confirms-imported-case</w:t>
        </w:r>
      </w:hyperlink>
      <w:r>
        <w:rPr>
          <w:sz w:val="17"/>
        </w:rPr>
        <w:t>; accessed 12 October 2026; Source descriptor: Qatari state-funded broadcaster citing MSF and WHO.</w:t>
      </w:r>
    </w:p>
    <w:p>
      <w:r>
        <w:rPr>
          <w:sz w:val="17"/>
          <w:vertAlign w:val="superscript"/>
        </w:rPr>
        <w:t>[15]</w:t>
      </w:r>
      <w:r>
        <w:rPr>
          <w:sz w:val="17"/>
        </w:rPr>
        <w:t xml:space="preserve"> AbdulkaderAssad; Libya Observer; "Eekad tracks Russian military aircraft concealing signals on flights between Benghazi, Syria and Africa"; 10 October 2026, 2103; </w:t>
      </w:r>
      <w:hyperlink r:id="rId24">
        <w:r>
          <w:rPr>
            <w:color w:val="8A5D00"/>
            <w:sz w:val="17"/>
          </w:rPr>
          <w:t xml:space="preserve">https://libyaobserver.ly/inbrief/eekad-tracks-russian-military-aircraft-concealing-signals-flights-between-benghazi-syria</w:t>
        </w:r>
      </w:hyperlink>
      <w:r>
        <w:rPr>
          <w:sz w:val="17"/>
        </w:rPr>
        <w:t>; accessed 12 October 2026; Source descriptor: Libyan news outlet citing open-source analysts.</w:t>
      </w:r>
    </w:p>
    <w:p>
      <w:r>
        <w:rPr>
          <w:b/>
        </w:rPr>
        <w:t>CENTCOM</w:t>
      </w:r>
    </w:p>
    <w:p>
      <w:r>
        <w:rPr>
          <w:sz w:val="17"/>
          <w:vertAlign w:val="superscript"/>
        </w:rPr>
        <w:t>[16]</w:t>
      </w:r>
      <w:r>
        <w:rPr>
          <w:sz w:val="17"/>
        </w:rPr>
        <w:t xml:space="preserve"> Al Jazeera Staff and Reuters; Al Jazeera; "Saudi Arabia says 12 killed, 300 wounded in Houthi attack on Riyadh airport"; 10 October 2026, 1808, updated 11 October 2026, 0536; </w:t>
      </w:r>
      <w:hyperlink r:id="rId25">
        <w:r>
          <w:rPr>
            <w:color w:val="8A5D00"/>
            <w:sz w:val="17"/>
          </w:rPr>
          <w:t xml:space="preserve">https://www.aljazeera.com/news/2026/10/10/attack-on-airport-in-saudi-capital-riyadh-leaves-several-injured</w:t>
        </w:r>
      </w:hyperlink>
      <w:r>
        <w:rPr>
          <w:sz w:val="17"/>
        </w:rPr>
        <w:t>; accessed 12 October 2026; Source descriptor: Qatari state-funded broadcaster with international wire service.</w:t>
      </w:r>
    </w:p>
    <w:p>
      <w:r>
        <w:rPr>
          <w:sz w:val="17"/>
          <w:vertAlign w:val="superscript"/>
        </w:rPr>
        <w:t>[17]</w:t>
      </w:r>
      <w:r>
        <w:rPr>
          <w:sz w:val="17"/>
        </w:rPr>
        <w:t xml:space="preserve"> Al Jazeera Staff and Reuters; Al Jazeera; "World condemns deadly Houthi attack on Saudi Arabia's Riyadh airport"; 11 October 2026, 0212; </w:t>
      </w:r>
      <w:hyperlink r:id="rId26">
        <w:r>
          <w:rPr>
            <w:color w:val="8A5D00"/>
            <w:sz w:val="17"/>
          </w:rPr>
          <w:t xml:space="preserve">https://www.aljazeera.com/news/2026/10/11/world-condemns-deadly-houthi-attack-on-saudi-arabias-riyadh-airport</w:t>
        </w:r>
      </w:hyperlink>
      <w:r>
        <w:rPr>
          <w:sz w:val="17"/>
        </w:rPr>
        <w:t>; accessed 12 October 2026; Source descriptor: Qatari state-funded broadcaster with international wire service.</w:t>
      </w:r>
    </w:p>
    <w:p>
      <w:r>
        <w:rPr>
          <w:sz w:val="17"/>
          <w:vertAlign w:val="superscript"/>
        </w:rPr>
        <w:t>[18]</w:t>
      </w:r>
      <w:r>
        <w:rPr>
          <w:sz w:val="17"/>
        </w:rPr>
        <w:t xml:space="preserve"> Frank Andrews, Emily Mae Czachor, Mark Osborne et al.; CBS News; "Iran calls U.S. response 'insufficient' amid stalled talks to end the war"; 09–11 October 2026, last updated 11 October 2026, 1507 EDT; </w:t>
      </w:r>
      <w:hyperlink r:id="rId27">
        <w:r>
          <w:rPr>
            <w:color w:val="8A5D00"/>
            <w:sz w:val="17"/>
          </w:rPr>
          <w:t xml:space="preserve">https://www.cbsnews.com/live-updates/iran-war-trump-us-elections-saudi-arabia-yemen-houthis/</w:t>
        </w:r>
      </w:hyperlink>
      <w:r>
        <w:rPr>
          <w:sz w:val="17"/>
        </w:rPr>
        <w:t>; accessed 12 October 2026; Source descriptor: US national broadcaster live updates.</w:t>
      </w:r>
    </w:p>
    <w:p>
      <w:r>
        <w:rPr>
          <w:sz w:val="17"/>
          <w:vertAlign w:val="superscript"/>
        </w:rPr>
        <w:t>[19]</w:t>
      </w:r>
      <w:r>
        <w:rPr>
          <w:sz w:val="17"/>
        </w:rPr>
        <w:t xml:space="preserve"> Al Jazeera Staff with AP and Reuters; Al Jazeera; "Saudi Arabia says 1 dead, 11 injured in latest attack on Riyadh airport"; 12 October 2026, 0211 UTC; </w:t>
      </w:r>
      <w:hyperlink r:id="rId28">
        <w:r>
          <w:rPr>
            <w:color w:val="8A5D00"/>
            <w:sz w:val="17"/>
          </w:rPr>
          <w:t xml:space="preserve">https://www.aljazeera.com/news/2026/10/12/saudi-arabia-says-1-dead-11-injured-in-latest-attack-on-riyadh-airport</w:t>
        </w:r>
      </w:hyperlink>
      <w:r>
        <w:rPr>
          <w:sz w:val="17"/>
        </w:rPr>
        <w:t>; accessed 12 October 2026; Source descriptor: Qatari state-funded broadcaster with international wire services.</w:t>
      </w:r>
    </w:p>
    <w:p>
      <w:r>
        <w:rPr>
          <w:sz w:val="17"/>
          <w:vertAlign w:val="superscript"/>
        </w:rPr>
        <w:t>[20]</w:t>
      </w:r>
      <w:r>
        <w:rPr>
          <w:sz w:val="17"/>
        </w:rPr>
        <w:t xml:space="preserve"> Staff and agencies; Times of Israel; "October 11: PM convenes security officials amid concerns of Iran escalation"; 11 October 2026; </w:t>
      </w:r>
      <w:hyperlink r:id="rId29">
        <w:r>
          <w:rPr>
            <w:color w:val="8A5D00"/>
            <w:sz w:val="17"/>
          </w:rPr>
          <w:t xml:space="preserve">https://www.timesofisrael.com/liveblog-october-11-2026/</w:t>
        </w:r>
      </w:hyperlink>
      <w:r>
        <w:rPr>
          <w:sz w:val="17"/>
        </w:rPr>
        <w:t>; accessed 12 October 2026; Source descriptor: Israeli news site live blog.</w:t>
      </w:r>
    </w:p>
    <w:p>
      <w:r>
        <w:rPr>
          <w:sz w:val="17"/>
          <w:vertAlign w:val="superscript"/>
        </w:rPr>
        <w:t>[21]</w:t>
      </w:r>
      <w:r>
        <w:rPr>
          <w:sz w:val="17"/>
        </w:rPr>
        <w:t xml:space="preserve"> Reuters and JPost Staff; Jerusalem Post; "Live Updates: Latest from Israel, Iran, and the Middle East"; 11–12 October 2026; </w:t>
      </w:r>
      <w:hyperlink r:id="rId30">
        <w:r>
          <w:rPr>
            <w:color w:val="8A5D00"/>
            <w:sz w:val="17"/>
          </w:rPr>
          <w:t xml:space="preserve">https://www.jpost.com/middle-east/iran-news/2026-10-11/live-updates-911253</w:t>
        </w:r>
      </w:hyperlink>
      <w:r>
        <w:rPr>
          <w:sz w:val="17"/>
        </w:rPr>
        <w:t>; accessed 12 October 2026; Source descriptor: Israeli daily live blog with international wire service.</w:t>
      </w:r>
    </w:p>
    <w:p>
      <w:r>
        <w:rPr>
          <w:sz w:val="17"/>
          <w:vertAlign w:val="superscript"/>
        </w:rPr>
        <w:t>[22]</w:t>
      </w:r>
      <w:r>
        <w:rPr>
          <w:sz w:val="17"/>
        </w:rPr>
        <w:t xml:space="preserve"> Iran International Staff; Iran International; "Iran reviews latest US proposal, ties Hormuz security to end of US blockade"; 12 October 2026, 0801–0953 BST; </w:t>
      </w:r>
      <w:hyperlink r:id="rId31">
        <w:r>
          <w:rPr>
            <w:color w:val="8A5D00"/>
            <w:sz w:val="17"/>
          </w:rPr>
          <w:t xml:space="preserve">https://www.iranintl.com/en/liveblog/202610105959</w:t>
        </w:r>
      </w:hyperlink>
      <w:r>
        <w:rPr>
          <w:sz w:val="17"/>
        </w:rPr>
        <w:t>; accessed 12 October 2026; Source descriptor: London-based Persian opposition-leaning broadcaster live blog.</w:t>
      </w:r>
    </w:p>
    <w:p>
      <w:r>
        <w:rPr>
          <w:sz w:val="17"/>
          <w:vertAlign w:val="superscript"/>
        </w:rPr>
        <w:t>[23]</w:t>
      </w:r>
      <w:r>
        <w:rPr>
          <w:sz w:val="17"/>
        </w:rPr>
        <w:t xml:space="preserve"> Staff; Shafaq News; "Washington disables cargo ship in Gulf of Oman"; 11 October 2026, 0528 UTC; </w:t>
      </w:r>
      <w:hyperlink r:id="rId32">
        <w:r>
          <w:rPr>
            <w:color w:val="8A5D00"/>
            <w:sz w:val="17"/>
          </w:rPr>
          <w:t xml:space="preserve">https://shafaq.com/en/World/Washington-disables-cargo-ship-in-Gulf-of-Oman</w:t>
        </w:r>
      </w:hyperlink>
      <w:r>
        <w:rPr>
          <w:sz w:val="17"/>
        </w:rPr>
        <w:t>; accessed 12 October 2026; Source descriptor: Iraqi independent news agency relaying CENTCOM statement.</w:t>
      </w:r>
    </w:p>
    <w:p>
      <w:r>
        <w:rPr>
          <w:sz w:val="17"/>
          <w:vertAlign w:val="superscript"/>
        </w:rPr>
        <w:t>[24]</w:t>
      </w:r>
      <w:r>
        <w:rPr>
          <w:sz w:val="17"/>
        </w:rPr>
        <w:t xml:space="preserve"> Reuters via Arab News; Arab News; "UK Maritime says tanker struck by drone in vicinity of Oman's Sohar anchorage"; 11 October 2026, 2151 UTC; </w:t>
      </w:r>
      <w:hyperlink r:id="rId33">
        <w:r>
          <w:rPr>
            <w:color w:val="8A5D00"/>
            <w:sz w:val="17"/>
          </w:rPr>
          <w:t xml:space="preserve">https://www.arabnews.com/middle-east/uk-maritime-says-tanker-struck-by-drone-in-vicinity-of-omans-sohar-anchorage-3005832</w:t>
        </w:r>
      </w:hyperlink>
      <w:r>
        <w:rPr>
          <w:sz w:val="17"/>
        </w:rPr>
        <w:t>; accessed 12 October 2026; Source descriptor: international wire service via Saudi English-language daily.</w:t>
      </w:r>
    </w:p>
    <w:p>
      <w:r>
        <w:rPr>
          <w:sz w:val="17"/>
          <w:vertAlign w:val="superscript"/>
        </w:rPr>
        <w:t>[25]</w:t>
      </w:r>
      <w:r>
        <w:rPr>
          <w:sz w:val="17"/>
        </w:rPr>
        <w:t xml:space="preserve"> Staff; Tehran Times; "Super oil tanker catches fire after hitting sea mine in Strait of Hormuz"; date not shown; </w:t>
      </w:r>
      <w:hyperlink r:id="rId34">
        <w:r>
          <w:rPr>
            <w:color w:val="8A5D00"/>
            <w:sz w:val="17"/>
          </w:rPr>
          <w:t xml:space="preserve">https://www.tehrantimes.com/news/530979/Super-oil-tanker-catches-fire-after-hitting-sea-mine-in-Strait</w:t>
        </w:r>
      </w:hyperlink>
      <w:r>
        <w:rPr>
          <w:sz w:val="17"/>
        </w:rPr>
        <w:t>; accessed 12 October 2026; Source descriptor: Iranian state-aligned media relaying IRGC statement.</w:t>
      </w:r>
    </w:p>
    <w:p>
      <w:r>
        <w:rPr>
          <w:sz w:val="17"/>
          <w:vertAlign w:val="superscript"/>
        </w:rPr>
        <w:t>[26]</w:t>
      </w:r>
      <w:r>
        <w:rPr>
          <w:sz w:val="17"/>
        </w:rPr>
        <w:t xml:space="preserve"> Staff; i24NEWS; "After the deadly attacks on Saudi Arabia, Iran offers to open dialogue between Riyadh and the Houthis"; 12 October 2026, 0914 UTC; </w:t>
      </w:r>
      <w:hyperlink r:id="rId35">
        <w:r>
          <w:rPr>
            <w:color w:val="8A5D00"/>
            <w:sz w:val="17"/>
          </w:rPr>
          <w:t xml:space="preserve">https://i24news.tv/en/news/middle-east/the-gulf/artc-after-the-deadly-attacks-on-saudi-arabia-iran-offers-to-open-dialogue-between-riyadh-and-the-houthis</w:t>
        </w:r>
      </w:hyperlink>
      <w:r>
        <w:rPr>
          <w:sz w:val="17"/>
        </w:rPr>
        <w:t>; accessed 12 October 2026; Source descriptor: Israeli international broadcaster citing Al-Araby Al-Jadeed.</w:t>
      </w:r>
    </w:p>
    <w:p>
      <w:r>
        <w:rPr>
          <w:sz w:val="17"/>
          <w:vertAlign w:val="superscript"/>
        </w:rPr>
        <w:t>[27]</w:t>
      </w:r>
      <w:r>
        <w:rPr>
          <w:sz w:val="17"/>
        </w:rPr>
        <w:t xml:space="preserve"> Al Jazeera Staff; Al Jazeera; "Yemeni government's military says its forces advancing against Houthis"; 10 October 2026, 2212; </w:t>
      </w:r>
      <w:hyperlink r:id="rId36">
        <w:r>
          <w:rPr>
            <w:color w:val="8A5D00"/>
            <w:sz w:val="17"/>
          </w:rPr>
          <w:t xml:space="preserve">https://www.aljazeera.com/news/2026/10/10/yemeni-governments-military-says-its-forces-advancing-against-houthis</w:t>
        </w:r>
      </w:hyperlink>
      <w:r>
        <w:rPr>
          <w:sz w:val="17"/>
        </w:rPr>
        <w:t>; accessed 12 October 2026; Source descriptor: Qatari state-funded broadcaster.</w:t>
      </w:r>
    </w:p>
    <w:p>
      <w:r>
        <w:rPr>
          <w:sz w:val="17"/>
          <w:vertAlign w:val="superscript"/>
        </w:rPr>
        <w:t>[28]</w:t>
      </w:r>
      <w:r>
        <w:rPr>
          <w:sz w:val="17"/>
        </w:rPr>
        <w:t xml:space="preserve"> Umer Farooq, Ismail Khan, Iftikhar A. Khan and Manzoor Ali; Dawn; "Pakistan Army deployed in Khyber Pakhtunkhwa in aid of civil power"; 11 October 2026, 1716 PKT, updated 2333 PKT; </w:t>
      </w:r>
      <w:hyperlink r:id="rId37">
        <w:r>
          <w:rPr>
            <w:color w:val="8A5D00"/>
            <w:sz w:val="17"/>
          </w:rPr>
          <w:t xml:space="preserve">https://www.dawn.com/news/2036387</w:t>
        </w:r>
      </w:hyperlink>
      <w:r>
        <w:rPr>
          <w:sz w:val="17"/>
        </w:rPr>
        <w:t>; accessed 12 October 2026; Source descriptor: Pakistani national daily.</w:t>
      </w:r>
    </w:p>
    <w:p>
      <w:r>
        <w:rPr>
          <w:sz w:val="17"/>
          <w:vertAlign w:val="superscript"/>
        </w:rPr>
        <w:t>[29]</w:t>
      </w:r>
      <w:r>
        <w:rPr>
          <w:sz w:val="17"/>
        </w:rPr>
        <w:t xml:space="preserve"> Nawa Tahir and Shifa; Dawn; "Governor's rule and emergency imposed in KP — here's what it means"; 11 October 2026, 1519 PKT; </w:t>
      </w:r>
      <w:hyperlink r:id="rId38">
        <w:r>
          <w:rPr>
            <w:color w:val="8A5D00"/>
            <w:sz w:val="17"/>
          </w:rPr>
          <w:t xml:space="preserve">https://www.dawn.com/news/2036378</w:t>
        </w:r>
      </w:hyperlink>
      <w:r>
        <w:rPr>
          <w:sz w:val="17"/>
        </w:rPr>
        <w:t>; accessed 12 October 2026; Source descriptor: Pakistani national daily.</w:t>
      </w:r>
    </w:p>
    <w:p>
      <w:r>
        <w:rPr>
          <w:sz w:val="17"/>
          <w:vertAlign w:val="superscript"/>
        </w:rPr>
        <w:t>[30]</w:t>
      </w:r>
      <w:r>
        <w:rPr>
          <w:sz w:val="17"/>
        </w:rPr>
        <w:t xml:space="preserve"> Nazanin Mohseni; KabulNow; "Pakistan Declares Emergency in Khyber Pakhtunkhwa as Border Clashes Kill 12, Army Says"; 11 October 2026, 1306 UTC; </w:t>
      </w:r>
      <w:hyperlink r:id="rId39">
        <w:r>
          <w:rPr>
            <w:color w:val="8A5D00"/>
            <w:sz w:val="17"/>
          </w:rPr>
          <w:t xml:space="preserve">https://kabulnow.com/2026/10/pakistan-declares-emergency-in-khyber-pakhtunkhwa-as-border-clashes-kill-12-army-says/</w:t>
        </w:r>
      </w:hyperlink>
      <w:r>
        <w:rPr>
          <w:sz w:val="17"/>
        </w:rPr>
        <w:t>; accessed 12 October 2026; Source descriptor: Afghan exile independent outlet.</w:t>
      </w:r>
    </w:p>
    <w:p>
      <w:r>
        <w:rPr>
          <w:sz w:val="17"/>
          <w:vertAlign w:val="superscript"/>
        </w:rPr>
        <w:t>[31]</w:t>
      </w:r>
      <w:r>
        <w:rPr>
          <w:sz w:val="17"/>
        </w:rPr>
        <w:t xml:space="preserve"> Maariv via Jerusalem Post; Jerusalem Post; "Eisenkot leads Netanyahu, but both blocs without clear path to 61-seat majority - poll"; 11 October 2026, 0842; </w:t>
      </w:r>
      <w:hyperlink r:id="rId40">
        <w:r>
          <w:rPr>
            <w:color w:val="8A5D00"/>
            <w:sz w:val="17"/>
          </w:rPr>
          <w:t xml:space="preserve">https://www.jpost.com/israel-election-2026/article-911262</w:t>
        </w:r>
      </w:hyperlink>
      <w:r>
        <w:rPr>
          <w:sz w:val="17"/>
        </w:rPr>
        <w:t>; accessed 12 October 2026; Source descriptor: Israeli daily poll roundup.</w:t>
      </w:r>
    </w:p>
    <w:p>
      <w:r>
        <w:rPr>
          <w:sz w:val="17"/>
          <w:vertAlign w:val="superscript"/>
        </w:rPr>
        <w:t>[32]</w:t>
      </w:r>
      <w:r>
        <w:rPr>
          <w:sz w:val="17"/>
        </w:rPr>
        <w:t xml:space="preserve"> Reuters via Dawn; Dawn; "Israeli strikes kill five in Gaza"; 11 October 2026, 0712 PKT; </w:t>
      </w:r>
      <w:hyperlink r:id="rId41">
        <w:r>
          <w:rPr>
            <w:color w:val="8A5D00"/>
            <w:sz w:val="17"/>
          </w:rPr>
          <w:t xml:space="preserve">https://www.dawn.com/news/2036238/israeli-strikes-kill-five-in-gaza</w:t>
        </w:r>
      </w:hyperlink>
      <w:r>
        <w:rPr>
          <w:sz w:val="17"/>
        </w:rPr>
        <w:t>; accessed 12 October 2026; Source descriptor: international wire service via Pakistani national daily.</w:t>
      </w:r>
    </w:p>
    <w:p>
      <w:r>
        <w:rPr>
          <w:sz w:val="17"/>
          <w:vertAlign w:val="superscript"/>
        </w:rPr>
        <w:t>[33]</w:t>
      </w:r>
      <w:r>
        <w:rPr>
          <w:sz w:val="17"/>
        </w:rPr>
        <w:t xml:space="preserve"> Staff; Shafaq News; "Iraqi lawmaker challenges dollar hike in federal court"; 11 October 2026, 1236 UTC; </w:t>
      </w:r>
      <w:hyperlink r:id="rId42">
        <w:r>
          <w:rPr>
            <w:color w:val="8A5D00"/>
            <w:sz w:val="17"/>
          </w:rPr>
          <w:t xml:space="preserve">https://shafaq.com/en/Iraq/Iraqi-lawmaker-challenges-dollar-hike-in-federal-court</w:t>
        </w:r>
      </w:hyperlink>
      <w:r>
        <w:rPr>
          <w:sz w:val="17"/>
        </w:rPr>
        <w:t>; accessed 12 October 2026; Source descriptor: Iraqi independent news agency.</w:t>
      </w:r>
    </w:p>
    <w:p>
      <w:r>
        <w:rPr>
          <w:sz w:val="17"/>
          <w:vertAlign w:val="superscript"/>
        </w:rPr>
        <w:t>[34]</w:t>
      </w:r>
      <w:r>
        <w:rPr>
          <w:sz w:val="17"/>
        </w:rPr>
        <w:t xml:space="preserve"> Kamaran Aziz and Shvan Jabari; Kurdistan24; "Baghdad Residents Warn Government as Dinar Devaluation Hits Prices"; 10 October 2026, 1103 AST; </w:t>
      </w:r>
      <w:hyperlink r:id="rId43">
        <w:r>
          <w:rPr>
            <w:color w:val="8A5D00"/>
            <w:sz w:val="17"/>
          </w:rPr>
          <w:t xml:space="preserve">https://www.kurdistan24.net/en/story/945106/baghdad-residents-warn-government-as-dinar-devaluation-hits-prices</w:t>
        </w:r>
      </w:hyperlink>
      <w:r>
        <w:rPr>
          <w:sz w:val="17"/>
        </w:rPr>
        <w:t>; accessed 12 October 2026; Source descriptor: Kurdistan Regional Government-aligned broadcaster.</w:t>
      </w:r>
    </w:p>
    <w:p>
      <w:r>
        <w:rPr>
          <w:b/>
        </w:rPr>
        <w:t>EUCOM</w:t>
      </w:r>
    </w:p>
    <w:p>
      <w:r>
        <w:rPr>
          <w:sz w:val="17"/>
          <w:vertAlign w:val="superscript"/>
        </w:rPr>
        <w:t>[35]</w:t>
      </w:r>
      <w:r>
        <w:rPr>
          <w:sz w:val="17"/>
        </w:rPr>
        <w:t xml:space="preserve"> Barak Ravid; Axios; "Trump bears down on Zelensky as Russia keeps up attacks on Ukraine"; 11 October 2026, 1936 UTC; </w:t>
      </w:r>
      <w:hyperlink r:id="rId44">
        <w:r>
          <w:rPr>
            <w:color w:val="8A5D00"/>
            <w:sz w:val="17"/>
          </w:rPr>
          <w:t xml:space="preserve">https://www.axios.com/2026/10/11/russia-ukraine-oil-energy-ceasefire-trump-putin-zelensky</w:t>
        </w:r>
      </w:hyperlink>
      <w:r>
        <w:rPr>
          <w:sz w:val="17"/>
        </w:rPr>
        <w:t>; accessed 12 October 2026; Source descriptor: US news site.</w:t>
      </w:r>
    </w:p>
    <w:p>
      <w:r>
        <w:rPr>
          <w:sz w:val="17"/>
          <w:vertAlign w:val="superscript"/>
        </w:rPr>
        <w:t>[36]</w:t>
      </w:r>
      <w:r>
        <w:rPr>
          <w:sz w:val="17"/>
        </w:rPr>
        <w:t xml:space="preserve"> Sertac Aktan; Euronews; "'Energy ceasefire': Confusion in Kyiv, support from allies, silence from Moscow and fresh strikes"; 12 October 2026, 0519 CEST, updated 0831 CEST; </w:t>
      </w:r>
      <w:hyperlink r:id="rId45">
        <w:r>
          <w:rPr>
            <w:color w:val="8A5D00"/>
            <w:sz w:val="17"/>
          </w:rPr>
          <w:t xml:space="preserve">https://www.euronews.com/2026/10/12/energy-ceasefire-confusion-in-kyiv-support-from-allies-silence-from-moscow-and-fresh-strik</w:t>
        </w:r>
      </w:hyperlink>
      <w:r>
        <w:rPr>
          <w:sz w:val="17"/>
        </w:rPr>
        <w:t>; accessed 12 October 2026; Source descriptor: pan-European broadcaster.</w:t>
      </w:r>
    </w:p>
    <w:p>
      <w:r>
        <w:rPr>
          <w:sz w:val="17"/>
          <w:vertAlign w:val="superscript"/>
        </w:rPr>
        <w:t>[37]</w:t>
      </w:r>
      <w:r>
        <w:rPr>
          <w:sz w:val="17"/>
        </w:rPr>
        <w:t xml:space="preserve"> Ukrinform; "Ukrainian army receives relevant orders following Trump's statement on energy ceasefire – Zelensky"; 11 October 2026, 2130 EEST; </w:t>
      </w:r>
      <w:hyperlink r:id="rId46">
        <w:r>
          <w:rPr>
            <w:color w:val="8A5D00"/>
            <w:sz w:val="17"/>
          </w:rPr>
          <w:t xml:space="preserve">https://www.ukrinform.net/rubric-ato/4173349-ukrainian-army-receives-relevant-orders-following-trumps-statement-on-energy-ceasefire-zelensky.html</w:t>
        </w:r>
      </w:hyperlink>
      <w:r>
        <w:rPr>
          <w:sz w:val="17"/>
        </w:rPr>
        <w:t>; accessed 12 October 2026; Source descriptor: Ukrainian state news agency.</w:t>
      </w:r>
    </w:p>
    <w:p>
      <w:r>
        <w:rPr>
          <w:sz w:val="17"/>
          <w:vertAlign w:val="superscript"/>
        </w:rPr>
        <w:t>[38]</w:t>
      </w:r>
      <w:r>
        <w:rPr>
          <w:sz w:val="17"/>
        </w:rPr>
        <w:t xml:space="preserve"> Rebecca Schneid; TIME; "What to Know About Trump's Russia-Ukraine 'Energy Ceasefire' Claim"; 11 October 2026, 1945 UTC; </w:t>
      </w:r>
      <w:hyperlink r:id="rId47">
        <w:r>
          <w:rPr>
            <w:color w:val="8A5D00"/>
            <w:sz w:val="17"/>
          </w:rPr>
          <w:t xml:space="preserve">https://time.com/article/2026/10/11/trump-claims-russia-and-ukraine-have-agreed-to-an-energy-ceasefire-/</w:t>
        </w:r>
      </w:hyperlink>
      <w:r>
        <w:rPr>
          <w:sz w:val="17"/>
        </w:rPr>
        <w:t>; accessed 12 October 2026; Source descriptor: US news magazine.</w:t>
      </w:r>
    </w:p>
    <w:p>
      <w:r>
        <w:rPr>
          <w:sz w:val="17"/>
          <w:vertAlign w:val="superscript"/>
        </w:rPr>
        <w:t>[39]</w:t>
      </w:r>
      <w:r>
        <w:rPr>
          <w:sz w:val="17"/>
        </w:rPr>
        <w:t xml:space="preserve"> Evelyn Ann-Marie Dom; Euronews; "Trump says Ukraine needs new president after Zelenskyy condemns Russia fuel deal"; 10 October 2026, 2138 CEST; </w:t>
      </w:r>
      <w:hyperlink r:id="rId48">
        <w:r>
          <w:rPr>
            <w:color w:val="8A5D00"/>
            <w:sz w:val="17"/>
          </w:rPr>
          <w:t xml:space="preserve">https://www.euronews.com/2026/10/10/trump-says-ukraine-needs-new-president-after-zelenskyy-condemns-russia-fuel-deal</w:t>
        </w:r>
      </w:hyperlink>
      <w:r>
        <w:rPr>
          <w:sz w:val="17"/>
        </w:rPr>
        <w:t>; accessed 12 October 2026; Source descriptor: pan-European broadcaster.</w:t>
      </w:r>
    </w:p>
    <w:p>
      <w:r>
        <w:rPr>
          <w:sz w:val="17"/>
          <w:vertAlign w:val="superscript"/>
        </w:rPr>
        <w:t>[40]</w:t>
      </w:r>
      <w:r>
        <w:rPr>
          <w:sz w:val="17"/>
        </w:rPr>
        <w:t xml:space="preserve"> Ukrinform; "Zelensky comments on possibility of holding elections in Ukraine"; 11 October 2026, 2243 EEST; </w:t>
      </w:r>
      <w:hyperlink r:id="rId49">
        <w:r>
          <w:rPr>
            <w:color w:val="8A5D00"/>
            <w:sz w:val="17"/>
          </w:rPr>
          <w:t xml:space="preserve">https://www.ukrinform.net/rubric-polytics/4173360-zelensky-comments-on-possibility-of-holding-elections-in-ukraine.html</w:t>
        </w:r>
      </w:hyperlink>
      <w:r>
        <w:rPr>
          <w:sz w:val="17"/>
        </w:rPr>
        <w:t>; accessed 12 October 2026; Source descriptor: Ukrainian state news agency.</w:t>
      </w:r>
    </w:p>
    <w:p>
      <w:r>
        <w:rPr>
          <w:sz w:val="17"/>
          <w:vertAlign w:val="superscript"/>
        </w:rPr>
        <w:t>[41]</w:t>
      </w:r>
      <w:r>
        <w:rPr>
          <w:sz w:val="17"/>
        </w:rPr>
        <w:t xml:space="preserve"> Al Jazeera Staff and Reuters; Al Jazeera; "Zelenskyy says Russia violated energy truce announced by Trump"; 11 October 2026, 1510; </w:t>
      </w:r>
      <w:hyperlink r:id="rId50">
        <w:r>
          <w:rPr>
            <w:color w:val="8A5D00"/>
            <w:sz w:val="17"/>
          </w:rPr>
          <w:t xml:space="preserve">https://www.aljazeera.com/news/2026/10/11/trump-says-ukraine-russia-agree-to-energy-ceasefire-2</w:t>
        </w:r>
      </w:hyperlink>
      <w:r>
        <w:rPr>
          <w:sz w:val="17"/>
        </w:rPr>
        <w:t>; accessed 12 October 2026; Source descriptor: Qatari state-funded broadcaster with international wire service.</w:t>
      </w:r>
    </w:p>
    <w:p>
      <w:r>
        <w:rPr>
          <w:sz w:val="17"/>
          <w:vertAlign w:val="superscript"/>
        </w:rPr>
        <w:t>[42]</w:t>
      </w:r>
      <w:r>
        <w:rPr>
          <w:sz w:val="17"/>
        </w:rPr>
        <w:t xml:space="preserve"> Kateryna Shymkiv, Christina Harward and George Barros; Critical Threats/ISW; "Russian Offensive Campaign Assessment, October 10, 2026"; 10 October 2026, 1715 EDT; </w:t>
      </w:r>
      <w:hyperlink r:id="rId51">
        <w:r>
          <w:rPr>
            <w:color w:val="8A5D00"/>
            <w:sz w:val="17"/>
          </w:rPr>
          <w:t xml:space="preserve">https://www.criticalthreats.org/analysis/russian-offensive-campaign-assessment-october-10-2026-6acac61e77f69</w:t>
        </w:r>
      </w:hyperlink>
      <w:r>
        <w:rPr>
          <w:sz w:val="17"/>
        </w:rPr>
        <w:t>; accessed 12 October 2026; Source descriptor: think-tank analysis relaying RFE/RL and Financial Times.</w:t>
      </w:r>
    </w:p>
    <w:p>
      <w:r>
        <w:rPr>
          <w:sz w:val="17"/>
          <w:vertAlign w:val="superscript"/>
        </w:rPr>
        <w:t>[43]</w:t>
      </w:r>
      <w:r>
        <w:rPr>
          <w:sz w:val="17"/>
        </w:rPr>
        <w:t xml:space="preserve"> Ukrinform; "Search and rescue operations completed at site of Russian guided bomb strike in Zaporizhzhia: 20 killed, including four children"; 12 October 2026, 0337 EEST; </w:t>
      </w:r>
      <w:hyperlink r:id="rId52">
        <w:r>
          <w:rPr>
            <w:color w:val="8A5D00"/>
            <w:sz w:val="17"/>
          </w:rPr>
          <w:t xml:space="preserve">https://www.ukrinform.net/rubric-ato/4173205-search-and-rescue-operations-completed-at-site-of-russian-guided-bomb-strike-in-zaporizhzhia-20-killed-including-four-children.html</w:t>
        </w:r>
      </w:hyperlink>
      <w:r>
        <w:rPr>
          <w:sz w:val="17"/>
        </w:rPr>
        <w:t>; accessed 12 October 2026; Source descriptor: Ukrainian state news agency.</w:t>
      </w:r>
    </w:p>
    <w:p>
      <w:r>
        <w:rPr>
          <w:sz w:val="17"/>
          <w:vertAlign w:val="superscript"/>
        </w:rPr>
        <w:t>[44]</w:t>
      </w:r>
      <w:r>
        <w:rPr>
          <w:sz w:val="17"/>
        </w:rPr>
        <w:t xml:space="preserve"> Tamara Nowakowsky; Kyiv Independent; "Russian guided bombs hit Zaporizhzhia residential neighborhood, killing at least 20, injuring 32"; 10 October 2026, 0755 EEST, updated 11 October 2026, 0920 EEST; </w:t>
      </w:r>
      <w:hyperlink r:id="rId53">
        <w:r>
          <w:rPr>
            <w:color w:val="8A5D00"/>
            <w:sz w:val="17"/>
          </w:rPr>
          <w:t xml:space="preserve">https://kyivindependent.com/russian-guided-bombs-hit-zaporizhzhia-apartment-building-killing-4-injuring-4</w:t>
        </w:r>
      </w:hyperlink>
      <w:r>
        <w:rPr>
          <w:sz w:val="17"/>
        </w:rPr>
        <w:t>; accessed 12 October 2026; Source descriptor: Ukrainian national news outlet.</w:t>
      </w:r>
    </w:p>
    <w:p>
      <w:r>
        <w:rPr>
          <w:sz w:val="17"/>
          <w:vertAlign w:val="superscript"/>
        </w:rPr>
        <w:t>[45]</w:t>
      </w:r>
      <w:r>
        <w:rPr>
          <w:sz w:val="17"/>
        </w:rPr>
        <w:t xml:space="preserve"> Arielle Sher, Grace Mappes and George Barros; Critical Threats/ISW; "Russian Offensive Campaign Assessment, October 11, 2026"; 11 October 2026, 1945 EDT; </w:t>
      </w:r>
      <w:hyperlink r:id="rId54">
        <w:r>
          <w:rPr>
            <w:color w:val="8A5D00"/>
            <w:sz w:val="17"/>
          </w:rPr>
          <w:t xml:space="preserve">https://www.criticalthreats.org/analysis/russian-offensive-campaign-assessment-october-11-2026</w:t>
        </w:r>
      </w:hyperlink>
      <w:r>
        <w:rPr>
          <w:sz w:val="17"/>
        </w:rPr>
        <w:t>; accessed 12 October 2026; Source descriptor: think-tank analysis.</w:t>
      </w:r>
    </w:p>
    <w:p>
      <w:r>
        <w:rPr>
          <w:sz w:val="17"/>
          <w:vertAlign w:val="superscript"/>
        </w:rPr>
        <w:t>[46]</w:t>
      </w:r>
      <w:r>
        <w:rPr>
          <w:sz w:val="17"/>
        </w:rPr>
        <w:t xml:space="preserve"> Ukrinform; "Russian missile strike on Kharkiv suburbs: Three dead, injury toll rises 22"; 11 October 2026, 2357 EEST; </w:t>
      </w:r>
      <w:hyperlink r:id="rId55">
        <w:r>
          <w:rPr>
            <w:color w:val="8A5D00"/>
            <w:sz w:val="17"/>
          </w:rPr>
          <w:t xml:space="preserve">https://www.ukrinform.net/rubric-ato/4173367-russian-missile-strike-on-kharkiv-suburbs-three-dead-injury-toll-rises-22.html</w:t>
        </w:r>
      </w:hyperlink>
      <w:r>
        <w:rPr>
          <w:sz w:val="17"/>
        </w:rPr>
        <w:t>; accessed 12 October 2026; Source descriptor: Ukrainian state news agency.</w:t>
      </w:r>
    </w:p>
    <w:p>
      <w:r>
        <w:rPr>
          <w:sz w:val="17"/>
          <w:vertAlign w:val="superscript"/>
        </w:rPr>
        <w:t>[47]</w:t>
      </w:r>
      <w:r>
        <w:rPr>
          <w:sz w:val="17"/>
        </w:rPr>
        <w:t xml:space="preserve"> Ukrinform; "Three killed in Russian drone attack on Ivano-Frankivsk"; 11 October 2026, 2200 EEST; </w:t>
      </w:r>
      <w:hyperlink r:id="rId56">
        <w:r>
          <w:rPr>
            <w:color w:val="8A5D00"/>
            <w:sz w:val="17"/>
          </w:rPr>
          <w:t xml:space="preserve">https://www.ukrinform.net/rubric-ato/4173354-three-killed-in-russian-drone-attack-on-ivanofrankivsk.html</w:t>
        </w:r>
      </w:hyperlink>
      <w:r>
        <w:rPr>
          <w:sz w:val="17"/>
        </w:rPr>
        <w:t>; accessed 12 October 2026; Source descriptor: Ukrainian state news agency.</w:t>
      </w:r>
    </w:p>
    <w:p>
      <w:r>
        <w:rPr>
          <w:sz w:val="17"/>
          <w:vertAlign w:val="superscript"/>
        </w:rPr>
        <w:t>[48]</w:t>
      </w:r>
      <w:r>
        <w:rPr>
          <w:sz w:val="17"/>
        </w:rPr>
        <w:t xml:space="preserve"> Ukrinform; "Russian forces attack energy facility in Kyiv, emergency power cuts hit four districts"; 11 October 2026, 1738 EEST; </w:t>
      </w:r>
      <w:hyperlink r:id="rId57">
        <w:r>
          <w:rPr>
            <w:color w:val="8A5D00"/>
            <w:sz w:val="17"/>
          </w:rPr>
          <w:t xml:space="preserve">https://www.ukrinform.net/rubric-ato/4173291-russian-forces-attack-energy-facility-in-kyiv-emergency-power-cuts-hit-four-districts.html</w:t>
        </w:r>
      </w:hyperlink>
      <w:r>
        <w:rPr>
          <w:sz w:val="17"/>
        </w:rPr>
        <w:t>; accessed 12 October 2026; Source descriptor: Ukrainian state news agency.</w:t>
      </w:r>
    </w:p>
    <w:p>
      <w:r>
        <w:rPr>
          <w:sz w:val="17"/>
          <w:vertAlign w:val="superscript"/>
        </w:rPr>
        <w:t>[49]</w:t>
      </w:r>
      <w:r>
        <w:rPr>
          <w:sz w:val="17"/>
        </w:rPr>
        <w:t xml:space="preserve"> Tamara Nowakowsky; Kyiv Independent; "Major fire reported at oil terminal linked to Russia's Novoshakhtinsk refinery after suspected drone strike"; 10 October 2026, 0322 UTC; </w:t>
      </w:r>
      <w:hyperlink r:id="rId58">
        <w:r>
          <w:rPr>
            <w:color w:val="8A5D00"/>
            <w:sz w:val="17"/>
          </w:rPr>
          <w:t xml:space="preserve">https://kyivindependent.com/major-fire-reported-at-oil-terminal-linked-to-russias-novoshakhtinsk-refinery-after-suspected-drone-strike/</w:t>
        </w:r>
      </w:hyperlink>
      <w:r>
        <w:rPr>
          <w:sz w:val="17"/>
        </w:rPr>
        <w:t>; accessed 12 October 2026; Source descriptor: Ukrainian national news outlet.</w:t>
      </w:r>
    </w:p>
    <w:p>
      <w:r>
        <w:rPr>
          <w:sz w:val="17"/>
          <w:vertAlign w:val="superscript"/>
        </w:rPr>
        <w:t>[50]</w:t>
      </w:r>
      <w:r>
        <w:rPr>
          <w:sz w:val="17"/>
        </w:rPr>
        <w:t xml:space="preserve"> Staff; The Moscow Times; "EU Approves Record Sanctions Expansion Targeting 1.6K Russian Citizens and Entities"; 07 October 2026, 1821 MSK, updated 12 October 2026, 1025 MSK; </w:t>
      </w:r>
      <w:hyperlink r:id="rId59">
        <w:r>
          <w:rPr>
            <w:color w:val="8A5D00"/>
            <w:sz w:val="17"/>
          </w:rPr>
          <w:t xml:space="preserve">https://www.themoscowtimes.com/2026/10/07/eu-approves-record-sanctions-expansion-targeting-16k-russian-citizens-and-entities-a93913</w:t>
        </w:r>
      </w:hyperlink>
      <w:r>
        <w:rPr>
          <w:sz w:val="17"/>
        </w:rPr>
        <w:t>; accessed 12 October 2026; Source descriptor: independent Russian exile outlet.</w:t>
      </w:r>
    </w:p>
    <w:p>
      <w:r>
        <w:rPr>
          <w:sz w:val="17"/>
          <w:vertAlign w:val="superscript"/>
        </w:rPr>
        <w:t>[51]</w:t>
      </w:r>
      <w:r>
        <w:rPr>
          <w:sz w:val="17"/>
        </w:rPr>
        <w:t xml:space="preserve"> Council of the European Union; "Media advisory – Foreign Affairs Council of 12 October 2026"; 09 October 2026; </w:t>
      </w:r>
      <w:hyperlink r:id="rId60">
        <w:r>
          <w:rPr>
            <w:color w:val="8A5D00"/>
            <w:sz w:val="17"/>
          </w:rPr>
          <w:t xml:space="preserve">https://www.consilium.europa.eu/en/press/press-releases/2026/10/09/media-advisory-foreign-affairs-council-of-12-october-2026/</w:t>
        </w:r>
      </w:hyperlink>
      <w:r>
        <w:rPr>
          <w:sz w:val="17"/>
        </w:rPr>
        <w:t>; accessed 12 October 2026; Source descriptor: EU official statement.</w:t>
      </w:r>
    </w:p>
    <w:p>
      <w:r>
        <w:rPr>
          <w:sz w:val="17"/>
          <w:vertAlign w:val="superscript"/>
        </w:rPr>
        <w:t>[52]</w:t>
      </w:r>
      <w:r>
        <w:rPr>
          <w:sz w:val="17"/>
        </w:rPr>
        <w:t xml:space="preserve"> Ukrinform; "Another drone explodes Moldova"; 11 October 2026, 1234 EEST; </w:t>
      </w:r>
      <w:hyperlink r:id="rId61">
        <w:r>
          <w:rPr>
            <w:color w:val="8A5D00"/>
            <w:sz w:val="17"/>
          </w:rPr>
          <w:t xml:space="preserve">https://www.ukrinform.net/rubric-ato/4173226-another-drone-explodes-moldova.html</w:t>
        </w:r>
      </w:hyperlink>
      <w:r>
        <w:rPr>
          <w:sz w:val="17"/>
        </w:rPr>
        <w:t>; accessed 12 October 2026; Source descriptor: Ukrainian state news agency citing Moldovan outlet NewsMaker.</w:t>
      </w:r>
    </w:p>
    <w:p>
      <w:r>
        <w:rPr>
          <w:sz w:val="17"/>
          <w:vertAlign w:val="superscript"/>
        </w:rPr>
        <w:t>[53]</w:t>
      </w:r>
      <w:r>
        <w:rPr>
          <w:sz w:val="17"/>
        </w:rPr>
        <w:t xml:space="preserve"> Benas Gerdžiūnas; LRT; "Latvia faces new reality after armed incident on Belarus border"; 10 October 2026, 0800 EEST; </w:t>
      </w:r>
      <w:hyperlink r:id="rId62">
        <w:r>
          <w:rPr>
            <w:color w:val="8A5D00"/>
            <w:sz w:val="17"/>
          </w:rPr>
          <w:t xml:space="preserve">https://www.lrt.lt/en/news-in-english/19/3077169/latvia-faces-new-reality-after-armed-incident-on-belarus-border</w:t>
        </w:r>
      </w:hyperlink>
      <w:r>
        <w:rPr>
          <w:sz w:val="17"/>
        </w:rPr>
        <w:t>; accessed 12 October 2026; Source descriptor: Lithuanian national public broadcaster.</w:t>
      </w:r>
    </w:p>
    <w:p>
      <w:r>
        <w:rPr>
          <w:sz w:val="17"/>
          <w:vertAlign w:val="superscript"/>
        </w:rPr>
        <w:t>[54]</w:t>
      </w:r>
      <w:r>
        <w:rPr>
          <w:sz w:val="17"/>
        </w:rPr>
        <w:t xml:space="preserve"> Andrew Whyte (ed.); ERR News; "British Army deploys Nyan deep-strike drones in Estonia"; 10 October 2026, 0855 EEST; </w:t>
      </w:r>
      <w:hyperlink r:id="rId63">
        <w:r>
          <w:rPr>
            <w:color w:val="8A5D00"/>
            <w:sz w:val="17"/>
          </w:rPr>
          <w:t xml:space="preserve">https://news.err.ee/1610162881/british-army-deploys-nyan-deep-strike-drones-in-estonia</w:t>
        </w:r>
      </w:hyperlink>
      <w:r>
        <w:rPr>
          <w:sz w:val="17"/>
        </w:rPr>
        <w:t>; accessed 12 October 2026; Source descriptor: Estonian national public broadcaster citing Postimees.</w:t>
      </w:r>
    </w:p>
    <w:p>
      <w:r>
        <w:rPr>
          <w:sz w:val="17"/>
          <w:vertAlign w:val="superscript"/>
        </w:rPr>
        <w:t>[55]</w:t>
      </w:r>
      <w:r>
        <w:rPr>
          <w:sz w:val="17"/>
        </w:rPr>
        <w:t xml:space="preserve"> Staff; Hürriyet Daily News; "Bahçeli: PKK leader should assume key role in anti-terror bid"; 11 October 2026, 1338 TRT; </w:t>
      </w:r>
      <w:hyperlink r:id="rId64">
        <w:r>
          <w:rPr>
            <w:color w:val="8A5D00"/>
            <w:sz w:val="17"/>
          </w:rPr>
          <w:t xml:space="preserve">https://www.hurriyetdailynews.com/bahceli-says-no-turning-back-in-turkiyes-anti-terror-bid-227964</w:t>
        </w:r>
      </w:hyperlink>
      <w:r>
        <w:rPr>
          <w:sz w:val="17"/>
        </w:rPr>
        <w:t>; accessed 12 October 2026; Source descriptor: Turkish English-language daily.</w:t>
      </w:r>
    </w:p>
    <w:p>
      <w:r>
        <w:rPr>
          <w:b/>
        </w:rPr>
        <w:t>INDOPACOM</w:t>
      </w:r>
    </w:p>
    <w:p>
      <w:r>
        <w:rPr>
          <w:sz w:val="17"/>
          <w:vertAlign w:val="superscript"/>
        </w:rPr>
        <w:t>[56]</w:t>
      </w:r>
      <w:r>
        <w:rPr>
          <w:sz w:val="17"/>
        </w:rPr>
        <w:t xml:space="preserve"> Colin Zwirko; NK News; "North Korea appears to conduct fourth missile test in a month"; 12 October 2026, 0044 UTC, modified 0453 UTC; </w:t>
      </w:r>
      <w:hyperlink r:id="rId65">
        <w:r>
          <w:rPr>
            <w:color w:val="8A5D00"/>
            <w:sz w:val="17"/>
          </w:rPr>
          <w:t xml:space="preserve">https://www.nknews.org/2026/10/north-korea-appears-to-conduct-fourth-missile-test-in-a-month/</w:t>
        </w:r>
      </w:hyperlink>
      <w:r>
        <w:rPr>
          <w:sz w:val="17"/>
        </w:rPr>
        <w:t>; accessed 12 October 2026; Source descriptor: specialist North Korea news site.</w:t>
      </w:r>
    </w:p>
    <w:p>
      <w:r>
        <w:rPr>
          <w:sz w:val="17"/>
          <w:vertAlign w:val="superscript"/>
        </w:rPr>
        <w:t>[57]</w:t>
      </w:r>
      <w:r>
        <w:rPr>
          <w:sz w:val="17"/>
        </w:rPr>
        <w:t xml:space="preserve"> Yonhap via The Korea Times; The Korea Times; "N. Korea fires multiple ballistic missiles after SK's hypersonic weapon test"; 12 October 2026, 0938 KST, updated 1235 KST; </w:t>
      </w:r>
      <w:hyperlink r:id="rId66">
        <w:r>
          <w:rPr>
            <w:color w:val="8A5D00"/>
            <w:sz w:val="17"/>
          </w:rPr>
          <w:t xml:space="preserve">https://www.koreatimes.co.kr/foreignaffairs/northkorea/20261012/n-korea-fires-multiple-ballistic-missiles-after-sks-hypersonic-weapon-test</w:t>
        </w:r>
      </w:hyperlink>
      <w:r>
        <w:rPr>
          <w:sz w:val="17"/>
        </w:rPr>
        <w:t>; accessed 12 October 2026; Source descriptor: South Korean wire service via English-language daily.</w:t>
      </w:r>
    </w:p>
    <w:p>
      <w:r>
        <w:rPr>
          <w:sz w:val="17"/>
          <w:vertAlign w:val="superscript"/>
        </w:rPr>
        <w:t>[58]</w:t>
      </w:r>
      <w:r>
        <w:rPr>
          <w:sz w:val="17"/>
        </w:rPr>
        <w:t xml:space="preserve"> Yonhap via The Korea Times; The Korea Times; "Cheong Wa Dae urges N. Korea to immediately halt illegal missile launches"; 12 October 2026, 1104 KST; </w:t>
      </w:r>
      <w:hyperlink r:id="rId67">
        <w:r>
          <w:rPr>
            <w:color w:val="8A5D00"/>
            <w:sz w:val="17"/>
          </w:rPr>
          <w:t xml:space="preserve">https://www.koreatimes.co.kr/foreignaffairs/northkorea/20261012/cheong-wa-dae-urges-n-korea-to-immediately-halt-illegal-missile-launches</w:t>
        </w:r>
      </w:hyperlink>
      <w:r>
        <w:rPr>
          <w:sz w:val="17"/>
        </w:rPr>
        <w:t>; accessed 12 October 2026; Source descriptor: South Korean wire service via English-language daily.</w:t>
      </w:r>
    </w:p>
    <w:p>
      <w:r>
        <w:rPr>
          <w:sz w:val="17"/>
          <w:vertAlign w:val="superscript"/>
        </w:rPr>
        <w:t>[59]</w:t>
      </w:r>
      <w:r>
        <w:rPr>
          <w:sz w:val="17"/>
        </w:rPr>
        <w:t xml:space="preserve"> AP and Reuters via Al Jazeera; Al Jazeera; "North Korea fires multiple ballistic missiles towards the sea"; 12 October 2026; </w:t>
      </w:r>
      <w:hyperlink r:id="rId68">
        <w:r>
          <w:rPr>
            <w:color w:val="8A5D00"/>
            <w:sz w:val="17"/>
          </w:rPr>
          <w:t xml:space="preserve">https://www.aljazeera.com/news/2026/10/12/north-korea-fires-multiple-ballistic-missiles-towards-the-sea</w:t>
        </w:r>
      </w:hyperlink>
      <w:r>
        <w:rPr>
          <w:sz w:val="17"/>
        </w:rPr>
        <w:t>; accessed 12 October 2026; Source descriptor: international wire services via Qatari state-funded broadcaster.</w:t>
      </w:r>
    </w:p>
    <w:p>
      <w:r>
        <w:rPr>
          <w:sz w:val="17"/>
          <w:vertAlign w:val="superscript"/>
        </w:rPr>
        <w:t>[60]</w:t>
      </w:r>
      <w:r>
        <w:rPr>
          <w:sz w:val="17"/>
        </w:rPr>
        <w:t xml:space="preserve"> Yonhap via The Korea Times; The Korea Times; "N. Korea marks party anniversary on modest scale"; 11 October 2026, 0744 KST; </w:t>
      </w:r>
      <w:hyperlink r:id="rId69">
        <w:r>
          <w:rPr>
            <w:color w:val="8A5D00"/>
            <w:sz w:val="17"/>
          </w:rPr>
          <w:t xml:space="preserve">https://www.koreatimes.co.kr/foreignaffairs/northkorea/20261011/n-korea-marks-party-anniversary-on-modest-scale</w:t>
        </w:r>
      </w:hyperlink>
      <w:r>
        <w:rPr>
          <w:sz w:val="17"/>
        </w:rPr>
        <w:t>; accessed 12 October 2026; Source descriptor: South Korean wire service via English-language daily, citing KCNA.</w:t>
      </w:r>
    </w:p>
    <w:p>
      <w:r>
        <w:rPr>
          <w:sz w:val="17"/>
          <w:vertAlign w:val="superscript"/>
        </w:rPr>
        <w:t>[61]</w:t>
      </w:r>
      <w:r>
        <w:rPr>
          <w:sz w:val="17"/>
        </w:rPr>
        <w:t xml:space="preserve"> Sean Lin; Focus Taiwan (CNA); "Lai urges respect for WWII history, Taiwan's 'right to exist'"; 10 October 2026, 1444 CST; </w:t>
      </w:r>
      <w:hyperlink r:id="rId70">
        <w:r>
          <w:rPr>
            <w:color w:val="8A5D00"/>
            <w:sz w:val="17"/>
          </w:rPr>
          <w:t xml:space="preserve">https://focustaiwan.tw/politics/202610100007</w:t>
        </w:r>
      </w:hyperlink>
      <w:r>
        <w:rPr>
          <w:sz w:val="17"/>
        </w:rPr>
        <w:t>; accessed 12 October 2026; Source descriptor: Taiwanese state news agency.</w:t>
      </w:r>
    </w:p>
    <w:p>
      <w:r>
        <w:rPr>
          <w:sz w:val="17"/>
          <w:vertAlign w:val="superscript"/>
        </w:rPr>
        <w:t>[62]</w:t>
      </w:r>
      <w:r>
        <w:rPr>
          <w:sz w:val="17"/>
        </w:rPr>
        <w:t xml:space="preserve"> Yimou Lee and Ben Blanchard (Reuters); GV Wire; "Taiwan won't give up freedom, Lai says; Beijing slams 'ulterior motives'"; 10 October 2026, 1536 UTC; </w:t>
      </w:r>
      <w:hyperlink r:id="rId71">
        <w:r>
          <w:rPr>
            <w:color w:val="8A5D00"/>
            <w:sz w:val="17"/>
          </w:rPr>
          <w:t xml:space="preserve">https://gvwire.com/2026/10/10/taiwan-wont-give-up-freedom-lai-says-beijing-slams-ulterior-motives/</w:t>
        </w:r>
      </w:hyperlink>
      <w:r>
        <w:rPr>
          <w:sz w:val="17"/>
        </w:rPr>
        <w:t>; accessed 12 October 2026; Source descriptor: international wire service via US regional news site.</w:t>
      </w:r>
    </w:p>
    <w:p>
      <w:r>
        <w:rPr>
          <w:sz w:val="17"/>
          <w:vertAlign w:val="superscript"/>
        </w:rPr>
        <w:t>[63]</w:t>
      </w:r>
      <w:r>
        <w:rPr>
          <w:sz w:val="17"/>
        </w:rPr>
        <w:t xml:space="preserve"> Huang Ching-hsuan and Chen Yun; Taipei Times; "Stop hostile talk, Taiwan urges China"; 12 October 2026; </w:t>
      </w:r>
      <w:hyperlink r:id="rId72">
        <w:r>
          <w:rPr>
            <w:color w:val="8A5D00"/>
            <w:sz w:val="17"/>
          </w:rPr>
          <w:t xml:space="preserve">https://www.taipeitimes.com/News/front/archives/2026/10/12/2003865798</w:t>
        </w:r>
      </w:hyperlink>
      <w:r>
        <w:rPr>
          <w:sz w:val="17"/>
        </w:rPr>
        <w:t>; accessed 12 October 2026; Source descriptor: Taiwanese English-language daily.</w:t>
      </w:r>
    </w:p>
    <w:p>
      <w:r>
        <w:rPr>
          <w:sz w:val="17"/>
          <w:vertAlign w:val="superscript"/>
        </w:rPr>
        <w:t>[64]</w:t>
      </w:r>
      <w:r>
        <w:rPr>
          <w:sz w:val="17"/>
        </w:rPr>
        <w:t xml:space="preserve"> Staff; Global Times; "China's defense ministry slams Lai's 'Double Ten' speech" (headline as indexed); 11 October 2026, 1214 CST; </w:t>
      </w:r>
      <w:hyperlink r:id="rId73">
        <w:r>
          <w:rPr>
            <w:color w:val="8A5D00"/>
            <w:sz w:val="17"/>
          </w:rPr>
          <w:t xml:space="preserve">https://www.globaltimes.cn/page/202610/1371982.shtml</w:t>
        </w:r>
      </w:hyperlink>
      <w:r>
        <w:rPr>
          <w:sz w:val="17"/>
        </w:rPr>
        <w:t>; accessed 12 October 2026; Source descriptor: PRC state-affiliated media.</w:t>
      </w:r>
    </w:p>
    <w:p>
      <w:r>
        <w:rPr>
          <w:sz w:val="17"/>
          <w:vertAlign w:val="superscript"/>
        </w:rPr>
        <w:t>[65]</w:t>
      </w:r>
      <w:r>
        <w:rPr>
          <w:sz w:val="17"/>
        </w:rPr>
        <w:t xml:space="preserve"> Staff; Taiwan News; "Taiwan Defense Minister Koo condemns China's live-fire drills in 5 sea areas"; 12 October 2026, 1248 CST; </w:t>
      </w:r>
      <w:hyperlink r:id="rId74">
        <w:r>
          <w:rPr>
            <w:color w:val="8A5D00"/>
            <w:sz w:val="17"/>
          </w:rPr>
          <w:t xml:space="preserve">https://www.taiwannews.com.tw/en/news/6456147</w:t>
        </w:r>
      </w:hyperlink>
      <w:r>
        <w:rPr>
          <w:sz w:val="17"/>
        </w:rPr>
        <w:t>; accessed 12 October 2026; Source descriptor: Taiwanese English-language news site.</w:t>
      </w:r>
    </w:p>
    <w:p>
      <w:r>
        <w:rPr>
          <w:sz w:val="17"/>
          <w:vertAlign w:val="superscript"/>
        </w:rPr>
        <w:t>[66]</w:t>
      </w:r>
      <w:r>
        <w:rPr>
          <w:sz w:val="17"/>
        </w:rPr>
        <w:t xml:space="preserve"> Staff; Taiwan News; "Taiwan tracks 21 military aircraft and 9 Chinese ships"; 10 October 2026, 1121 CST; </w:t>
      </w:r>
      <w:hyperlink r:id="rId75">
        <w:r>
          <w:rPr>
            <w:color w:val="8A5D00"/>
            <w:sz w:val="17"/>
          </w:rPr>
          <w:t xml:space="preserve">https://www.taiwannews.com.tw/news/6455621</w:t>
        </w:r>
      </w:hyperlink>
      <w:r>
        <w:rPr>
          <w:sz w:val="17"/>
        </w:rPr>
        <w:t>; accessed 12 October 2026; Source descriptor: Taiwanese English-language news site citing Taiwan defence ministry.</w:t>
      </w:r>
    </w:p>
    <w:p>
      <w:r>
        <w:rPr>
          <w:sz w:val="17"/>
          <w:vertAlign w:val="superscript"/>
        </w:rPr>
        <w:t>[67]</w:t>
      </w:r>
      <w:r>
        <w:rPr>
          <w:sz w:val="17"/>
        </w:rPr>
        <w:t xml:space="preserve"> Staff; Taiwan News; "Taiwan tracks 9 Chinese ships, 4 military aircraft"; 12 October 2026, 1007 CST; </w:t>
      </w:r>
      <w:hyperlink r:id="rId76">
        <w:r>
          <w:rPr>
            <w:color w:val="8A5D00"/>
            <w:sz w:val="17"/>
          </w:rPr>
          <w:t xml:space="preserve">https://www.taiwannews.com.tw/en/news/6456117</w:t>
        </w:r>
      </w:hyperlink>
      <w:r>
        <w:rPr>
          <w:sz w:val="17"/>
        </w:rPr>
        <w:t>; accessed 12 October 2026; Source descriptor: Taiwanese English-language news site citing Taiwan defence ministry.</w:t>
      </w:r>
    </w:p>
    <w:p>
      <w:r>
        <w:rPr>
          <w:sz w:val="17"/>
          <w:vertAlign w:val="superscript"/>
        </w:rPr>
        <w:t>[68]</w:t>
      </w:r>
      <w:r>
        <w:rPr>
          <w:sz w:val="17"/>
        </w:rPr>
        <w:t xml:space="preserve"> Catherine S. Valente; The Manila Times; "Marcos warns of 'new phase of escalation' in West Philippine Sea"; 11 October 2026; </w:t>
      </w:r>
      <w:hyperlink r:id="rId77">
        <w:r>
          <w:rPr>
            <w:color w:val="8A5D00"/>
            <w:sz w:val="17"/>
          </w:rPr>
          <w:t xml:space="preserve">https://www.manilatimes.net/2026/10/11/news/marcos-warns-of-new-phase-of-escalation-in-west-philippine-sea/2443297</w:t>
        </w:r>
      </w:hyperlink>
      <w:r>
        <w:rPr>
          <w:sz w:val="17"/>
        </w:rPr>
        <w:t>; accessed 12 October 2026; Source descriptor: Philippine national daily.</w:t>
      </w:r>
    </w:p>
    <w:p>
      <w:r>
        <w:rPr>
          <w:sz w:val="17"/>
          <w:vertAlign w:val="superscript"/>
        </w:rPr>
        <w:t>[69]</w:t>
      </w:r>
      <w:r>
        <w:rPr>
          <w:sz w:val="17"/>
        </w:rPr>
        <w:t xml:space="preserve"> Alexis Romero; The Philippine Star; "President Marcos admits escalation of tensions in Ayungin"; 12 October 2026, 0000 PHT; </w:t>
      </w:r>
      <w:hyperlink r:id="rId78">
        <w:r>
          <w:rPr>
            <w:color w:val="8A5D00"/>
            <w:sz w:val="17"/>
          </w:rPr>
          <w:t xml:space="preserve">https://www.philstar.com/headlines/2026/10/12/2562551/president-marcos-admits-escalation-tensions-ayungin</w:t>
        </w:r>
      </w:hyperlink>
      <w:r>
        <w:rPr>
          <w:sz w:val="17"/>
        </w:rPr>
        <w:t>; accessed 12 October 2026; Source descriptor: Philippine national daily.</w:t>
      </w:r>
    </w:p>
    <w:p>
      <w:r>
        <w:rPr>
          <w:sz w:val="17"/>
          <w:vertAlign w:val="superscript"/>
        </w:rPr>
        <w:t>[70]</w:t>
      </w:r>
      <w:r>
        <w:rPr>
          <w:sz w:val="17"/>
        </w:rPr>
        <w:t xml:space="preserve"> Raffy Ayeng; Daily Tribune; "Filipino troops defy Chinese order to leave Kota Island"; 12 October 2026, 1031 PHT; </w:t>
      </w:r>
      <w:hyperlink r:id="rId79">
        <w:r>
          <w:rPr>
            <w:color w:val="8A5D00"/>
            <w:sz w:val="17"/>
          </w:rPr>
          <w:t xml:space="preserve">https://tribune.net.ph/2026/10/12/filipino-troops-defy-chinese-order-to-leave-kota-island</w:t>
        </w:r>
      </w:hyperlink>
      <w:r>
        <w:rPr>
          <w:sz w:val="17"/>
        </w:rPr>
        <w:t>; accessed 12 October 2026; Source descriptor: Philippine national daily.</w:t>
      </w:r>
    </w:p>
    <w:p>
      <w:r>
        <w:rPr>
          <w:sz w:val="17"/>
          <w:vertAlign w:val="superscript"/>
        </w:rPr>
        <w:t>[71]</w:t>
      </w:r>
      <w:r>
        <w:rPr>
          <w:sz w:val="17"/>
        </w:rPr>
        <w:t xml:space="preserve"> Gabryelle Dumalag; Philippine Daily Inquirer; "Marcos: China 'funding' poses a threat, if true"; 12 October 2026, 0555 PHT; </w:t>
      </w:r>
      <w:hyperlink r:id="rId80">
        <w:r>
          <w:rPr>
            <w:color w:val="8A5D00"/>
            <w:sz w:val="17"/>
          </w:rPr>
          <w:t xml:space="preserve">https://globalnation.inquirer.net/341550/marcos-china-funding-poses-a-threat-if-true</w:t>
        </w:r>
      </w:hyperlink>
      <w:r>
        <w:rPr>
          <w:sz w:val="17"/>
        </w:rPr>
        <w:t>; accessed 12 October 2026; Source descriptor: Philippine national daily.</w:t>
      </w:r>
    </w:p>
    <w:p>
      <w:r>
        <w:rPr>
          <w:sz w:val="17"/>
          <w:vertAlign w:val="superscript"/>
        </w:rPr>
        <w:t>[72]</w:t>
      </w:r>
      <w:r>
        <w:rPr>
          <w:sz w:val="17"/>
        </w:rPr>
        <w:t xml:space="preserve"> Yonhap via The Korea Times; The Korea Times; "US expects S. Korea to 'uphold' alliance standards amid intelligence cooperation concerns: senior official"; 10 October 2026, 0710 KST; </w:t>
      </w:r>
      <w:hyperlink r:id="rId81">
        <w:r>
          <w:rPr>
            <w:color w:val="8A5D00"/>
            <w:sz w:val="17"/>
          </w:rPr>
          <w:t xml:space="preserve">https://www.koreatimes.co.kr/foreignaffairs/20261010/us-expects-s-korea-to-uphold-alliance-standards-amid-intelligence-cooperation-concerns-senior-official</w:t>
        </w:r>
      </w:hyperlink>
      <w:r>
        <w:rPr>
          <w:sz w:val="17"/>
        </w:rPr>
        <w:t>; accessed 12 October 2026; Source descriptor: South Korean wire service via English-language daily.</w:t>
      </w:r>
    </w:p>
    <w:p>
      <w:r>
        <w:rPr>
          <w:sz w:val="17"/>
          <w:vertAlign w:val="superscript"/>
        </w:rPr>
        <w:t>[73]</w:t>
      </w:r>
      <w:r>
        <w:rPr>
          <w:sz w:val="17"/>
        </w:rPr>
        <w:t xml:space="preserve"> Yonhap via The Korea Times; The Korea Times; "Spy agency denies report US only shares intelligence on NK missiles with S. Korea"; 11 October 2026, 1141 KST; </w:t>
      </w:r>
      <w:hyperlink r:id="rId82">
        <w:r>
          <w:rPr>
            <w:color w:val="8A5D00"/>
            <w:sz w:val="17"/>
          </w:rPr>
          <w:t xml:space="preserve">https://www.koreatimes.co.kr/foreignaffairs/20261011/spy-agency-denies-report-us-only-shares-intelligence-on-nk-missiles-with-s-korea</w:t>
        </w:r>
      </w:hyperlink>
      <w:r>
        <w:rPr>
          <w:sz w:val="17"/>
        </w:rPr>
        <w:t>; accessed 12 October 2026; Source descriptor: South Korean wire service via English-language daily.</w:t>
      </w:r>
    </w:p>
    <w:p>
      <w:r>
        <w:rPr>
          <w:sz w:val="17"/>
          <w:vertAlign w:val="superscript"/>
        </w:rPr>
        <w:t>[74]</w:t>
      </w:r>
      <w:r>
        <w:rPr>
          <w:sz w:val="17"/>
        </w:rPr>
        <w:t xml:space="preserve"> Park Ji-won; The Korea Times; "Unification minister rejects blame for US alliance tensions"; 12 October 2026, 1535 KST; </w:t>
      </w:r>
      <w:hyperlink r:id="rId83">
        <w:r>
          <w:rPr>
            <w:color w:val="8A5D00"/>
            <w:sz w:val="17"/>
          </w:rPr>
          <w:t xml:space="preserve">https://www.koreatimes.co.kr/foreignaffairs/northkorea/20261012/unification-minister-rejects-blame-for-us-alliance-tensions</w:t>
        </w:r>
      </w:hyperlink>
      <w:r>
        <w:rPr>
          <w:sz w:val="17"/>
        </w:rPr>
        <w:t>; accessed 12 October 2026; Source descriptor: South Korean English-language daily.</w:t>
      </w:r>
    </w:p>
    <w:p>
      <w:r>
        <w:rPr>
          <w:sz w:val="17"/>
          <w:vertAlign w:val="superscript"/>
        </w:rPr>
        <w:t>[75]</w:t>
      </w:r>
      <w:r>
        <w:rPr>
          <w:sz w:val="17"/>
        </w:rPr>
        <w:t xml:space="preserve"> GT staff reporters; Global Times; "China, Pakistan to hold first joint army training" (headline as indexed); 11 October 2026, 2119 CST; </w:t>
      </w:r>
      <w:hyperlink r:id="rId84">
        <w:r>
          <w:rPr>
            <w:color w:val="8A5D00"/>
            <w:sz w:val="17"/>
          </w:rPr>
          <w:t xml:space="preserve">https://www.globaltimes.cn/page/202610/1372012.shtml</w:t>
        </w:r>
      </w:hyperlink>
      <w:r>
        <w:rPr>
          <w:sz w:val="17"/>
        </w:rPr>
        <w:t>; accessed 12 October 2026; Source descriptor: PRC state-affiliated media.</w:t>
      </w:r>
    </w:p>
    <w:p>
      <w:r>
        <w:rPr>
          <w:sz w:val="17"/>
          <w:vertAlign w:val="superscript"/>
        </w:rPr>
        <w:t>[76]</w:t>
      </w:r>
      <w:r>
        <w:rPr>
          <w:sz w:val="17"/>
        </w:rPr>
        <w:t xml:space="preserve"> Staff; Global Times; "China Coast Guard patrols Diaoyu Dao waters" (headline as indexed); 10 October 2026, 1818 CST; </w:t>
      </w:r>
      <w:hyperlink r:id="rId85">
        <w:r>
          <w:rPr>
            <w:color w:val="8A5D00"/>
            <w:sz w:val="17"/>
          </w:rPr>
          <w:t xml:space="preserve">https://www.globaltimes.cn/page/202610/1371948.shtml</w:t>
        </w:r>
      </w:hyperlink>
      <w:r>
        <w:rPr>
          <w:sz w:val="17"/>
        </w:rPr>
        <w:t>; accessed 12 October 2026; Source descriptor: PRC state-affiliated media.</w:t>
      </w:r>
    </w:p>
    <w:p>
      <w:r>
        <w:rPr>
          <w:sz w:val="17"/>
          <w:vertAlign w:val="superscript"/>
        </w:rPr>
        <w:t>[77]</w:t>
      </w:r>
      <w:r>
        <w:rPr>
          <w:sz w:val="17"/>
        </w:rPr>
        <w:t xml:space="preserve"> Chen Qingqing; Global Times; "China-hosted Track II dialogue on Cambodia-Thailand border peace" (headline as indexed); 11 October 2026, 2159 CST; </w:t>
      </w:r>
      <w:hyperlink r:id="rId86">
        <w:r>
          <w:rPr>
            <w:color w:val="8A5D00"/>
            <w:sz w:val="17"/>
          </w:rPr>
          <w:t xml:space="preserve">https://www.globaltimes.cn/page/202610/1372019.shtml</w:t>
        </w:r>
      </w:hyperlink>
      <w:r>
        <w:rPr>
          <w:sz w:val="17"/>
        </w:rPr>
        <w:t>; accessed 12 October 2026; Source descriptor: PRC state-affiliated media.</w:t>
      </w:r>
    </w:p>
    <w:p>
      <w:r>
        <w:rPr>
          <w:b/>
        </w:rPr>
        <w:t>NORTHCOM</w:t>
      </w:r>
    </w:p>
    <w:p>
      <w:r>
        <w:rPr>
          <w:sz w:val="17"/>
          <w:vertAlign w:val="superscript"/>
        </w:rPr>
        <w:t>[78]</w:t>
      </w:r>
      <w:r>
        <w:rPr>
          <w:sz w:val="17"/>
        </w:rPr>
        <w:t xml:space="preserve"> National Hurricane Center; "Hurricane Isaias Tropical Cyclone Update"; 09 October 2026, 2030 CDT; </w:t>
      </w:r>
      <w:hyperlink r:id="rId87">
        <w:r>
          <w:rPr>
            <w:color w:val="8A5D00"/>
            <w:sz w:val="17"/>
          </w:rPr>
          <w:t xml:space="preserve">https://nhc.noaa.gov/archive/2026/al09/al092026.update.10100129.shtml?text=</w:t>
        </w:r>
      </w:hyperlink>
      <w:r>
        <w:rPr>
          <w:sz w:val="17"/>
        </w:rPr>
        <w:t>; accessed 12 October 2026; Source descriptor: US government forecast product.</w:t>
      </w:r>
    </w:p>
    <w:p>
      <w:r>
        <w:rPr>
          <w:sz w:val="17"/>
          <w:vertAlign w:val="superscript"/>
        </w:rPr>
        <w:t>[79]</w:t>
      </w:r>
      <w:r>
        <w:rPr>
          <w:sz w:val="17"/>
        </w:rPr>
        <w:t xml:space="preserve"> Kieran Sullivan; FOX Weather; "Mapping Hurricane Isaias' deadly path: How the violent Category 2 storm unfolded across Florida and Gulf Coast"; 10 October 2026, 2349 EDT, updated 11 October 2026, 0549 EDT; </w:t>
      </w:r>
      <w:hyperlink r:id="rId88">
        <w:r>
          <w:rPr>
            <w:color w:val="8A5D00"/>
            <w:sz w:val="17"/>
          </w:rPr>
          <w:t xml:space="preserve">https://www.foxweather.com/weather-news/deadly-isaias-start-finish-trail-destruction-gulf-coast</w:t>
        </w:r>
      </w:hyperlink>
      <w:r>
        <w:rPr>
          <w:sz w:val="17"/>
        </w:rPr>
        <w:t>; accessed 12 October 2026; Source descriptor: US national weather media.</w:t>
      </w:r>
    </w:p>
    <w:p>
      <w:r>
        <w:rPr>
          <w:sz w:val="17"/>
          <w:vertAlign w:val="superscript"/>
        </w:rPr>
        <w:t>[80]</w:t>
      </w:r>
      <w:r>
        <w:rPr>
          <w:sz w:val="17"/>
        </w:rPr>
        <w:t xml:space="preserve"> Faris Tanyos and Lucia I. Suarez Sang; CBS News; "Thousands still without power in Florida and Alabama as Isaias moves north and clean up continues"; 11 October 2026, 2334 EDT; </w:t>
      </w:r>
      <w:hyperlink r:id="rId89">
        <w:r>
          <w:rPr>
            <w:color w:val="8A5D00"/>
            <w:sz w:val="17"/>
          </w:rPr>
          <w:t xml:space="preserve">https://www.cbsnews.com/live-updates/isaias-southeastern-u-s-gulf-coast/</w:t>
        </w:r>
      </w:hyperlink>
      <w:r>
        <w:rPr>
          <w:sz w:val="17"/>
        </w:rPr>
        <w:t>; accessed 12 October 2026; Source descriptor: US national broadcaster live updates with AP.</w:t>
      </w:r>
    </w:p>
    <w:p>
      <w:r>
        <w:rPr>
          <w:sz w:val="17"/>
          <w:vertAlign w:val="superscript"/>
        </w:rPr>
        <w:t>[81]</w:t>
      </w:r>
      <w:r>
        <w:rPr>
          <w:sz w:val="17"/>
        </w:rPr>
        <w:t xml:space="preserve"> Stefany Valderrama; WEAR-TV; "'It was shaking buildings': Isaias damage emerges across Pensacola"; 10 October 2026, 0843 CDT; </w:t>
      </w:r>
      <w:hyperlink r:id="rId90">
        <w:r>
          <w:rPr>
            <w:color w:val="8A5D00"/>
            <w:sz w:val="17"/>
          </w:rPr>
          <w:t xml:space="preserve">https://weartv.com/weather/hurricane-stories/florida-recovery-begins-in-pensacola-panhandle-after-hurricane-isaias-rips-off-gas-station-roof-cuts-power-damages-destruction-recovery</w:t>
        </w:r>
      </w:hyperlink>
      <w:r>
        <w:rPr>
          <w:sz w:val="17"/>
        </w:rPr>
        <w:t>; accessed 12 October 2026; Source descriptor: US local broadcaster.</w:t>
      </w:r>
    </w:p>
    <w:p>
      <w:r>
        <w:rPr>
          <w:sz w:val="17"/>
          <w:vertAlign w:val="superscript"/>
        </w:rPr>
        <w:t>[82]</w:t>
      </w:r>
      <w:r>
        <w:rPr>
          <w:sz w:val="17"/>
        </w:rPr>
        <w:t xml:space="preserve"> WEAR Staff; NBC 15 (syndicated from WEAR-TV); "Trump approves emergency declaration for Florida due to Hurricane Isaias"; 09 October 2026, 2127, updated 10 October 2026, 0715; </w:t>
      </w:r>
      <w:hyperlink r:id="rId91">
        <w:r>
          <w:rPr>
            <w:color w:val="8A5D00"/>
            <w:sz w:val="17"/>
          </w:rPr>
          <w:t xml:space="preserve">https://mynbc15.com/news/nation-world/trump-approves-emergency-declaration-for-florida-due-to-hurricane-isaias</w:t>
        </w:r>
      </w:hyperlink>
      <w:r>
        <w:rPr>
          <w:sz w:val="17"/>
        </w:rPr>
        <w:t>; accessed 12 October 2026; Source descriptor: US local broadcaster citing FEMA.</w:t>
      </w:r>
    </w:p>
    <w:p>
      <w:r>
        <w:rPr>
          <w:sz w:val="17"/>
          <w:vertAlign w:val="superscript"/>
        </w:rPr>
        <w:t>[83]</w:t>
      </w:r>
      <w:r>
        <w:rPr>
          <w:sz w:val="17"/>
        </w:rPr>
        <w:t xml:space="preserve"> Staff and wire reports; Stars and Stripes; "Florida National Guard, Air Force bases begin relief efforts, cleanup in aftermath of Hurricane Isaias"; 10 October 2026, 1612 UTC; </w:t>
      </w:r>
      <w:hyperlink r:id="rId92">
        <w:r>
          <w:rPr>
            <w:color w:val="8A5D00"/>
            <w:sz w:val="17"/>
          </w:rPr>
          <w:t xml:space="preserve">https://www.stripes.com/theaters/us/2026-10-10/florida-national-guard-hurricane-isaias-23111920.html</w:t>
        </w:r>
      </w:hyperlink>
      <w:r>
        <w:rPr>
          <w:sz w:val="17"/>
        </w:rPr>
        <w:t>; accessed 12 October 2026; Source descriptor: US military news outlet.</w:t>
      </w:r>
    </w:p>
    <w:p>
      <w:r>
        <w:rPr>
          <w:sz w:val="17"/>
          <w:vertAlign w:val="superscript"/>
        </w:rPr>
        <w:t>[84]</w:t>
      </w:r>
      <w:r>
        <w:rPr>
          <w:sz w:val="17"/>
        </w:rPr>
        <w:t xml:space="preserve"> WEAR Staff; WEAR-TV; "Eglin AFB reopens to personnel Sunday night as hurricane recovery continues"; 11 October 2026, 1559 CDT; </w:t>
      </w:r>
      <w:hyperlink r:id="rId93">
        <w:r>
          <w:rPr>
            <w:color w:val="8A5D00"/>
            <w:sz w:val="17"/>
          </w:rPr>
          <w:t xml:space="preserve">https://weartv.com/news/local/eglin-afb-reopens-to-personnel-sunday-night-as-hurricane-recovery-continues</w:t>
        </w:r>
      </w:hyperlink>
      <w:r>
        <w:rPr>
          <w:sz w:val="17"/>
        </w:rPr>
        <w:t>; accessed 12 October 2026; Source descriptor: US local broadcaster.</w:t>
      </w:r>
    </w:p>
    <w:p>
      <w:r>
        <w:rPr>
          <w:sz w:val="17"/>
          <w:vertAlign w:val="superscript"/>
        </w:rPr>
        <w:t>[85]</w:t>
      </w:r>
      <w:r>
        <w:rPr>
          <w:sz w:val="17"/>
        </w:rPr>
        <w:t xml:space="preserve"> National Hurricane Center; "Hurricane Simon Public Advisory Number 19"; 11 October 2026, 2000 MST; </w:t>
      </w:r>
      <w:hyperlink r:id="rId94">
        <w:r>
          <w:rPr>
            <w:color w:val="8A5D00"/>
            <w:sz w:val="17"/>
          </w:rPr>
          <w:t xml:space="preserve">https://www.nhc.noaa.gov/text/refresh/MIATCPEP5+shtml/120248.shtml</w:t>
        </w:r>
      </w:hyperlink>
      <w:r>
        <w:rPr>
          <w:sz w:val="17"/>
        </w:rPr>
        <w:t>; accessed 12 October 2026; Source descriptor: US government forecast product.</w:t>
      </w:r>
    </w:p>
    <w:p>
      <w:r>
        <w:rPr>
          <w:sz w:val="17"/>
          <w:vertAlign w:val="superscript"/>
        </w:rPr>
        <w:t>[86]</w:t>
      </w:r>
      <w:r>
        <w:rPr>
          <w:sz w:val="17"/>
        </w:rPr>
        <w:t xml:space="preserve"> Alberto Fajardo and Daniel Becerril (Reuters); The Spokesman-Review; "Hurricane Simon weakens to Category 3 as rains flood Mexico's Pacific coast"; 11 October 2026, updated 2143; </w:t>
      </w:r>
      <w:hyperlink r:id="rId95">
        <w:r>
          <w:rPr>
            <w:color w:val="8A5D00"/>
            <w:sz w:val="17"/>
          </w:rPr>
          <w:t xml:space="preserve">https://www.spokesman.com/stories/2026/oct/11/hurricane-simon-weakens-to-category-3-as-rains-flo/</w:t>
        </w:r>
      </w:hyperlink>
      <w:r>
        <w:rPr>
          <w:sz w:val="17"/>
        </w:rPr>
        <w:t>; accessed 12 October 2026; Source descriptor: international wire service via US regional newspaper.</w:t>
      </w:r>
    </w:p>
    <w:p>
      <w:r>
        <w:rPr>
          <w:sz w:val="17"/>
          <w:vertAlign w:val="superscript"/>
        </w:rPr>
        <w:t>[87]</w:t>
      </w:r>
      <w:r>
        <w:rPr>
          <w:sz w:val="17"/>
        </w:rPr>
        <w:t xml:space="preserve"> Staff with AP; CBS News; "Hurricane Simon lashes Mexico's Pacific coast, pounds resorts and vulnerable towns"; 11 October 2026, updated 2340 EDT; </w:t>
      </w:r>
      <w:hyperlink r:id="rId96">
        <w:r>
          <w:rPr>
            <w:color w:val="8A5D00"/>
            <w:sz w:val="17"/>
          </w:rPr>
          <w:t xml:space="preserve">https://www.cbsnews.com/news/hurricane-simon-takes-aim-mexico-pacific-coast/</w:t>
        </w:r>
      </w:hyperlink>
      <w:r>
        <w:rPr>
          <w:sz w:val="17"/>
        </w:rPr>
        <w:t>; accessed 12 October 2026; Source descriptor: US national broadcaster with international wire service.</w:t>
      </w:r>
    </w:p>
    <w:p>
      <w:r>
        <w:rPr>
          <w:sz w:val="17"/>
          <w:vertAlign w:val="superscript"/>
        </w:rPr>
        <w:t>[88]</w:t>
      </w:r>
      <w:r>
        <w:rPr>
          <w:sz w:val="17"/>
        </w:rPr>
        <w:t xml:space="preserve"> Elizabeth Hernández; La Razón de México; "Huracán Simón moviliza a la Defensa, Marina y Guardia Nacional en Jalisco, Colima y Nayarit"; 12 October 2026, 0357; </w:t>
      </w:r>
      <w:hyperlink r:id="rId97">
        <w:r>
          <w:rPr>
            <w:color w:val="8A5D00"/>
            <w:sz w:val="17"/>
          </w:rPr>
          <w:t xml:space="preserve">https://www.razon.com.mx/mexico/2026/10/11/huracan-simon-moviliza-a-la-defensa-marina-y-guardia-nacional-en-jalisco-colima-y-nayarit/</w:t>
        </w:r>
      </w:hyperlink>
      <w:r>
        <w:rPr>
          <w:sz w:val="17"/>
        </w:rPr>
        <w:t>; accessed 12 October 2026; Source descriptor: Mexican national daily.</w:t>
      </w:r>
    </w:p>
    <w:p>
      <w:r>
        <w:rPr>
          <w:sz w:val="17"/>
          <w:vertAlign w:val="superscript"/>
        </w:rPr>
        <w:t>[89]</w:t>
      </w:r>
      <w:r>
        <w:rPr>
          <w:sz w:val="17"/>
        </w:rPr>
        <w:t xml:space="preserve"> Julio César Aguirre; Quadratín Michoacán; "Ataque a base de Bomberos de Jacona deja 4 heridos y 2 policías muertos"; 11 October 2026, 1431 CST; </w:t>
      </w:r>
      <w:hyperlink r:id="rId98">
        <w:r>
          <w:rPr>
            <w:color w:val="8A5D00"/>
            <w:sz w:val="17"/>
          </w:rPr>
          <w:t xml:space="preserve">https://www.quadratin.com.mx/justicia/ataque-a-base-de-bomberos-de-jacona-deja-4-heridos-y-2-policias-muertos/</w:t>
        </w:r>
      </w:hyperlink>
      <w:r>
        <w:rPr>
          <w:sz w:val="17"/>
        </w:rPr>
        <w:t>; accessed 12 October 2026; Source descriptor: Mexican regional news agency.</w:t>
      </w:r>
    </w:p>
    <w:p>
      <w:r>
        <w:rPr>
          <w:sz w:val="17"/>
          <w:vertAlign w:val="superscript"/>
        </w:rPr>
        <w:t>[90]</w:t>
      </w:r>
      <w:r>
        <w:rPr>
          <w:sz w:val="17"/>
        </w:rPr>
        <w:t xml:space="preserve"> The Canadian Press via CTV News; CTV News; "Elections Alberta 'ready to deliver' as advanced referendum polls to open this week"; 11 October 2026, 0846 EDT; </w:t>
      </w:r>
      <w:hyperlink r:id="rId99">
        <w:r>
          <w:rPr>
            <w:color w:val="8A5D00"/>
            <w:sz w:val="17"/>
          </w:rPr>
          <w:t xml:space="preserve">https://www.ctvnews.ca/edmonton/alberta-referendum/article/elections-alberta-ready-to-deliver-as-advanced-referendum-polls-to-open-this-week/</w:t>
        </w:r>
      </w:hyperlink>
      <w:r>
        <w:rPr>
          <w:sz w:val="17"/>
        </w:rPr>
        <w:t>; accessed 12 October 2026; Source descriptor: Canadian wire service via national broadcaster.</w:t>
      </w:r>
    </w:p>
    <w:p>
      <w:r>
        <w:rPr>
          <w:b/>
        </w:rPr>
        <w:t>SOUTHCOM</w:t>
      </w:r>
    </w:p>
    <w:p>
      <w:r>
        <w:rPr>
          <w:sz w:val="17"/>
          <w:vertAlign w:val="superscript"/>
        </w:rPr>
        <w:t>[91]</w:t>
      </w:r>
      <w:r>
        <w:rPr>
          <w:sz w:val="17"/>
        </w:rPr>
        <w:t xml:space="preserve"> Staff and Tribune News Service; Stars and Stripes; "US military delivers aid in aftermath of Panama earthquake"; 10 October 2026, 1459 UTC; </w:t>
      </w:r>
      <w:hyperlink r:id="rId100">
        <w:r>
          <w:rPr>
            <w:color w:val="8A5D00"/>
            <w:sz w:val="17"/>
          </w:rPr>
          <w:t xml:space="preserve">https://www.stripes.com/theaters/americas/2026-10-10/panama-earthquake-us-military-aid-23111809.html</w:t>
        </w:r>
      </w:hyperlink>
      <w:r>
        <w:rPr>
          <w:sz w:val="17"/>
        </w:rPr>
        <w:t>; accessed 12 October 2026; Source descriptor: US military news outlet.</w:t>
      </w:r>
    </w:p>
    <w:p>
      <w:r>
        <w:rPr>
          <w:sz w:val="17"/>
          <w:vertAlign w:val="superscript"/>
        </w:rPr>
        <w:t>[92]</w:t>
      </w:r>
      <w:r>
        <w:rPr>
          <w:sz w:val="17"/>
        </w:rPr>
        <w:t xml:space="preserve"> Isabel Rojas; The Rio Times; "Panama Declares State of Emergency After 7.7 Quake"; 10 October 2026, 1851 UTC; </w:t>
      </w:r>
      <w:hyperlink r:id="rId101">
        <w:r>
          <w:rPr>
            <w:color w:val="8A5D00"/>
            <w:sz w:val="17"/>
          </w:rPr>
          <w:t xml:space="preserve">https://www.riotimesonline.com/panama-state-of-emergency-earthquake-2026/</w:t>
        </w:r>
      </w:hyperlink>
      <w:r>
        <w:rPr>
          <w:sz w:val="17"/>
        </w:rPr>
        <w:t>; accessed 12 October 2026; Source descriptor: Latin American English-language outlet.</w:t>
      </w:r>
    </w:p>
    <w:p>
      <w:r>
        <w:rPr>
          <w:sz w:val="17"/>
          <w:vertAlign w:val="superscript"/>
        </w:rPr>
        <w:t>[93]</w:t>
      </w:r>
      <w:r>
        <w:rPr>
          <w:sz w:val="17"/>
        </w:rPr>
        <w:t xml:space="preserve"> Francis Miñoza; International Business Times UK; "Panama Earthquake: State of Emergency Declared After 7.7 Quake, With More Than 100 Recorded Aftershocks"; 11 October 2026, 1229 BST; </w:t>
      </w:r>
      <w:hyperlink r:id="rId102">
        <w:r>
          <w:rPr>
            <w:color w:val="8A5D00"/>
            <w:sz w:val="17"/>
          </w:rPr>
          <w:t xml:space="preserve">https://www.ibtimes.co.uk/panama-state-emergency-two-powerful-earthquakes-1824869</w:t>
        </w:r>
      </w:hyperlink>
      <w:r>
        <w:rPr>
          <w:sz w:val="17"/>
        </w:rPr>
        <w:t>; accessed 12 October 2026; Source descriptor: international online news outlet.</w:t>
      </w:r>
    </w:p>
    <w:p>
      <w:r>
        <w:rPr>
          <w:sz w:val="17"/>
          <w:vertAlign w:val="superscript"/>
        </w:rPr>
        <w:t>[94]</w:t>
      </w:r>
      <w:r>
        <w:rPr>
          <w:sz w:val="17"/>
        </w:rPr>
        <w:t xml:space="preserve"> Camila Abrão; Gazeta do Povo; "Record cancela debate entre Flávio e Lula"; 09 October 2026, 2135 BRT; </w:t>
      </w:r>
      <w:hyperlink r:id="rId103">
        <w:r>
          <w:rPr>
            <w:color w:val="8A5D00"/>
            <w:sz w:val="17"/>
          </w:rPr>
          <w:t xml:space="preserve">https://www.gazetadopovo.com.br/eleicoes/2026/record-cancela-debate-entre-flavio-e-lula/</w:t>
        </w:r>
      </w:hyperlink>
      <w:r>
        <w:rPr>
          <w:sz w:val="17"/>
        </w:rPr>
        <w:t>; accessed 12 October 2026; Source descriptor: Brazilian national newspaper.</w:t>
      </w:r>
    </w:p>
    <w:p>
      <w:r>
        <w:rPr>
          <w:sz w:val="17"/>
          <w:vertAlign w:val="superscript"/>
        </w:rPr>
        <w:t>[95]</w:t>
      </w:r>
      <w:r>
        <w:rPr>
          <w:sz w:val="17"/>
        </w:rPr>
        <w:t xml:space="preserve"> Larissa Rodrigues; NC News; "Lula e Flávio Bolsonaro fazem campanha no mesmo dia em São Paulo, onde a direita venceu com folga"; 11 October 2026, 0935 BRT; </w:t>
      </w:r>
      <w:hyperlink r:id="rId104">
        <w:r>
          <w:rPr>
            <w:color w:val="8A5D00"/>
            <w:sz w:val="17"/>
          </w:rPr>
          <w:t xml:space="preserve">https://ncnews.com.br/2026/10/11/lula-flavio-bolsonaro-campanha-sao-paulo-segundo-turno/</w:t>
        </w:r>
      </w:hyperlink>
      <w:r>
        <w:rPr>
          <w:sz w:val="17"/>
        </w:rPr>
        <w:t>; accessed 12 October 2026; Source descriptor: Brazilian online news outlet.</w:t>
      </w:r>
    </w:p>
    <w:p>
      <w:r>
        <w:rPr>
          <w:sz w:val="17"/>
          <w:vertAlign w:val="superscript"/>
        </w:rPr>
        <w:t>[96]</w:t>
      </w:r>
      <w:r>
        <w:rPr>
          <w:sz w:val="17"/>
        </w:rPr>
        <w:t xml:space="preserve"> Staff; Efecto Cocuyo; "María Corina Machado responsabiliza a Delcy Rodríguez de no poder entrar al país"; 10 October 2026, 2112 UTC; </w:t>
      </w:r>
      <w:hyperlink r:id="rId105">
        <w:r>
          <w:rPr>
            <w:color w:val="8A5D00"/>
            <w:sz w:val="17"/>
          </w:rPr>
          <w:t xml:space="preserve">https://efectococuyo.com/politica/maria-corina-machado-responsabiliza-a-delcy-rodriguez-de-no-poder-entrar-al-pais/</w:t>
        </w:r>
      </w:hyperlink>
      <w:r>
        <w:rPr>
          <w:sz w:val="17"/>
        </w:rPr>
        <w:t>; accessed 12 October 2026; Source descriptor: independent Venezuelan digital outlet.</w:t>
      </w:r>
    </w:p>
    <w:p>
      <w:r>
        <w:rPr>
          <w:sz w:val="17"/>
          <w:vertAlign w:val="superscript"/>
        </w:rPr>
        <w:t>[97]</w:t>
      </w:r>
      <w:r>
        <w:rPr>
          <w:sz w:val="17"/>
        </w:rPr>
        <w:t xml:space="preserve"> Staff; Efecto Cocuyo; "Condenas de cárcel a militares busca enviar un mensaje de control, mientras EEUU ve hacia otro lado"; 11 October 2026, 0615 UTC; </w:t>
      </w:r>
      <w:hyperlink r:id="rId106">
        <w:r>
          <w:rPr>
            <w:color w:val="8A5D00"/>
            <w:sz w:val="17"/>
          </w:rPr>
          <w:t xml:space="preserve">https://efectococuyo.com/politica/condenas-de-carcel-a-militares-busca-enviar-un-mensaje-de-control-mientras-eeuu-ve-hacia-otro-lado/</w:t>
        </w:r>
      </w:hyperlink>
      <w:r>
        <w:rPr>
          <w:sz w:val="17"/>
        </w:rPr>
        <w:t>; accessed 12 October 2026; Source descriptor: independent Venezuelan digital outlet (analysis).</w:t>
      </w:r>
    </w:p>
    <w:p>
      <w:r>
        <w:rPr>
          <w:sz w:val="17"/>
          <w:vertAlign w:val="superscript"/>
        </w:rPr>
        <w:t>[98]</w:t>
      </w:r>
      <w:r>
        <w:rPr>
          <w:sz w:val="17"/>
        </w:rPr>
        <w:t xml:space="preserve"> Florencia Belén Ruiz; The Rio Times; "Venezuela's Rodríguez Lands in Rome With 4 Ministers"; 11 October 2026, 1730 UTC; </w:t>
      </w:r>
      <w:hyperlink r:id="rId107">
        <w:r>
          <w:rPr>
            <w:color w:val="8A5D00"/>
            <w:sz w:val="17"/>
          </w:rPr>
          <w:t xml:space="preserve">https://www.riotimesonline.com/venezuela-rodriguez-world-food-forum-rome-2026/</w:t>
        </w:r>
      </w:hyperlink>
      <w:r>
        <w:rPr>
          <w:sz w:val="17"/>
        </w:rPr>
        <w:t>; accessed 12 October 2026; Source descriptor: Latin American English-language outlet.</w:t>
      </w:r>
    </w:p>
    <w:p>
      <w:r>
        <w:rPr>
          <w:sz w:val="17"/>
          <w:vertAlign w:val="superscript"/>
        </w:rPr>
        <w:t>[99]</w:t>
      </w:r>
      <w:r>
        <w:rPr>
          <w:sz w:val="17"/>
        </w:rPr>
        <w:t xml:space="preserve"> Carlos Jijón; La República EC; "Cientos de estudiantes marchan en las calles contra Noboa"; 11 October 2026, 1251 UTC; </w:t>
      </w:r>
      <w:hyperlink r:id="rId108">
        <w:r>
          <w:rPr>
            <w:color w:val="8A5D00"/>
            <w:sz w:val="17"/>
          </w:rPr>
          <w:t xml:space="preserve">https://www.larepublica.ec/blog/2026/10/11/cientos-de-estudiantes-marchan-en-las-calles-contra-noboa/</w:t>
        </w:r>
      </w:hyperlink>
      <w:r>
        <w:rPr>
          <w:sz w:val="17"/>
        </w:rPr>
        <w:t>; accessed 12 October 2026; Source descriptor: Ecuadorian digital outlet.</w:t>
      </w:r>
    </w:p>
    <w:p>
      <w:r>
        <w:rPr>
          <w:sz w:val="17"/>
          <w:vertAlign w:val="superscript"/>
        </w:rPr>
        <w:t>[100]</w:t>
      </w:r>
      <w:r>
        <w:rPr>
          <w:sz w:val="17"/>
        </w:rPr>
        <w:t xml:space="preserve"> Staff; Le Nouvelliste; "Haïti-Sécurité : la PNH renforce les mesures contre les enlèvements"; 09 October 2026; </w:t>
      </w:r>
      <w:hyperlink r:id="rId109">
        <w:r>
          <w:rPr>
            <w:color w:val="8A5D00"/>
            <w:sz w:val="17"/>
          </w:rPr>
          <w:t xml:space="preserve">https://lenouvelliste.com/article/272823/haiti-securite-la-pnh-renforce-les-mesures-contre-les-enlevements</w:t>
        </w:r>
      </w:hyperlink>
      <w:r>
        <w:rPr>
          <w:sz w:val="17"/>
        </w:rPr>
        <w:t>; accessed 12 October 2026; Source descriptor: Haitian national newspaper.</w:t>
      </w:r>
    </w:p>
    <w:p>
      <w:r>
        <w:rPr>
          <w:sz w:val="17"/>
          <w:vertAlign w:val="superscript"/>
        </w:rPr>
        <w:t>[101]</w:t>
      </w:r>
      <w:r>
        <w:rPr>
          <w:sz w:val="17"/>
        </w:rPr>
        <w:t xml:space="preserve"> Reginald Surin; Le Nouvelliste; "Kenscoff : la crête est prise, la montagne reste ouverte"; 09 October 2026; </w:t>
      </w:r>
      <w:hyperlink r:id="rId110">
        <w:r>
          <w:rPr>
            <w:color w:val="8A5D00"/>
            <w:sz w:val="17"/>
          </w:rPr>
          <w:t xml:space="preserve">https://lenouvelliste.com/article/272813/kenscoff-la-crete-est-prise-la-montagne-reste-ouverte</w:t>
        </w:r>
      </w:hyperlink>
      <w:r>
        <w:rPr>
          <w:sz w:val="17"/>
        </w:rPr>
        <w:t>; accessed 12 October 2026; Source descriptor: Haitian national newspaper.</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aljazeera.com/news/2026/10/11/ethiopia-eritrea-ramp-up-rhetoric-are-they-inching-towards-war" TargetMode="External"/><Relationship Id="rId11" Type="http://schemas.openxmlformats.org/officeDocument/2006/relationships/hyperlink" Target="https://www.aljazeera.com/news/2026/10/10/eritrea-urges-un-to-intervene-in-standoff-with" TargetMode="External"/><Relationship Id="rId12" Type="http://schemas.openxmlformats.org/officeDocument/2006/relationships/hyperlink" Target="https://www.garoweonline.com/en/world/africa/ethiopia-says-it-must-defend-itself-against-eritrea-s-all-out-invasion" TargetMode="External"/><Relationship Id="rId13" Type="http://schemas.openxmlformats.org/officeDocument/2006/relationships/hyperlink" Target="https://www.the-star.co.ke/news/world/2026-10-12-dozens-of-gold-prospectors-killed-in-strikes-on-egypt-sudan-border-rights-group-says" TargetMode="External"/><Relationship Id="rId14" Type="http://schemas.openxmlformats.org/officeDocument/2006/relationships/hyperlink" Target="https://sudantribune.com/article/319838" TargetMode="External"/><Relationship Id="rId15" Type="http://schemas.openxmlformats.org/officeDocument/2006/relationships/hyperlink" Target="https://sudantribune.com/article/319822" TargetMode="External"/><Relationship Id="rId16" Type="http://schemas.openxmlformats.org/officeDocument/2006/relationships/hyperlink" Target="https://sudantribune.com/article/319819" TargetMode="External"/><Relationship Id="rId17" Type="http://schemas.openxmlformats.org/officeDocument/2006/relationships/hyperlink" Target="https://www.dabangasudan.org/en/all-news/article/drone-strikes-and-deadly-explosions-kill-scores-of-civilians-across-sudan" TargetMode="External"/><Relationship Id="rId18" Type="http://schemas.openxmlformats.org/officeDocument/2006/relationships/hyperlink" Target="https://sudantribune.com/article/319812" TargetMode="External"/><Relationship Id="rId19" Type="http://schemas.openxmlformats.org/officeDocument/2006/relationships/hyperlink" Target="https://www.aljazeera.com/news/2026/10/11/at-least-109-dead-over-100-missing-as-migrant-boat-capsizes-off-djibouti" TargetMode="External"/><Relationship Id="rId20" Type="http://schemas.openxmlformats.org/officeDocument/2006/relationships/hyperlink" Target="https://www.timeslive.co.za/news/2026-10-10-army-rolls-into-durban-as-xenophobic-violence-rages/" TargetMode="External"/><Relationship Id="rId21" Type="http://schemas.openxmlformats.org/officeDocument/2006/relationships/hyperlink" Target="https://actualite.cd/2026/10/11/est-de-la-rdc-nous-souhaitons-vraiment-que-la-paix-soit-retablie-afin-que-la-rdc-ses" TargetMode="External"/><Relationship Id="rId22" Type="http://schemas.openxmlformats.org/officeDocument/2006/relationships/hyperlink" Target="https://actualite.cd/2026/10/11/rutshuru-les-ecoles-de-kiwanja-intensifient-les-gestes-barrieres-contre-ebola-apres" TargetMode="External"/><Relationship Id="rId23" Type="http://schemas.openxmlformats.org/officeDocument/2006/relationships/hyperlink" Target="https://www.aljazeera.com/news/2026/10/11/ebola-spreads-in-eastern-drc-as-kenya-confirms-imported-case" TargetMode="External"/><Relationship Id="rId24" Type="http://schemas.openxmlformats.org/officeDocument/2006/relationships/hyperlink" Target="https://libyaobserver.ly/inbrief/eekad-tracks-russian-military-aircraft-concealing-signals-flights-between-benghazi-syria" TargetMode="External"/><Relationship Id="rId25" Type="http://schemas.openxmlformats.org/officeDocument/2006/relationships/hyperlink" Target="https://www.aljazeera.com/news/2026/10/10/attack-on-airport-in-saudi-capital-riyadh-leaves-several-injured" TargetMode="External"/><Relationship Id="rId26" Type="http://schemas.openxmlformats.org/officeDocument/2006/relationships/hyperlink" Target="https://www.aljazeera.com/news/2026/10/11/world-condemns-deadly-houthi-attack-on-saudi-arabias-riyadh-airport" TargetMode="External"/><Relationship Id="rId27" Type="http://schemas.openxmlformats.org/officeDocument/2006/relationships/hyperlink" Target="https://www.cbsnews.com/live-updates/iran-war-trump-us-elections-saudi-arabia-yemen-houthis/" TargetMode="External"/><Relationship Id="rId28" Type="http://schemas.openxmlformats.org/officeDocument/2006/relationships/hyperlink" Target="https://www.aljazeera.com/news/2026/10/12/saudi-arabia-says-1-dead-11-injured-in-latest-attack-on-riyadh-airport" TargetMode="External"/><Relationship Id="rId29" Type="http://schemas.openxmlformats.org/officeDocument/2006/relationships/hyperlink" Target="https://www.timesofisrael.com/liveblog-october-11-2026/" TargetMode="External"/><Relationship Id="rId30" Type="http://schemas.openxmlformats.org/officeDocument/2006/relationships/hyperlink" Target="https://www.jpost.com/middle-east/iran-news/2026-10-11/live-updates-911253" TargetMode="External"/><Relationship Id="rId31" Type="http://schemas.openxmlformats.org/officeDocument/2006/relationships/hyperlink" Target="https://www.iranintl.com/en/liveblog/202610105959" TargetMode="External"/><Relationship Id="rId32" Type="http://schemas.openxmlformats.org/officeDocument/2006/relationships/hyperlink" Target="https://shafaq.com/en/World/Washington-disables-cargo-ship-in-Gulf-of-Oman" TargetMode="External"/><Relationship Id="rId33" Type="http://schemas.openxmlformats.org/officeDocument/2006/relationships/hyperlink" Target="https://www.arabnews.com/middle-east/uk-maritime-says-tanker-struck-by-drone-in-vicinity-of-omans-sohar-anchorage-3005832" TargetMode="External"/><Relationship Id="rId34" Type="http://schemas.openxmlformats.org/officeDocument/2006/relationships/hyperlink" Target="https://www.tehrantimes.com/news/530979/Super-oil-tanker-catches-fire-after-hitting-sea-mine-in-Strait" TargetMode="External"/><Relationship Id="rId35" Type="http://schemas.openxmlformats.org/officeDocument/2006/relationships/hyperlink" Target="https://i24news.tv/en/news/middle-east/the-gulf/artc-after-the-deadly-attacks-on-saudi-arabia-iran-offers-to-open-dialogue-between-riyadh-and-the-houthis" TargetMode="External"/><Relationship Id="rId36" Type="http://schemas.openxmlformats.org/officeDocument/2006/relationships/hyperlink" Target="https://www.aljazeera.com/news/2026/10/10/yemeni-governments-military-says-its-forces-advancing-against-houthis" TargetMode="External"/><Relationship Id="rId37" Type="http://schemas.openxmlformats.org/officeDocument/2006/relationships/hyperlink" Target="https://www.dawn.com/news/2036387" TargetMode="External"/><Relationship Id="rId38" Type="http://schemas.openxmlformats.org/officeDocument/2006/relationships/hyperlink" Target="https://www.dawn.com/news/2036378" TargetMode="External"/><Relationship Id="rId39" Type="http://schemas.openxmlformats.org/officeDocument/2006/relationships/hyperlink" Target="https://kabulnow.com/2026/10/pakistan-declares-emergency-in-khyber-pakhtunkhwa-as-border-clashes-kill-12-army-says/" TargetMode="External"/><Relationship Id="rId40" Type="http://schemas.openxmlformats.org/officeDocument/2006/relationships/hyperlink" Target="https://www.jpost.com/israel-election-2026/article-911262" TargetMode="External"/><Relationship Id="rId41" Type="http://schemas.openxmlformats.org/officeDocument/2006/relationships/hyperlink" Target="https://www.dawn.com/news/2036238/israeli-strikes-kill-five-in-gaza" TargetMode="External"/><Relationship Id="rId42" Type="http://schemas.openxmlformats.org/officeDocument/2006/relationships/hyperlink" Target="https://shafaq.com/en/Iraq/Iraqi-lawmaker-challenges-dollar-hike-in-federal-court" TargetMode="External"/><Relationship Id="rId43" Type="http://schemas.openxmlformats.org/officeDocument/2006/relationships/hyperlink" Target="https://www.kurdistan24.net/en/story/945106/baghdad-residents-warn-government-as-dinar-devaluation-hits-prices" TargetMode="External"/><Relationship Id="rId44" Type="http://schemas.openxmlformats.org/officeDocument/2006/relationships/hyperlink" Target="https://www.axios.com/2026/10/11/russia-ukraine-oil-energy-ceasefire-trump-putin-zelensky" TargetMode="External"/><Relationship Id="rId45" Type="http://schemas.openxmlformats.org/officeDocument/2006/relationships/hyperlink" Target="https://www.euronews.com/2026/10/12/energy-ceasefire-confusion-in-kyiv-support-from-allies-silence-from-moscow-and-fresh-strik" TargetMode="External"/><Relationship Id="rId46" Type="http://schemas.openxmlformats.org/officeDocument/2006/relationships/hyperlink" Target="https://www.ukrinform.net/rubric-ato/4173349-ukrainian-army-receives-relevant-orders-following-trumps-statement-on-energy-ceasefire-zelensky.html" TargetMode="External"/><Relationship Id="rId47" Type="http://schemas.openxmlformats.org/officeDocument/2006/relationships/hyperlink" Target="https://time.com/article/2026/10/11/trump-claims-russia-and-ukraine-have-agreed-to-an-energy-ceasefire-/" TargetMode="External"/><Relationship Id="rId48" Type="http://schemas.openxmlformats.org/officeDocument/2006/relationships/hyperlink" Target="https://www.euronews.com/2026/10/10/trump-says-ukraine-needs-new-president-after-zelenskyy-condemns-russia-fuel-deal" TargetMode="External"/><Relationship Id="rId49" Type="http://schemas.openxmlformats.org/officeDocument/2006/relationships/hyperlink" Target="https://www.ukrinform.net/rubric-polytics/4173360-zelensky-comments-on-possibility-of-holding-elections-in-ukraine.html" TargetMode="External"/><Relationship Id="rId50" Type="http://schemas.openxmlformats.org/officeDocument/2006/relationships/hyperlink" Target="https://www.aljazeera.com/news/2026/10/11/trump-says-ukraine-russia-agree-to-energy-ceasefire-2" TargetMode="External"/><Relationship Id="rId51" Type="http://schemas.openxmlformats.org/officeDocument/2006/relationships/hyperlink" Target="https://www.criticalthreats.org/analysis/russian-offensive-campaign-assessment-october-10-2026-6acac61e77f69" TargetMode="External"/><Relationship Id="rId52" Type="http://schemas.openxmlformats.org/officeDocument/2006/relationships/hyperlink" Target="https://www.ukrinform.net/rubric-ato/4173205-search-and-rescue-operations-completed-at-site-of-russian-guided-bomb-strike-in-zaporizhzhia-20-killed-including-four-children.html" TargetMode="External"/><Relationship Id="rId53" Type="http://schemas.openxmlformats.org/officeDocument/2006/relationships/hyperlink" Target="https://kyivindependent.com/russian-guided-bombs-hit-zaporizhzhia-apartment-building-killing-4-injuring-4" TargetMode="External"/><Relationship Id="rId54" Type="http://schemas.openxmlformats.org/officeDocument/2006/relationships/hyperlink" Target="https://www.criticalthreats.org/analysis/russian-offensive-campaign-assessment-october-11-2026" TargetMode="External"/><Relationship Id="rId55" Type="http://schemas.openxmlformats.org/officeDocument/2006/relationships/hyperlink" Target="https://www.ukrinform.net/rubric-ato/4173367-russian-missile-strike-on-kharkiv-suburbs-three-dead-injury-toll-rises-22.html" TargetMode="External"/><Relationship Id="rId56" Type="http://schemas.openxmlformats.org/officeDocument/2006/relationships/hyperlink" Target="https://www.ukrinform.net/rubric-ato/4173354-three-killed-in-russian-drone-attack-on-ivanofrankivsk.html" TargetMode="External"/><Relationship Id="rId57" Type="http://schemas.openxmlformats.org/officeDocument/2006/relationships/hyperlink" Target="https://www.ukrinform.net/rubric-ato/4173291-russian-forces-attack-energy-facility-in-kyiv-emergency-power-cuts-hit-four-districts.html" TargetMode="External"/><Relationship Id="rId58" Type="http://schemas.openxmlformats.org/officeDocument/2006/relationships/hyperlink" Target="https://kyivindependent.com/major-fire-reported-at-oil-terminal-linked-to-russias-novoshakhtinsk-refinery-after-suspected-drone-strike/" TargetMode="External"/><Relationship Id="rId59" Type="http://schemas.openxmlformats.org/officeDocument/2006/relationships/hyperlink" Target="https://www.themoscowtimes.com/2026/10/07/eu-approves-record-sanctions-expansion-targeting-16k-russian-citizens-and-entities-a93913" TargetMode="External"/><Relationship Id="rId60" Type="http://schemas.openxmlformats.org/officeDocument/2006/relationships/hyperlink" Target="https://www.consilium.europa.eu/en/press/press-releases/2026/10/09/media-advisory-foreign-affairs-council-of-12-october-2026/" TargetMode="External"/><Relationship Id="rId61" Type="http://schemas.openxmlformats.org/officeDocument/2006/relationships/hyperlink" Target="https://www.ukrinform.net/rubric-ato/4173226-another-drone-explodes-moldova.html" TargetMode="External"/><Relationship Id="rId62" Type="http://schemas.openxmlformats.org/officeDocument/2006/relationships/hyperlink" Target="https://www.lrt.lt/en/news-in-english/19/3077169/latvia-faces-new-reality-after-armed-incident-on-belarus-border" TargetMode="External"/><Relationship Id="rId63" Type="http://schemas.openxmlformats.org/officeDocument/2006/relationships/hyperlink" Target="https://news.err.ee/1610162881/british-army-deploys-nyan-deep-strike-drones-in-estonia" TargetMode="External"/><Relationship Id="rId64" Type="http://schemas.openxmlformats.org/officeDocument/2006/relationships/hyperlink" Target="https://www.hurriyetdailynews.com/bahceli-says-no-turning-back-in-turkiyes-anti-terror-bid-227964" TargetMode="External"/><Relationship Id="rId65" Type="http://schemas.openxmlformats.org/officeDocument/2006/relationships/hyperlink" Target="https://www.nknews.org/2026/10/north-korea-appears-to-conduct-fourth-missile-test-in-a-month/" TargetMode="External"/><Relationship Id="rId66" Type="http://schemas.openxmlformats.org/officeDocument/2006/relationships/hyperlink" Target="https://www.koreatimes.co.kr/foreignaffairs/northkorea/20261012/n-korea-fires-multiple-ballistic-missiles-after-sks-hypersonic-weapon-test" TargetMode="External"/><Relationship Id="rId67" Type="http://schemas.openxmlformats.org/officeDocument/2006/relationships/hyperlink" Target="https://www.koreatimes.co.kr/foreignaffairs/northkorea/20261012/cheong-wa-dae-urges-n-korea-to-immediately-halt-illegal-missile-launches" TargetMode="External"/><Relationship Id="rId68" Type="http://schemas.openxmlformats.org/officeDocument/2006/relationships/hyperlink" Target="https://www.aljazeera.com/news/2026/10/12/north-korea-fires-multiple-ballistic-missiles-towards-the-sea" TargetMode="External"/><Relationship Id="rId69" Type="http://schemas.openxmlformats.org/officeDocument/2006/relationships/hyperlink" Target="https://www.koreatimes.co.kr/foreignaffairs/northkorea/20261011/n-korea-marks-party-anniversary-on-modest-scale" TargetMode="External"/><Relationship Id="rId70" Type="http://schemas.openxmlformats.org/officeDocument/2006/relationships/hyperlink" Target="https://focustaiwan.tw/politics/202610100007" TargetMode="External"/><Relationship Id="rId71" Type="http://schemas.openxmlformats.org/officeDocument/2006/relationships/hyperlink" Target="https://gvwire.com/2026/10/10/taiwan-wont-give-up-freedom-lai-says-beijing-slams-ulterior-motives/" TargetMode="External"/><Relationship Id="rId72" Type="http://schemas.openxmlformats.org/officeDocument/2006/relationships/hyperlink" Target="https://www.taipeitimes.com/News/front/archives/2026/10/12/2003865798" TargetMode="External"/><Relationship Id="rId73" Type="http://schemas.openxmlformats.org/officeDocument/2006/relationships/hyperlink" Target="https://www.globaltimes.cn/page/202610/1371982.shtml" TargetMode="External"/><Relationship Id="rId74" Type="http://schemas.openxmlformats.org/officeDocument/2006/relationships/hyperlink" Target="https://www.taiwannews.com.tw/en/news/6456147" TargetMode="External"/><Relationship Id="rId75" Type="http://schemas.openxmlformats.org/officeDocument/2006/relationships/hyperlink" Target="https://www.taiwannews.com.tw/news/6455621" TargetMode="External"/><Relationship Id="rId76" Type="http://schemas.openxmlformats.org/officeDocument/2006/relationships/hyperlink" Target="https://www.taiwannews.com.tw/en/news/6456117" TargetMode="External"/><Relationship Id="rId77" Type="http://schemas.openxmlformats.org/officeDocument/2006/relationships/hyperlink" Target="https://www.manilatimes.net/2026/10/11/news/marcos-warns-of-new-phase-of-escalation-in-west-philippine-sea/2443297" TargetMode="External"/><Relationship Id="rId78" Type="http://schemas.openxmlformats.org/officeDocument/2006/relationships/hyperlink" Target="https://www.philstar.com/headlines/2026/10/12/2562551/president-marcos-admits-escalation-tensions-ayungin" TargetMode="External"/><Relationship Id="rId79" Type="http://schemas.openxmlformats.org/officeDocument/2006/relationships/hyperlink" Target="https://tribune.net.ph/2026/10/12/filipino-troops-defy-chinese-order-to-leave-kota-island" TargetMode="External"/><Relationship Id="rId80" Type="http://schemas.openxmlformats.org/officeDocument/2006/relationships/hyperlink" Target="https://globalnation.inquirer.net/341550/marcos-china-funding-poses-a-threat-if-true" TargetMode="External"/><Relationship Id="rId81" Type="http://schemas.openxmlformats.org/officeDocument/2006/relationships/hyperlink" Target="https://www.koreatimes.co.kr/foreignaffairs/20261010/us-expects-s-korea-to-uphold-alliance-standards-amid-intelligence-cooperation-concerns-senior-official" TargetMode="External"/><Relationship Id="rId82" Type="http://schemas.openxmlformats.org/officeDocument/2006/relationships/hyperlink" Target="https://www.koreatimes.co.kr/foreignaffairs/20261011/spy-agency-denies-report-us-only-shares-intelligence-on-nk-missiles-with-s-korea" TargetMode="External"/><Relationship Id="rId83" Type="http://schemas.openxmlformats.org/officeDocument/2006/relationships/hyperlink" Target="https://www.koreatimes.co.kr/foreignaffairs/northkorea/20261012/unification-minister-rejects-blame-for-us-alliance-tensions" TargetMode="External"/><Relationship Id="rId84" Type="http://schemas.openxmlformats.org/officeDocument/2006/relationships/hyperlink" Target="https://www.globaltimes.cn/page/202610/1372012.shtml" TargetMode="External"/><Relationship Id="rId85" Type="http://schemas.openxmlformats.org/officeDocument/2006/relationships/hyperlink" Target="https://www.globaltimes.cn/page/202610/1371948.shtml" TargetMode="External"/><Relationship Id="rId86" Type="http://schemas.openxmlformats.org/officeDocument/2006/relationships/hyperlink" Target="https://www.globaltimes.cn/page/202610/1372019.shtml" TargetMode="External"/><Relationship Id="rId87" Type="http://schemas.openxmlformats.org/officeDocument/2006/relationships/hyperlink" Target="https://nhc.noaa.gov/archive/2026/al09/al092026.update.10100129.shtml?text=" TargetMode="External"/><Relationship Id="rId88" Type="http://schemas.openxmlformats.org/officeDocument/2006/relationships/hyperlink" Target="https://www.foxweather.com/weather-news/deadly-isaias-start-finish-trail-destruction-gulf-coast" TargetMode="External"/><Relationship Id="rId89" Type="http://schemas.openxmlformats.org/officeDocument/2006/relationships/hyperlink" Target="https://www.cbsnews.com/live-updates/isaias-southeastern-u-s-gulf-coast/" TargetMode="External"/><Relationship Id="rId90" Type="http://schemas.openxmlformats.org/officeDocument/2006/relationships/hyperlink" Target="https://weartv.com/weather/hurricane-stories/florida-recovery-begins-in-pensacola-panhandle-after-hurricane-isaias-rips-off-gas-station-roof-cuts-power-damages-destruction-recovery" TargetMode="External"/><Relationship Id="rId91" Type="http://schemas.openxmlformats.org/officeDocument/2006/relationships/hyperlink" Target="https://mynbc15.com/news/nation-world/trump-approves-emergency-declaration-for-florida-due-to-hurricane-isaias" TargetMode="External"/><Relationship Id="rId92" Type="http://schemas.openxmlformats.org/officeDocument/2006/relationships/hyperlink" Target="https://www.stripes.com/theaters/us/2026-10-10/florida-national-guard-hurricane-isaias-23111920.html" TargetMode="External"/><Relationship Id="rId93" Type="http://schemas.openxmlformats.org/officeDocument/2006/relationships/hyperlink" Target="https://weartv.com/news/local/eglin-afb-reopens-to-personnel-sunday-night-as-hurricane-recovery-continues" TargetMode="External"/><Relationship Id="rId94" Type="http://schemas.openxmlformats.org/officeDocument/2006/relationships/hyperlink" Target="https://www.nhc.noaa.gov/text/refresh/MIATCPEP5+shtml/120248.shtml" TargetMode="External"/><Relationship Id="rId95" Type="http://schemas.openxmlformats.org/officeDocument/2006/relationships/hyperlink" Target="https://www.spokesman.com/stories/2026/oct/11/hurricane-simon-weakens-to-category-3-as-rains-flo/" TargetMode="External"/><Relationship Id="rId96" Type="http://schemas.openxmlformats.org/officeDocument/2006/relationships/hyperlink" Target="https://www.cbsnews.com/news/hurricane-simon-takes-aim-mexico-pacific-coast/" TargetMode="External"/><Relationship Id="rId97" Type="http://schemas.openxmlformats.org/officeDocument/2006/relationships/hyperlink" Target="https://www.razon.com.mx/mexico/2026/10/11/huracan-simon-moviliza-a-la-defensa-marina-y-guardia-nacional-en-jalisco-colima-y-nayarit/" TargetMode="External"/><Relationship Id="rId98" Type="http://schemas.openxmlformats.org/officeDocument/2006/relationships/hyperlink" Target="https://www.quadratin.com.mx/justicia/ataque-a-base-de-bomberos-de-jacona-deja-4-heridos-y-2-policias-muertos/" TargetMode="External"/><Relationship Id="rId99" Type="http://schemas.openxmlformats.org/officeDocument/2006/relationships/hyperlink" Target="https://www.ctvnews.ca/edmonton/alberta-referendum/article/elections-alberta-ready-to-deliver-as-advanced-referendum-polls-to-open-this-week/" TargetMode="External"/><Relationship Id="rId100" Type="http://schemas.openxmlformats.org/officeDocument/2006/relationships/hyperlink" Target="https://www.stripes.com/theaters/americas/2026-10-10/panama-earthquake-us-military-aid-23111809.html" TargetMode="External"/><Relationship Id="rId101" Type="http://schemas.openxmlformats.org/officeDocument/2006/relationships/hyperlink" Target="https://www.riotimesonline.com/panama-state-of-emergency-earthquake-2026/" TargetMode="External"/><Relationship Id="rId102" Type="http://schemas.openxmlformats.org/officeDocument/2006/relationships/hyperlink" Target="https://www.ibtimes.co.uk/panama-state-emergency-two-powerful-earthquakes-1824869" TargetMode="External"/><Relationship Id="rId103" Type="http://schemas.openxmlformats.org/officeDocument/2006/relationships/hyperlink" Target="https://www.gazetadopovo.com.br/eleicoes/2026/record-cancela-debate-entre-flavio-e-lula/" TargetMode="External"/><Relationship Id="rId104" Type="http://schemas.openxmlformats.org/officeDocument/2006/relationships/hyperlink" Target="https://ncnews.com.br/2026/10/11/lula-flavio-bolsonaro-campanha-sao-paulo-segundo-turno/" TargetMode="External"/><Relationship Id="rId105" Type="http://schemas.openxmlformats.org/officeDocument/2006/relationships/hyperlink" Target="https://efectococuyo.com/politica/maria-corina-machado-responsabiliza-a-delcy-rodriguez-de-no-poder-entrar-al-pais/" TargetMode="External"/><Relationship Id="rId106" Type="http://schemas.openxmlformats.org/officeDocument/2006/relationships/hyperlink" Target="https://efectococuyo.com/politica/condenas-de-carcel-a-militares-busca-enviar-un-mensaje-de-control-mientras-eeuu-ve-hacia-otro-lado/" TargetMode="External"/><Relationship Id="rId107" Type="http://schemas.openxmlformats.org/officeDocument/2006/relationships/hyperlink" Target="https://www.riotimesonline.com/venezuela-rodriguez-world-food-forum-rome-2026/" TargetMode="External"/><Relationship Id="rId108" Type="http://schemas.openxmlformats.org/officeDocument/2006/relationships/hyperlink" Target="https://www.larepublica.ec/blog/2026/10/11/cientos-de-estudiantes-marchan-en-las-calles-contra-noboa/" TargetMode="External"/><Relationship Id="rId109" Type="http://schemas.openxmlformats.org/officeDocument/2006/relationships/hyperlink" Target="https://lenouvelliste.com/article/272823/haiti-securite-la-pnh-renforce-les-mesures-contre-les-enlevements" TargetMode="External"/><Relationship Id="rId110" Type="http://schemas.openxmlformats.org/officeDocument/2006/relationships/hyperlink" Target="https://lenouvelliste.com/article/272813/kenscoff-la-crete-est-prise-la-montagne-reste-ouver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