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OSIR-20261015</w:t>
            </w:r>
          </w:p>
        </w:tc>
      </w:tr>
      <w:tr>
        <w:tc>
          <w:tcPr>
            <w:tcW w:type="dxa" w:w="4968"/>
          </w:tcPr>
          <w:p>
            <w:r/>
            <w:r>
              <w:rPr>
                <w:b/>
                <w:sz w:val="19"/>
              </w:rPr>
              <w:t>Produced</w:t>
            </w:r>
          </w:p>
        </w:tc>
        <w:tc>
          <w:tcPr>
            <w:tcW w:type="dxa" w:w="4968"/>
          </w:tcPr>
          <w:p>
            <w:r/>
            <w:r>
              <w:rPr>
                <w:sz w:val="19"/>
              </w:rPr>
              <w:t>151000Z OCT 2026 (0600 EDT, Thursday 15 October 2026)</w:t>
            </w:r>
          </w:p>
        </w:tc>
      </w:tr>
      <w:tr>
        <w:tc>
          <w:tcPr>
            <w:tcW w:type="dxa" w:w="4968"/>
          </w:tcPr>
          <w:p>
            <w:r/>
            <w:r>
              <w:rPr>
                <w:b/>
                <w:sz w:val="19"/>
              </w:rPr>
              <w:t>Coverage window</w:t>
            </w:r>
          </w:p>
        </w:tc>
        <w:tc>
          <w:tcPr>
            <w:tcW w:type="dxa" w:w="4968"/>
          </w:tcPr>
          <w:p>
            <w:r/>
            <w:r>
              <w:rPr>
                <w:sz w:val="19"/>
              </w:rPr>
              <w:t>140930Z OCT 2026 to 150930Z OCT 2026 (Wednesday 0530 EDT through Thursday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EUCOM:</w:t>
      </w:r>
      <w:r>
        <w:t xml:space="preserve"> Zelensky says Ukraine is ending its pause on refinery strikes ("We're done"), and a Ukrainian strike set Russia's Ryazan refinery on fire overnight. He says US officials threatened to block intelligence if strikes continued; Trump denies cutting intelligence. Russia launched 580 drones overnight, and two more merchant ships were hit or caught fire off Romania. </w:t>
      </w:r>
      <w:r>
        <w:rPr>
          <w:vertAlign w:val="superscript"/>
        </w:rPr>
        <w:t>[35]</w:t>
      </w:r>
      <w:r>
        <w:rPr>
          <w:vertAlign w:val="superscript"/>
        </w:rPr>
        <w:t>[37]</w:t>
      </w:r>
      <w:r>
        <w:rPr>
          <w:vertAlign w:val="superscript"/>
        </w:rPr>
        <w:t>[38]</w:t>
      </w:r>
      <w:r>
        <w:rPr>
          <w:vertAlign w:val="superscript"/>
        </w:rPr>
        <w:t>[42]</w:t>
      </w:r>
      <w:r>
        <w:rPr>
          <w:vertAlign w:val="superscript"/>
        </w:rPr>
        <w:t>[49]</w:t>
      </w:r>
    </w:p>
    <w:p>
      <w:pPr>
        <w:pStyle w:val="ListBullet"/>
      </w:pPr>
      <w:r>
        <w:rPr>
          <w:b/>
        </w:rPr>
        <w:t>CENTCOM:</w:t>
      </w:r>
      <w:r>
        <w:t xml:space="preserve"> The Singapore-flagged container ship GFS PRIDE sank after being hit in the Strait of Hormuz, and Iran claims a ship sank after hitting a mine. CNN reports the US has drawn up Iran strike options using the GBU-43 "mother of all bombs." Pakistan's parliament endorsed governor's rule in Khyber Pakhtunkhwa. </w:t>
      </w:r>
      <w:r>
        <w:rPr>
          <w:vertAlign w:val="superscript"/>
        </w:rPr>
        <w:t>[17]</w:t>
      </w:r>
      <w:r>
        <w:rPr>
          <w:vertAlign w:val="superscript"/>
        </w:rPr>
        <w:t>[19]</w:t>
      </w:r>
      <w:r>
        <w:rPr>
          <w:vertAlign w:val="superscript"/>
        </w:rPr>
        <w:t>[24]</w:t>
      </w:r>
      <w:r>
        <w:rPr>
          <w:vertAlign w:val="superscript"/>
        </w:rPr>
        <w:t>[34]</w:t>
      </w:r>
    </w:p>
    <w:p>
      <w:pPr>
        <w:pStyle w:val="ListBullet"/>
      </w:pPr>
      <w:r>
        <w:rPr>
          <w:b/>
        </w:rPr>
        <w:t>INDOPACOM:</w:t>
      </w:r>
      <w:r>
        <w:t xml:space="preserve"> North Korea test-fired two types of submarine-launched cruise missiles, its third launch event this month. China and North Korea opened the New Yalu River Bridge, and a Chinese carrier group is operating east of Taiwan. Japan's prime minister says Tokyo will "seriously consider" nuclear-powered submarines. </w:t>
      </w:r>
      <w:r>
        <w:rPr>
          <w:vertAlign w:val="superscript"/>
        </w:rPr>
        <w:t>[55]</w:t>
      </w:r>
      <w:r>
        <w:rPr>
          <w:vertAlign w:val="superscript"/>
        </w:rPr>
        <w:t>[59]</w:t>
      </w:r>
      <w:r>
        <w:rPr>
          <w:vertAlign w:val="superscript"/>
        </w:rPr>
        <w:t>[64]</w:t>
      </w:r>
      <w:r>
        <w:rPr>
          <w:vertAlign w:val="superscript"/>
        </w:rPr>
        <w:t>[68]</w:t>
      </w:r>
    </w:p>
    <w:p>
      <w:pPr>
        <w:pStyle w:val="ListBullet"/>
      </w:pPr>
      <w:r>
        <w:rPr>
          <w:b/>
        </w:rPr>
        <w:t>AFRICOM:</w:t>
      </w:r>
      <w:r>
        <w:t xml:space="preserve"> Ethiopian forces have reached or are close to the Eritrean border town of Zalambessa. DRC President Tshisekedi convened his Supreme Defence Council in Kinshasa's first formal response to Kabila's new front. Ebola has infected 25 schoolchildren in Ituri, 10 of whom died. </w:t>
      </w:r>
      <w:r>
        <w:rPr>
          <w:vertAlign w:val="superscript"/>
        </w:rPr>
        <w:t>[1]</w:t>
      </w:r>
      <w:r>
        <w:rPr>
          <w:vertAlign w:val="superscript"/>
        </w:rPr>
        <w:t>[2]</w:t>
      </w:r>
      <w:r>
        <w:rPr>
          <w:vertAlign w:val="superscript"/>
        </w:rPr>
        <w:t>[3]</w:t>
      </w:r>
      <w:r>
        <w:rPr>
          <w:vertAlign w:val="superscript"/>
        </w:rPr>
        <w:t>[9]</w:t>
      </w:r>
    </w:p>
    <w:p>
      <w:pPr>
        <w:pStyle w:val="ListBullet"/>
      </w:pPr>
      <w:r>
        <w:rPr>
          <w:b/>
        </w:rPr>
        <w:t>NORTHCOM:</w:t>
      </w:r>
      <w:r>
        <w:t xml:space="preserve"> Trudy became a hurricane and is forecast to peak at about 130 mph near the Colima-Jalisco coast this weekend; watches are expected today. Simon weakened to a tropical storm. Florida power is 95% restored after Isaias, but there is still no major disaster declaration. </w:t>
      </w:r>
      <w:r>
        <w:rPr>
          <w:vertAlign w:val="superscript"/>
        </w:rPr>
        <w:t>[72]</w:t>
      </w:r>
      <w:r>
        <w:rPr>
          <w:vertAlign w:val="superscript"/>
        </w:rPr>
        <w:t>[73]</w:t>
      </w:r>
      <w:r>
        <w:rPr>
          <w:vertAlign w:val="superscript"/>
        </w:rPr>
        <w:t>[76]</w:t>
      </w:r>
      <w:r>
        <w:rPr>
          <w:vertAlign w:val="superscript"/>
        </w:rPr>
        <w:t>[80]</w:t>
      </w:r>
      <w:r>
        <w:rPr>
          <w:vertAlign w:val="superscript"/>
        </w:rPr>
        <w:t>[81]</w:t>
      </w:r>
    </w:p>
    <w:p>
      <w:pPr>
        <w:pStyle w:val="ListBullet"/>
      </w:pPr>
      <w:r>
        <w:rPr>
          <w:b/>
        </w:rPr>
        <w:t>SOUTHCOM:</w:t>
      </w:r>
      <w:r>
        <w:t xml:space="preserve"> Colombia's first national protests against the new government were largely peaceful, while an ELN drone attack wounded 10 soldiers in Chocó. The US removed sanctions on Venezuela's legislative leader as a third round of transition talks opened. A new Quaest poll has Brazil's runoff at 46-44. </w:t>
      </w:r>
      <w:r>
        <w:rPr>
          <w:vertAlign w:val="superscript"/>
        </w:rPr>
        <w:t>[90]</w:t>
      </w:r>
      <w:r>
        <w:rPr>
          <w:vertAlign w:val="superscript"/>
        </w:rPr>
        <w:t>[92]</w:t>
      </w:r>
      <w:r>
        <w:rPr>
          <w:vertAlign w:val="superscript"/>
        </w:rPr>
        <w:t>[94]</w:t>
      </w:r>
      <w:r>
        <w:rPr>
          <w:vertAlign w:val="superscript"/>
        </w:rPr>
        <w:t>[96]</w:t>
      </w:r>
      <w:r>
        <w:rPr>
          <w:vertAlign w:val="superscript"/>
        </w:rPr>
        <w:t>[97]</w:t>
      </w:r>
    </w:p>
    <w:p>
      <w:pPr>
        <w:pStyle w:val="Heading1"/>
      </w:pPr>
      <w:r>
        <w:rPr>
          <w:rFonts w:ascii="Consolas" w:hAnsi="Consolas"/>
          <w:color w:val="FFB000"/>
        </w:rPr>
        <w:t xml:space="preserve">// </w:t>
      </w:r>
      <w:r>
        <w:rPr>
          <w:color w:val="282828"/>
        </w:rPr>
        <w:t>AFRICOM</w:t>
      </w:r>
    </w:p>
    <w:p>
      <w:r>
        <w:rPr>
          <w:b/>
        </w:rPr>
        <w:t>ETHIOPIA / ERITREA: Ethiopian forces reach the Eritrean border near Zalambessa</w:t>
      </w:r>
    </w:p>
    <w:p>
      <w:r>
        <w:t xml:space="preserve">AFP reported on 14 Oct that Ethiopian federal and allied forces were nearing Zalambessa on the Eritrean border. A resident put the Ethiopian army about 5 km south of the town and Eritrean troops on its northern outskirts. </w:t>
      </w:r>
      <w:r>
        <w:rPr>
          <w:vertAlign w:val="superscript"/>
        </w:rPr>
        <w:t>[1]</w:t>
      </w:r>
      <w:r>
        <w:t xml:space="preserve"> Reuters, cited by Militarnyi, said the Ethiopian army reached Zalambessa itself on 13 Oct. </w:t>
      </w:r>
      <w:r>
        <w:rPr>
          <w:vertAlign w:val="superscript"/>
        </w:rPr>
        <w:t>[2]</w:t>
      </w:r>
      <w:r>
        <w:t xml:space="preserve"> A foreign security source told AFP that 5,000 to 8,000 Eritrean troops had entered Ethiopia and then apparently pulled back. Eritrea's information minister called reports of Ethiopian troops crossing the border "absolutely false." </w:t>
      </w:r>
      <w:r>
        <w:rPr>
          <w:vertAlign w:val="superscript"/>
        </w:rPr>
        <w:t>[1]</w:t>
      </w:r>
    </w:p>
    <w:p>
      <w:r>
        <w:rPr>
          <w:rFonts w:ascii="Consolas" w:hAnsi="Consolas"/>
          <w:b/>
          <w:color w:val="55604B"/>
        </w:rPr>
        <w:t>Assessment:</w:t>
      </w:r>
      <w:r>
        <w:t xml:space="preserve"> Ethiopian and Eritrean forces are very likely in close contact around Zalambessa. A direct interstate clash is likely within weeks unless mediation gains traction.</w:t>
      </w:r>
    </w:p>
    <w:p>
      <w:r>
        <w:rPr>
          <w:b/>
        </w:rPr>
        <w:t>DRC: Tshisekedi convenes defence council in first formal response to Kabila's front</w:t>
      </w:r>
    </w:p>
    <w:p>
      <w:r>
        <w:t xml:space="preserve">President Tshisekedi chaired the Supreme Defence Council on 14 Oct with the prime minister, defence and foreign ministers and security chiefs. The army spokesman said the president gave instructions to the security forces but published no specific orders. </w:t>
      </w:r>
      <w:r>
        <w:rPr>
          <w:vertAlign w:val="superscript"/>
        </w:rPr>
        <w:t>[3]</w:t>
      </w:r>
      <w:r>
        <w:t xml:space="preserve"> At the UN Security Council, France said it was closely following the "restructuring" of armed movements and stressed DRC sovereignty, without naming the new front. </w:t>
      </w:r>
      <w:r>
        <w:rPr>
          <w:vertAlign w:val="superscript"/>
        </w:rPr>
        <w:t>[4]</w:t>
      </w:r>
    </w:p>
    <w:p>
      <w:r>
        <w:rPr>
          <w:rFonts w:ascii="Consolas" w:hAnsi="Consolas"/>
          <w:b/>
          <w:color w:val="55604B"/>
        </w:rPr>
        <w:t>Assessment:</w:t>
      </w:r>
      <w:r>
        <w:t xml:space="preserve"> Kinshasa is likely to step up military and diplomatic pressure rather than negotiate directly with a Kabila-led front.</w:t>
      </w:r>
    </w:p>
    <w:p>
      <w:r>
        <w:rPr>
          <w:b/>
        </w:rPr>
        <w:t>DRC: Kabila's front says it keeps the AFC's Doha commitments; talks move to Montreux</w:t>
      </w:r>
    </w:p>
    <w:p>
      <w:r>
        <w:t xml:space="preserve">The National Revolutionary Front (FRN) said on 14 Oct it assumes the AFC's rights and obligations, including agreements already signed in the Doha process, which Netic News reports has moved to Montreux, Switzerland. </w:t>
      </w:r>
      <w:r>
        <w:rPr>
          <w:vertAlign w:val="superscript"/>
        </w:rPr>
        <w:t>[5]</w:t>
      </w:r>
      <w:r>
        <w:t xml:space="preserve"> Wazalendo fighters attacked FRN positions at Nyabiondo in Masisi on 13 and 14 Oct. </w:t>
      </w:r>
      <w:r>
        <w:rPr>
          <w:vertAlign w:val="superscript"/>
        </w:rPr>
        <w:t>[6]</w:t>
      </w:r>
    </w:p>
    <w:p>
      <w:r>
        <w:rPr>
          <w:rFonts w:ascii="Consolas" w:hAnsi="Consolas"/>
          <w:b/>
          <w:color w:val="55604B"/>
        </w:rPr>
        <w:t>Assessment:</w:t>
      </w:r>
      <w:r>
        <w:t xml:space="preserve"> The front is likely trying to present itself as a legitimate negotiating party while keeping its military options. The Montreux talks are unlikely to stop fighting in North Kivu soon.</w:t>
      </w:r>
    </w:p>
    <w:p>
      <w:r>
        <w:rPr>
          <w:b/>
        </w:rPr>
        <w:t>DRC / BELGIUM: Belgian prosecutors search homes of Tshisekedi's relatives</w:t>
      </w:r>
    </w:p>
    <w:p>
      <w:r>
        <w:t xml:space="preserve">Belgian judicial authorities searched homes of close relatives of President Tshisekedi in Brussels and the Brabant provinces in a money-laundering investigation prompted by NGO complaints. No names have been released. </w:t>
      </w:r>
      <w:r>
        <w:rPr>
          <w:vertAlign w:val="superscript"/>
        </w:rPr>
        <w:t>[7]</w:t>
      </w:r>
    </w:p>
    <w:p>
      <w:r>
        <w:rPr>
          <w:rFonts w:ascii="Consolas" w:hAnsi="Consolas"/>
          <w:b/>
          <w:color w:val="55604B"/>
        </w:rPr>
        <w:t>Assessment:</w:t>
      </w:r>
      <w:r>
        <w:t xml:space="preserve"> The probe will likely strain Belgium-DRC relations and may feature in FRN messaging.</w:t>
      </w:r>
    </w:p>
    <w:p>
      <w:r>
        <w:rPr>
          <w:b/>
        </w:rPr>
        <w:t>DRC: Three drivers killed on Ituri highway; Ebola reaches schoolchildren</w:t>
      </w:r>
    </w:p>
    <w:p>
      <w:r>
        <w:rPr>
          <w:i/>
        </w:rPr>
        <w:t>Pre-window onset:</w:t>
      </w:r>
      <w:r>
        <w:t xml:space="preserve"> Three truck drivers, from the DRC, Kenya and Somalia, were shot dead on 13 Oct on the RN27 in Djugu, blocking traffic between Bunia and Mahagi. A local chief called the killings reprisals for the death of a CODECO fighter. </w:t>
      </w:r>
      <w:r>
        <w:rPr>
          <w:vertAlign w:val="superscript"/>
        </w:rPr>
        <w:t>[8]</w:t>
      </w:r>
      <w:r>
        <w:t xml:space="preserve"> Ituri education officials reported 25 pupils infected with Ebola, of whom 10 have died. </w:t>
      </w:r>
      <w:r>
        <w:rPr>
          <w:vertAlign w:val="superscript"/>
        </w:rPr>
        <w:t>[9]</w:t>
      </w:r>
    </w:p>
    <w:p>
      <w:r>
        <w:rPr>
          <w:rFonts w:ascii="Consolas" w:hAnsi="Consolas"/>
          <w:b/>
          <w:color w:val="55604B"/>
        </w:rPr>
        <w:t>Assessment:</w:t>
      </w:r>
      <w:r>
        <w:t xml:space="preserve"> Violence on the RN27 will likely keep disrupting the Uganda-Ituri supply route, and Ebola spread in Ituri schools is likely to continue.</w:t>
      </w:r>
    </w:p>
    <w:p>
      <w:r>
        <w:rPr>
          <w:b/>
        </w:rPr>
        <w:t>SUDAN / EGYPT: Darfur governor presses both governments to share gold-mine strike findings</w:t>
      </w:r>
    </w:p>
    <w:p>
      <w:r>
        <w:t xml:space="preserve">After meeting Egypt's ambassador, Darfur Governor Minni Minawi urged Sudan and Egypt to share the results of their investigations into the 10 Oct strike on miners. Eyewitnesses put the dead at about 200, mostly Darfuris. The Egyptian side expressed regret and committed to establishing the facts. </w:t>
      </w:r>
      <w:r>
        <w:rPr>
          <w:vertAlign w:val="superscript"/>
        </w:rPr>
        <w:t>[10]</w:t>
      </w:r>
    </w:p>
    <w:p>
      <w:r>
        <w:rPr>
          <w:rFonts w:ascii="Consolas" w:hAnsi="Consolas"/>
          <w:b/>
          <w:color w:val="55604B"/>
        </w:rPr>
        <w:t>Assessment:</w:t>
      </w:r>
      <w:r>
        <w:t xml:space="preserve"> Cairo and Port Sudan will very likely contain the dispute at state level, though further revenge attacks on Egyptian nationals remain a realistic possibility.</w:t>
      </w:r>
    </w:p>
    <w:p>
      <w:r>
        <w:rPr>
          <w:b/>
        </w:rPr>
        <w:t>SUDAN: US House bill ties minerals pact to civilian protection; hepatitis E outbreak in South Darfur</w:t>
      </w:r>
    </w:p>
    <w:p>
      <w:r>
        <w:t xml:space="preserve">A House Republican introduced a bill on 14 Oct for a US-Sudan mining and agriculture partnership that would take effect only after the State Department certifies progress on protecting civilians. </w:t>
      </w:r>
      <w:r>
        <w:rPr>
          <w:vertAlign w:val="superscript"/>
        </w:rPr>
        <w:t>[11]</w:t>
      </w:r>
      <w:r>
        <w:t xml:space="preserve"> South Darfur declared a hepatitis E outbreak in Beliel, with 273 suspected cases since July. </w:t>
      </w:r>
      <w:r>
        <w:rPr>
          <w:vertAlign w:val="superscript"/>
        </w:rPr>
        <w:t>[12]</w:t>
      </w:r>
    </w:p>
    <w:p>
      <w:r>
        <w:rPr>
          <w:rFonts w:ascii="Consolas" w:hAnsi="Consolas"/>
          <w:b/>
          <w:color w:val="55604B"/>
        </w:rPr>
        <w:t>Assessment:</w:t>
      </w:r>
      <w:r>
        <w:t xml:space="preserve"> The bill is unlikely to advance soon. Health and famine conditions in Darfur will very likely worsen through the lean season.</w:t>
      </w:r>
    </w:p>
    <w:p>
      <w:r>
        <w:rPr>
          <w:b/>
        </w:rPr>
        <w:t>SOMALILAND: Thousands rally to thank Trump; president returns from US</w:t>
      </w:r>
    </w:p>
    <w:p>
      <w:r>
        <w:t xml:space="preserve">Thousands rallied in Hargeisa on 14 Oct to thank Trump for calling Somaliland a separate country and to call for US recognition. </w:t>
      </w:r>
      <w:r>
        <w:rPr>
          <w:vertAlign w:val="superscript"/>
        </w:rPr>
        <w:t>[13]</w:t>
      </w:r>
      <w:r>
        <w:t xml:space="preserve"> President Abdirahman Irro returned from the US and UAE on 15 Oct and thanked Trump for his remarks. </w:t>
      </w:r>
      <w:r>
        <w:rPr>
          <w:vertAlign w:val="superscript"/>
        </w:rPr>
        <w:t>[14]</w:t>
      </w:r>
    </w:p>
    <w:p>
      <w:r>
        <w:rPr>
          <w:rFonts w:ascii="Consolas" w:hAnsi="Consolas"/>
          <w:b/>
          <w:color w:val="55604B"/>
        </w:rPr>
        <w:t>Assessment:</w:t>
      </w:r>
      <w:r>
        <w:t xml:space="preserve"> Somalia-Somaliland tension is likely to rise, though formal US recognition remains unlikely in the near term.</w:t>
      </w:r>
    </w:p>
    <w:p>
      <w:r>
        <w:rPr>
          <w:b/>
        </w:rPr>
        <w:t>NIGERIA: Bandits kill farmers in Niger State; traditional ruler killed in Plateau</w:t>
      </w:r>
    </w:p>
    <w:p>
      <w:r>
        <w:rPr>
          <w:i/>
        </w:rPr>
        <w:t>Pre-window onset:</w:t>
      </w:r>
      <w:r>
        <w:t xml:space="preserve"> Bandits killed five farmers and abducted 18 people in Niger State between 9 and 12 Oct after residents failed to pay demanded levies. </w:t>
      </w:r>
      <w:r>
        <w:rPr>
          <w:vertAlign w:val="superscript"/>
        </w:rPr>
        <w:t>[15]</w:t>
      </w:r>
      <w:r>
        <w:t xml:space="preserve"> Gunmen killed a traditional ruler in Bokkos, Plateau State, on the night of 12 Oct. </w:t>
      </w:r>
      <w:r>
        <w:rPr>
          <w:vertAlign w:val="superscript"/>
        </w:rPr>
        <w:t>[16]</w:t>
      </w:r>
    </w:p>
    <w:p>
      <w:r>
        <w:rPr>
          <w:rFonts w:ascii="Consolas" w:hAnsi="Consolas"/>
          <w:b/>
          <w:color w:val="55604B"/>
        </w:rPr>
        <w:t>Assessment:</w:t>
      </w:r>
      <w:r>
        <w:t xml:space="preserve"> Bandit levy regimes are likely spreading from Zamfara into Niger State, and further mass-casualty attacks in the northwest and north-central are highly likely.</w:t>
      </w:r>
    </w:p>
    <w:p>
      <w:r>
        <w:rPr>
          <w:i/>
        </w:rPr>
        <w:t>Collection gap: no in-window reporting for the Sahel, Libya, Kenya, Mozambique or the Sudan front lines. RFI was blocked. No new national Ebola total beyond 9,066 cases and 4,381 deaths.</w:t>
      </w:r>
    </w:p>
    <w:p>
      <w:pPr>
        <w:pStyle w:val="Heading1"/>
      </w:pPr>
      <w:r>
        <w:rPr>
          <w:rFonts w:ascii="Consolas" w:hAnsi="Consolas"/>
          <w:color w:val="FFB000"/>
        </w:rPr>
        <w:t xml:space="preserve">// </w:t>
      </w:r>
      <w:r>
        <w:rPr>
          <w:color w:val="282828"/>
        </w:rPr>
        <w:t>CENTCOM</w:t>
      </w:r>
    </w:p>
    <w:p>
      <w:r>
        <w:rPr>
          <w:b/>
        </w:rPr>
        <w:t>GULF SHIPPING: Singapore-flagged container ship sinks in Hormuz; Iran claims a mine sinking</w:t>
      </w:r>
    </w:p>
    <w:p>
      <w:r>
        <w:t xml:space="preserve">Singapore's maritime authority said two Singapore-registered container ships were struck by "unknown projectiles" in the Strait of Hormuz. GFS PRIDE caught fire and sank, with all 21 crew evacuated, and GFS GISELLE reached safe anchorage with hull damage. </w:t>
      </w:r>
      <w:r>
        <w:rPr>
          <w:vertAlign w:val="superscript"/>
        </w:rPr>
        <w:t>[17]</w:t>
      </w:r>
      <w:r>
        <w:t xml:space="preserve"> gCaptain calls it the second confirmed sinking of a large ocean-going ship in the conflict. </w:t>
      </w:r>
      <w:r>
        <w:rPr>
          <w:vertAlign w:val="superscript"/>
        </w:rPr>
        <w:t>[18]</w:t>
      </w:r>
      <w:r>
        <w:t xml:space="preserve"> The IRGC navy said a cargo ship carrying 2,500 containers hit a naval mine and sank on an "illegal and dangerous route," its first claimed mine sinking of the war. </w:t>
      </w:r>
      <w:r>
        <w:rPr>
          <w:vertAlign w:val="superscript"/>
        </w:rPr>
        <w:t>[19]</w:t>
      </w:r>
      <w:r>
        <w:t xml:space="preserve"> The National links the claim to GFS PRIDE, but a maritime security firm found no independent evidence of a mine, and AP said it was unclear whether the ships are the same. </w:t>
      </w:r>
      <w:r>
        <w:rPr>
          <w:vertAlign w:val="superscript"/>
        </w:rPr>
        <w:t>[20]</w:t>
      </w:r>
      <w:r>
        <w:rPr>
          <w:vertAlign w:val="superscript"/>
        </w:rPr>
        <w:t>[21]</w:t>
      </w:r>
    </w:p>
    <w:p>
      <w:r>
        <w:rPr>
          <w:rFonts w:ascii="Consolas" w:hAnsi="Consolas"/>
          <w:b/>
          <w:color w:val="55604B"/>
        </w:rPr>
        <w:t>Assessment:</w:t>
      </w:r>
      <w:r>
        <w:t xml:space="preserve"> The sinking is confirmed but its cause is disputed. The IRGC's mine claim is likely meant to deter transits outside Iranian-coordinated routes, and attacks on shipping will very likely continue.</w:t>
      </w:r>
    </w:p>
    <w:p>
      <w:r>
        <w:rPr>
          <w:b/>
        </w:rPr>
        <w:t>GULF SHIPPING: Attack tempo reaches record; Iranian officer says Hormuz is "closed"</w:t>
      </w:r>
    </w:p>
    <w:p>
      <w:r>
        <w:t xml:space="preserve">AFP counted at least 10 vessels attacked in or near Hormuz since 11 Oct, and other trackers give differing counts. An Iranian naval officer said on 15 Oct that the strait is closed and transits must be coordinated with Iran. CENTCOM said US forces destroyed an Iran-affiliated dhow in the Gulf of Oman the previous week after removing its crew. </w:t>
      </w:r>
      <w:r>
        <w:rPr>
          <w:vertAlign w:val="superscript"/>
        </w:rPr>
        <w:t>[22]</w:t>
      </w:r>
      <w:r>
        <w:t xml:space="preserve"> UKMTO reported a further container ship hit by a projectile on 13 Oct with minor damage. </w:t>
      </w:r>
      <w:r>
        <w:rPr>
          <w:vertAlign w:val="superscript"/>
        </w:rPr>
        <w:t>[23]</w:t>
      </w:r>
    </w:p>
    <w:p>
      <w:r>
        <w:rPr>
          <w:rFonts w:ascii="Consolas" w:hAnsi="Consolas"/>
          <w:b/>
          <w:color w:val="55604B"/>
        </w:rPr>
        <w:t>Assessment:</w:t>
      </w:r>
      <w:r>
        <w:t xml:space="preserve"> Iran is likely moving to a declared permission regime for Hormuz, enforced by attacks. Shipping risk will almost certainly stay severe through the US midterms.</w:t>
      </w:r>
    </w:p>
    <w:p>
      <w:r>
        <w:rPr>
          <w:b/>
        </w:rPr>
        <w:t>US / IRAN: CNN reports strike options using the GBU-43; Trump says leakers "should be shot"</w:t>
      </w:r>
    </w:p>
    <w:p>
      <w:r>
        <w:t xml:space="preserve">CNN reported, citing US officials, that the military has drawn up options to use the GBU-43 Massive Ordnance Air Blast bomb against Iranian energy and nuclear sites if Trump orders combat to resume. Reuters could not verify the report. </w:t>
      </w:r>
      <w:r>
        <w:rPr>
          <w:vertAlign w:val="superscript"/>
        </w:rPr>
        <w:t>[24]</w:t>
      </w:r>
      <w:r>
        <w:t xml:space="preserve"> At a rally in Arizona on 14 Oct, Trump said leakers "should be shot." </w:t>
      </w:r>
      <w:r>
        <w:rPr>
          <w:vertAlign w:val="superscript"/>
        </w:rPr>
        <w:t>[25]</w:t>
      </w:r>
      <w:r>
        <w:t xml:space="preserve"> Iran's parliament speaker said Iran must prepare for war even while negotiating with the US. </w:t>
      </w:r>
      <w:r>
        <w:rPr>
          <w:vertAlign w:val="superscript"/>
        </w:rPr>
        <w:t>[21]</w:t>
      </w:r>
    </w:p>
    <w:p>
      <w:r>
        <w:rPr>
          <w:rFonts w:ascii="Consolas" w:hAnsi="Consolas"/>
          <w:b/>
          <w:color w:val="55604B"/>
        </w:rPr>
        <w:t>Assessment:</w:t>
      </w:r>
      <w:r>
        <w:t xml:space="preserve"> The US is likely preparing escalation options as leverage rather than signalling an imminent decision. Resumed US strikes before the 3 Nov midterms remain unlikely but cannot be ruled out.</w:t>
      </w:r>
    </w:p>
    <w:p>
      <w:r>
        <w:rPr>
          <w:b/>
        </w:rPr>
        <w:t>SAUDI ARABIA / YEMEN: Houthis claim new strike on Riyadh airport and a hit on a Saudi Typhoon</w:t>
      </w:r>
    </w:p>
    <w:p>
      <w:r>
        <w:t xml:space="preserve">The coalition said early on 15 Oct that it destroyed a drone over the Eastern Province, hours after the Houthis claimed a ballistic missile strike on Riyadh's King Khalid airport; no damage was reported. </w:t>
      </w:r>
      <w:r>
        <w:rPr>
          <w:vertAlign w:val="superscript"/>
        </w:rPr>
        <w:t>[26]</w:t>
      </w:r>
      <w:r>
        <w:t xml:space="preserve"> Houthi spokesman Yahya Saree claimed a missile hit a Saudi Typhoon over Saada; there is no Saudi comment or independent confirmation. </w:t>
      </w:r>
      <w:r>
        <w:rPr>
          <w:vertAlign w:val="superscript"/>
        </w:rPr>
        <w:t>[27]</w:t>
      </w:r>
      <w:r>
        <w:t xml:space="preserve"> Saree said attacks on Saudi airports and oil sites will continue. </w:t>
      </w:r>
      <w:r>
        <w:rPr>
          <w:vertAlign w:val="superscript"/>
        </w:rPr>
        <w:t>[22]</w:t>
      </w:r>
    </w:p>
    <w:p>
      <w:r>
        <w:rPr>
          <w:rFonts w:ascii="Consolas" w:hAnsi="Consolas"/>
          <w:b/>
          <w:color w:val="55604B"/>
        </w:rPr>
        <w:t>Assessment:</w:t>
      </w:r>
      <w:r>
        <w:t xml:space="preserve"> Houthi strikes on Saudi airports and energy sites will almost certainly continue. The Typhoon claim is unverified and probably exaggerated.</w:t>
      </w:r>
    </w:p>
    <w:p>
      <w:r>
        <w:rPr>
          <w:b/>
        </w:rPr>
        <w:t>SAUDI ARABIA: Houthi campaign disrupts Saudi events; Riyadh seeks outside help</w:t>
      </w:r>
    </w:p>
    <w:p>
      <w:r>
        <w:t xml:space="preserve">Saudi Arabia postponed the Six Kings Slam tennis exhibition to 27 Dec, and the Riyadh investment conference later this month will reportedly offer remote options. </w:t>
      </w:r>
      <w:r>
        <w:rPr>
          <w:vertAlign w:val="superscript"/>
        </w:rPr>
        <w:t>[22]</w:t>
      </w:r>
      <w:r>
        <w:t xml:space="preserve"> The Soufan Center, citing the FT, reports that the crown prince has sought help from the US, UK, France, Pakistan and Türkiye. </w:t>
      </w:r>
      <w:r>
        <w:rPr>
          <w:vertAlign w:val="superscript"/>
        </w:rPr>
        <w:t>[28]</w:t>
      </w:r>
      <w:r>
        <w:t xml:space="preserve"> A former US ambassador told ABC Australia the Houthis are increasingly independent of Iran. </w:t>
      </w:r>
      <w:r>
        <w:rPr>
          <w:vertAlign w:val="superscript"/>
        </w:rPr>
        <w:t>[29]</w:t>
      </w:r>
    </w:p>
    <w:p>
      <w:r>
        <w:rPr>
          <w:rFonts w:ascii="Consolas" w:hAnsi="Consolas"/>
          <w:b/>
          <w:color w:val="55604B"/>
        </w:rPr>
        <w:t>Assessment:</w:t>
      </w:r>
      <w:r>
        <w:t xml:space="preserve"> The economic and reputational cost to Riyadh is rising, and Saudi Arabia is likely to keep pressing for direct US military support.</w:t>
      </w:r>
    </w:p>
    <w:p>
      <w:r>
        <w:rPr>
          <w:b/>
        </w:rPr>
        <w:t>YEMEN: Government asks US for training and intelligence; WFP aid cut</w:t>
      </w:r>
    </w:p>
    <w:p>
      <w:r>
        <w:t xml:space="preserve">Yemen's foreign minister asked the US for training, intelligence support and wider Houthi sanctions, and rejected talks with the Houthis. The government said it raised alleged Houthi use of Chinese missile components with Beijing. WFP said the fighting has cut food aid to about 800,000 people. </w:t>
      </w:r>
      <w:r>
        <w:rPr>
          <w:vertAlign w:val="superscript"/>
        </w:rPr>
        <w:t>[22]</w:t>
      </w:r>
    </w:p>
    <w:p>
      <w:r>
        <w:rPr>
          <w:rFonts w:ascii="Consolas" w:hAnsi="Consolas"/>
          <w:b/>
          <w:color w:val="55604B"/>
        </w:rPr>
        <w:t>Assessment:</w:t>
      </w:r>
      <w:r>
        <w:t xml:space="preserve"> The government very likely sees the Saudi-Houthi escalation as a chance to win deeper US backing. Humanitarian conditions in Houthi areas will almost certainly worsen.</w:t>
      </w:r>
    </w:p>
    <w:p>
      <w:r>
        <w:rPr>
          <w:b/>
        </w:rPr>
        <w:t>ISRAEL / GAZA: Israel reportedly blocking construction of international troop base</w:t>
      </w:r>
    </w:p>
    <w:p>
      <w:r>
        <w:t xml:space="preserve">Israel Hayom, citing The Guardian, reports that Israel is blocking a US contractor from building a base for 150 multinational troops in Gaza, stalling a stabilisation plan; officials expect a possible breakthrough after the 27 Oct election. </w:t>
      </w:r>
      <w:r>
        <w:rPr>
          <w:vertAlign w:val="superscript"/>
        </w:rPr>
        <w:t>[30]</w:t>
      </w:r>
      <w:r>
        <w:t xml:space="preserve"> Gaza's Health Ministry says more than 1,490 Palestinians have been killed by Israeli fire since the ceasefire began. </w:t>
      </w:r>
      <w:r>
        <w:rPr>
          <w:vertAlign w:val="superscript"/>
        </w:rPr>
        <w:t>[21]</w:t>
      </w:r>
      <w:r>
        <w:t xml:space="preserve"> Overseas voting for Israel's election began. </w:t>
      </w:r>
      <w:r>
        <w:rPr>
          <w:vertAlign w:val="superscript"/>
        </w:rPr>
        <w:t>[31]</w:t>
      </w:r>
    </w:p>
    <w:p>
      <w:r>
        <w:rPr>
          <w:rFonts w:ascii="Consolas" w:hAnsi="Consolas"/>
          <w:b/>
          <w:color w:val="55604B"/>
        </w:rPr>
        <w:t>Assessment:</w:t>
      </w:r>
      <w:r>
        <w:t xml:space="preserve"> The next phase of the Gaza framework is likely frozen until after the election, a probable point of friction with the Trump administration.</w:t>
      </w:r>
    </w:p>
    <w:p>
      <w:r>
        <w:rPr>
          <w:b/>
        </w:rPr>
        <w:t>PAKISTAN: Parliament endorses governor's rule in Khyber Pakhtunkhwa</w:t>
      </w:r>
    </w:p>
    <w:p>
      <w:r>
        <w:t xml:space="preserve">The National Assembly passed a resolution on 14 Oct endorsing the emergency in Khyber Pakhtunkhwa, and the Senate followed. </w:t>
      </w:r>
      <w:r>
        <w:rPr>
          <w:vertAlign w:val="superscript"/>
        </w:rPr>
        <w:t>[32]</w:t>
      </w:r>
      <w:r>
        <w:t xml:space="preserve"> The PTI has challenged the emergency in the Peshawar High Court. </w:t>
      </w:r>
      <w:r>
        <w:rPr>
          <w:vertAlign w:val="superscript"/>
        </w:rPr>
        <w:t>[33]</w:t>
      </w:r>
      <w:r>
        <w:t xml:space="preserve"> On 15 Oct a joint session endorsed governor's rule by 240 votes to 46. </w:t>
      </w:r>
      <w:r>
        <w:rPr>
          <w:vertAlign w:val="superscript"/>
        </w:rPr>
        <w:t>[34]</w:t>
      </w:r>
    </w:p>
    <w:p>
      <w:r>
        <w:rPr>
          <w:rFonts w:ascii="Consolas" w:hAnsi="Consolas"/>
          <w:b/>
          <w:color w:val="55604B"/>
        </w:rPr>
        <w:t>Assessment:</w:t>
      </w:r>
      <w:r>
        <w:t xml:space="preserve"> The federal takeover is now secured in parliament. PTI protests and legal action are likely, and militants may exploit the political vacuum along the Afghan border.</w:t>
      </w:r>
    </w:p>
    <w:p>
      <w:r>
        <w:rPr>
          <w:i/>
        </w:rPr>
        <w:t>Collection gap: nothing found in the window for Iraq, Syria, Afghanistan, Jordan or Central Asia, or on Marib and Taiz fighting. NPR, France 24, CNBC and Mehr were blocked. Several CENTCOM items rest on the CBS live blog's summaries of AP and AFP.</w:t>
      </w:r>
    </w:p>
    <w:p>
      <w:pPr>
        <w:pStyle w:val="Heading1"/>
      </w:pPr>
      <w:r>
        <w:rPr>
          <w:rFonts w:ascii="Consolas" w:hAnsi="Consolas"/>
          <w:color w:val="FFB000"/>
        </w:rPr>
        <w:t xml:space="preserve">// </w:t>
      </w:r>
      <w:r>
        <w:rPr>
          <w:color w:val="282828"/>
        </w:rPr>
        <w:t>EUCOM</w:t>
      </w:r>
    </w:p>
    <w:p>
      <w:r>
        <w:rPr>
          <w:b/>
        </w:rPr>
        <w:t>UKRAINE / US: Zelensky ends the refinery-strike pause and accuses US of threatening intelligence cutoff</w:t>
      </w:r>
    </w:p>
    <w:p>
      <w:r>
        <w:t xml:space="preserve">In a Financial Times interview, Zelensky said Ukraine will resume strikes on Russian refineries: "The block is out. We're done." He said Ukraine paused for three days at Washington's request while Russia kept hitting Ukrainian energy targets. </w:t>
      </w:r>
      <w:r>
        <w:rPr>
          <w:vertAlign w:val="superscript"/>
        </w:rPr>
        <w:t>[35]</w:t>
      </w:r>
      <w:r>
        <w:t xml:space="preserve"> He said US officials told Ukraine's military "if you will not stop, we will block intelligence," and that the Starlink restrictions were "not a technical problem, it was the will." Trump denies cutting intelligence sharing. </w:t>
      </w:r>
      <w:r>
        <w:rPr>
          <w:vertAlign w:val="superscript"/>
        </w:rPr>
        <w:t>[35]</w:t>
      </w:r>
      <w:r>
        <w:rPr>
          <w:vertAlign w:val="superscript"/>
        </w:rPr>
        <w:t>[36]</w:t>
      </w:r>
      <w:r>
        <w:t xml:space="preserve"> Zelensky said he would stop energy strikes only in exchange for more Patriot interceptors. </w:t>
      </w:r>
      <w:r>
        <w:rPr>
          <w:vertAlign w:val="superscript"/>
        </w:rPr>
        <w:t>[37]</w:t>
      </w:r>
    </w:p>
    <w:p>
      <w:r>
        <w:rPr>
          <w:rFonts w:ascii="Consolas" w:hAnsi="Consolas"/>
          <w:b/>
          <w:color w:val="55604B"/>
        </w:rPr>
        <w:t>Assessment:</w:t>
      </w:r>
      <w:r>
        <w:t xml:space="preserve"> The US-brokered energy ceasefire has very likely collapsed. US-Ukraine relations are likely to worsen in the coming days, with a real chance of formal US limits on intelligence or satellite access.</w:t>
      </w:r>
    </w:p>
    <w:p>
      <w:r>
        <w:rPr>
          <w:b/>
        </w:rPr>
        <w:t>RUSSIA: Ukrainian strike sets Ryazan refinery on fire</w:t>
      </w:r>
    </w:p>
    <w:p>
      <w:r>
        <w:t xml:space="preserve">Officials in Moscow and Kyiv confirmed a Ukrainian strike overnight into 15 Oct on the Rosneft refinery in Ryazan, which supplies Moscow. Russia's defence ministry said it downed four Flamingo missiles and 69 drones but that falling debris caused a fire. </w:t>
      </w:r>
      <w:r>
        <w:rPr>
          <w:vertAlign w:val="superscript"/>
        </w:rPr>
        <w:t>[38]</w:t>
      </w:r>
      <w:r>
        <w:rPr>
          <w:vertAlign w:val="superscript"/>
        </w:rPr>
        <w:t>[39]</w:t>
      </w:r>
      <w:r>
        <w:t xml:space="preserve"> On 14 Oct, Russia's deputy prime minister had claimed earlier strikes in Saratov and Ryazan that regional authorities did not confirm. </w:t>
      </w:r>
      <w:r>
        <w:rPr>
          <w:vertAlign w:val="superscript"/>
        </w:rPr>
        <w:t>[40]</w:t>
      </w:r>
      <w:r>
        <w:t xml:space="preserve"> ISW reports Ukraine also struck a bank data centre in Saratov and industrial sites in Rostov on 13-14 Oct. </w:t>
      </w:r>
      <w:r>
        <w:rPr>
          <w:vertAlign w:val="superscript"/>
        </w:rPr>
        <w:t>[41]</w:t>
      </w:r>
    </w:p>
    <w:p>
      <w:r>
        <w:rPr>
          <w:rFonts w:ascii="Consolas" w:hAnsi="Consolas"/>
          <w:b/>
          <w:color w:val="55604B"/>
        </w:rPr>
        <w:t>Assessment:</w:t>
      </w:r>
      <w:r>
        <w:t xml:space="preserve"> Ukraine has very likely resumed its refinery campaign, and further strikes within days are highly likely.</w:t>
      </w:r>
    </w:p>
    <w:p>
      <w:r>
        <w:rPr>
          <w:b/>
        </w:rPr>
        <w:t>UKRAINE: Russia launches 580 drones, the largest attack ever on Kirovohrad region</w:t>
      </w:r>
    </w:p>
    <w:p>
      <w:r>
        <w:t xml:space="preserve">Russia launched 2 missiles and 580 drones overnight into 15 Oct; Ukraine's air force says 536 were downed or suppressed. </w:t>
      </w:r>
      <w:r>
        <w:rPr>
          <w:vertAlign w:val="superscript"/>
        </w:rPr>
        <w:t>[42]</w:t>
      </w:r>
      <w:r>
        <w:t xml:space="preserve"> More than 360 drones targeted Kirovohrad region, killing 3 and wounding 6. </w:t>
      </w:r>
      <w:r>
        <w:rPr>
          <w:vertAlign w:val="superscript"/>
        </w:rPr>
        <w:t>[43]</w:t>
      </w:r>
      <w:r>
        <w:t xml:space="preserve"> ISW reported no ground advances by either side on 14 Oct. </w:t>
      </w:r>
      <w:r>
        <w:rPr>
          <w:vertAlign w:val="superscript"/>
        </w:rPr>
        <w:t>[41]</w:t>
      </w:r>
    </w:p>
    <w:p>
      <w:r>
        <w:rPr>
          <w:rFonts w:ascii="Consolas" w:hAnsi="Consolas"/>
          <w:b/>
          <w:color w:val="55604B"/>
        </w:rPr>
        <w:t>Assessment:</w:t>
      </w:r>
      <w:r>
        <w:t xml:space="preserve"> Russia is very likely shifting mass drone strikes toward logistics hubs in central Ukraine, and energy strikes will very likely continue.</w:t>
      </w:r>
    </w:p>
    <w:p>
      <w:r>
        <w:rPr>
          <w:b/>
        </w:rPr>
        <w:t>US / UKRAINE: Musk says the US military and Trump decide Starshield limits; White House denies a role</w:t>
      </w:r>
    </w:p>
    <w:p>
      <w:r>
        <w:t xml:space="preserve">Elon Musk said Starshield is "owned and controlled by the US government" and that limits "are decided by the US military and ultimately POTUS." </w:t>
      </w:r>
      <w:r>
        <w:rPr>
          <w:vertAlign w:val="superscript"/>
        </w:rPr>
        <w:t>[44]</w:t>
      </w:r>
      <w:r>
        <w:t xml:space="preserve"> A senior administration official told Axios the White House had nothing to do with the restrictions. </w:t>
      </w:r>
      <w:r>
        <w:rPr>
          <w:vertAlign w:val="superscript"/>
        </w:rPr>
        <w:t>[45]</w:t>
      </w:r>
    </w:p>
    <w:p>
      <w:r>
        <w:rPr>
          <w:rFonts w:ascii="Consolas" w:hAnsi="Consolas"/>
          <w:b/>
          <w:color w:val="55604B"/>
        </w:rPr>
        <w:t>Assessment:</w:t>
      </w:r>
      <w:r>
        <w:t xml:space="preserve"> The US government likely influenced the restrictions despite the denial. They will likely degrade Ukraine's drone operations in the meantime.</w:t>
      </w:r>
    </w:p>
    <w:p>
      <w:r>
        <w:rPr>
          <w:b/>
        </w:rPr>
        <w:t>US / RUSSIA: Washington weighs easing shadow-fleet sanctions; Europe rejects asset plan</w:t>
      </w:r>
    </w:p>
    <w:p>
      <w:r>
        <w:t xml:space="preserve">Reuters reports the administration is considering letting sanctioned tankers carry non-Russian fuel to cut shipping costs through Hormuz. </w:t>
      </w:r>
      <w:r>
        <w:rPr>
          <w:vertAlign w:val="superscript"/>
        </w:rPr>
        <w:t>[46]</w:t>
      </w:r>
      <w:r>
        <w:t xml:space="preserve"> The FT reports that US envoys proposed moving some frozen Russian assets into a Washington-controlled structure, which European officials rejected. </w:t>
      </w:r>
      <w:r>
        <w:rPr>
          <w:vertAlign w:val="superscript"/>
        </w:rPr>
        <w:t>[47]</w:t>
      </w:r>
    </w:p>
    <w:p>
      <w:r>
        <w:rPr>
          <w:rFonts w:ascii="Consolas" w:hAnsi="Consolas"/>
          <w:b/>
          <w:color w:val="55604B"/>
        </w:rPr>
        <w:t>Assessment:</w:t>
      </w:r>
      <w:r>
        <w:t xml:space="preserve"> The US is likely to keep loosening economic pressure on Russia before the midterms, deepening the split with the EU.</w:t>
      </w:r>
    </w:p>
    <w:p>
      <w:r>
        <w:rPr>
          <w:b/>
        </w:rPr>
        <w:t>EU: Summit opens; Bulgaria backs the US-Russia diesel deal</w:t>
      </w:r>
    </w:p>
    <w:p>
      <w:r>
        <w:t xml:space="preserve">At the EU summit opening on 15 Oct, Bulgarian Prime Minister Radev backed the diesel deal and opposed Ukrainian refinery strikes. EU foreign policy chief Kallas said the strikes are consistent with international law, and Italy's Meloni called the diesel deal "very risky." </w:t>
      </w:r>
      <w:r>
        <w:rPr>
          <w:vertAlign w:val="superscript"/>
        </w:rPr>
        <w:t>[48]</w:t>
      </w:r>
    </w:p>
    <w:p>
      <w:r>
        <w:rPr>
          <w:rFonts w:ascii="Consolas" w:hAnsi="Consolas"/>
          <w:b/>
          <w:color w:val="55604B"/>
        </w:rPr>
        <w:t>Assessment:</w:t>
      </w:r>
      <w:r>
        <w:t xml:space="preserve"> EU unity on Ukraine will likely hold in the summit conclusions, but Bulgarian and Hungarian positions are likely to soften criticism of Washington.</w:t>
      </w:r>
    </w:p>
    <w:p>
      <w:r>
        <w:rPr>
          <w:b/>
        </w:rPr>
        <w:t>ROMANIA / BLACK SEA: Tanker hit by drone in Romanian waters; eight missing after second ship fire</w:t>
      </w:r>
    </w:p>
    <w:p>
      <w:r>
        <w:t xml:space="preserve">An unidentified drone struck the Comoros-flagged tanker Yara J about 10 nm off Sulina on the evening of 14 Oct; no crew were injured. Romania's defence minister said multiple drones breached Romanian airspace the same day. </w:t>
      </w:r>
      <w:r>
        <w:rPr>
          <w:vertAlign w:val="superscript"/>
        </w:rPr>
        <w:t>[49]</w:t>
      </w:r>
      <w:r>
        <w:rPr>
          <w:vertAlign w:val="superscript"/>
        </w:rPr>
        <w:t>[50]</w:t>
      </w:r>
      <w:r>
        <w:t xml:space="preserve"> On the morning of 15 Oct, the San Marino-flagged Wine Trader caught fire about 13 nm off Sulina, and 8 of 12 aboard are missing; the cause is not established. </w:t>
      </w:r>
      <w:r>
        <w:rPr>
          <w:vertAlign w:val="superscript"/>
        </w:rPr>
        <w:t>[51]</w:t>
      </w:r>
    </w:p>
    <w:p>
      <w:r>
        <w:rPr>
          <w:rFonts w:ascii="Consolas" w:hAnsi="Consolas"/>
          <w:b/>
          <w:color w:val="55604B"/>
        </w:rPr>
        <w:t>Assessment:</w:t>
      </w:r>
      <w:r>
        <w:t xml:space="preserve"> Attacks on merchant shipping are very likely spreading into NATO territorial waters, and a coordinated NATO maritime response is likely to be discussed.</w:t>
      </w:r>
    </w:p>
    <w:p>
      <w:r>
        <w:rPr>
          <w:b/>
        </w:rPr>
        <w:t>POLAND: Drone debris on Baltic beach likely from Polish military test</w:t>
      </w:r>
    </w:p>
    <w:p>
      <w:r>
        <w:t xml:space="preserve">Fragments resembling a drone were found on 13 Oct on a beach in Puck County; the defence ministry says they likely came from a Polish military test drone. </w:t>
      </w:r>
      <w:r>
        <w:rPr>
          <w:vertAlign w:val="superscript"/>
        </w:rPr>
        <w:t>[52]</w:t>
      </w:r>
    </w:p>
    <w:p>
      <w:r>
        <w:rPr>
          <w:rFonts w:ascii="Consolas" w:hAnsi="Consolas"/>
          <w:b/>
          <w:color w:val="55604B"/>
        </w:rPr>
        <w:t>Assessment:</w:t>
      </w:r>
      <w:r>
        <w:t xml:space="preserve"> The incident is likely non-hostile.</w:t>
      </w:r>
    </w:p>
    <w:p>
      <w:r>
        <w:rPr>
          <w:b/>
        </w:rPr>
        <w:t>RUSSIA: FSB detains Swedish citizen on sabotage allegations</w:t>
      </w:r>
    </w:p>
    <w:p>
      <w:r>
        <w:t xml:space="preserve">The FSB says it detained a Swedish citizen in Pskov region, accusing him of fighting for Ukraine and entering Russia to commit sabotage. </w:t>
      </w:r>
      <w:r>
        <w:rPr>
          <w:vertAlign w:val="superscript"/>
        </w:rPr>
        <w:t>[53]</w:t>
      </w:r>
    </w:p>
    <w:p>
      <w:r>
        <w:rPr>
          <w:rFonts w:ascii="Consolas" w:hAnsi="Consolas"/>
          <w:b/>
          <w:color w:val="55604B"/>
        </w:rPr>
        <w:t>Assessment:</w:t>
      </w:r>
      <w:r>
        <w:t xml:space="preserve"> The FSB is likely increasing detentions of Western nationals, which could serve as bargaining leverage.</w:t>
      </w:r>
    </w:p>
    <w:p>
      <w:r>
        <w:rPr>
          <w:b/>
        </w:rPr>
        <w:t>GEORGIA / TÜRKIYE: Georgian opposition leader detained at Turkish airport</w:t>
      </w:r>
    </w:p>
    <w:p>
      <w:r>
        <w:t xml:space="preserve">Opposition leader Zurab Japaridze was detained in Türkiye while transiting to Brussels, under a five-year entry ban. He says officials told him Georgian institutions had supplied information about him; Georgia denies requesting a ban. </w:t>
      </w:r>
      <w:r>
        <w:rPr>
          <w:vertAlign w:val="superscript"/>
        </w:rPr>
        <w:t>[54]</w:t>
      </w:r>
    </w:p>
    <w:p>
      <w:r>
        <w:rPr>
          <w:rFonts w:ascii="Consolas" w:hAnsi="Consolas"/>
          <w:b/>
          <w:color w:val="55604B"/>
        </w:rPr>
        <w:t>Assessment:</w:t>
      </w:r>
      <w:r>
        <w:t xml:space="preserve"> Transnational pressure on Georgian opposition figures is likely to continue.</w:t>
      </w:r>
    </w:p>
    <w:p>
      <w:r>
        <w:rPr>
          <w:i/>
        </w:rPr>
        <w:t>Collection gap: CNN, CNBC and Ukrainska Pravda were blocked. No Kremlin reaction to Zelensky's announcement was found. Reports of a new Moldovan prime minister resignation were checked and refer to July 2026; there is no new government crisis.</w:t>
      </w:r>
    </w:p>
    <w:p>
      <w:pPr>
        <w:pStyle w:val="Heading1"/>
      </w:pPr>
      <w:r>
        <w:rPr>
          <w:rFonts w:ascii="Consolas" w:hAnsi="Consolas"/>
          <w:color w:val="FFB000"/>
        </w:rPr>
        <w:t xml:space="preserve">// </w:t>
      </w:r>
      <w:r>
        <w:rPr>
          <w:color w:val="282828"/>
        </w:rPr>
        <w:t>INDOPACOM</w:t>
      </w:r>
    </w:p>
    <w:p>
      <w:r>
        <w:rPr>
          <w:b/>
        </w:rPr>
        <w:t>NORTH KOREA: Two types of submarine-launched cruise missiles tested</w:t>
      </w:r>
    </w:p>
    <w:p>
      <w:r>
        <w:t xml:space="preserve">KCNA reported that North Korea test-fired two types of submarine-launched "strategic" cruise missiles in the East Sea on 14 Oct. </w:t>
      </w:r>
      <w:r>
        <w:rPr>
          <w:vertAlign w:val="superscript"/>
        </w:rPr>
        <w:t>[55]</w:t>
      </w:r>
      <w:r>
        <w:t xml:space="preserve"> It is the third launch event in October. </w:t>
      </w:r>
      <w:r>
        <w:rPr>
          <w:vertAlign w:val="superscript"/>
        </w:rPr>
        <w:t>[56]</w:t>
      </w:r>
      <w:r>
        <w:t xml:space="preserve"> Reuters identifies one missile as the Pulhwasal-3-31. </w:t>
      </w:r>
      <w:r>
        <w:rPr>
          <w:vertAlign w:val="superscript"/>
        </w:rPr>
        <w:t>[57]</w:t>
      </w:r>
      <w:r>
        <w:t xml:space="preserve"> South Korean media say the launch platform is believed to be the 3,000-ton submarine "Hero Kim Kun Ok" and that Kim Jong Un did not attend. </w:t>
      </w:r>
      <w:r>
        <w:rPr>
          <w:vertAlign w:val="superscript"/>
        </w:rPr>
        <w:t>[58]</w:t>
      </w:r>
    </w:p>
    <w:p>
      <w:r>
        <w:rPr>
          <w:rFonts w:ascii="Consolas" w:hAnsi="Consolas"/>
          <w:b/>
          <w:color w:val="55604B"/>
        </w:rPr>
        <w:t>Assessment:</w:t>
      </w:r>
      <w:r>
        <w:t xml:space="preserve"> North Korea is highly likely validating a sea-based nuclear-capable cruise missile, and the October tempo is likely meant to strengthen its hand before any Trump-Kim contact.</w:t>
      </w:r>
    </w:p>
    <w:p>
      <w:r>
        <w:rPr>
          <w:b/>
        </w:rPr>
        <w:t>NORTH KOREA / CHINA: New Yalu River Bridge opens</w:t>
      </w:r>
    </w:p>
    <w:p>
      <w:r>
        <w:t xml:space="preserve">China and North Korea held a joint opening ceremony on 15 Oct for the Dandong-Sinuiju road bridge, completed in 2014. The two premiers spoke by video link. </w:t>
      </w:r>
      <w:r>
        <w:rPr>
          <w:vertAlign w:val="superscript"/>
        </w:rPr>
        <w:t>[59]</w:t>
      </w:r>
      <w:r>
        <w:rPr>
          <w:vertAlign w:val="superscript"/>
        </w:rPr>
        <w:t>[60]</w:t>
      </w:r>
      <w:r>
        <w:t xml:space="preserve"> South Korea's unification ministry called it the first tangible implementation of the June Xi-Kim summit agreements. </w:t>
      </w:r>
      <w:r>
        <w:rPr>
          <w:vertAlign w:val="superscript"/>
        </w:rPr>
        <w:t>[61]</w:t>
      </w:r>
    </w:p>
    <w:p>
      <w:r>
        <w:rPr>
          <w:rFonts w:ascii="Consolas" w:hAnsi="Consolas"/>
          <w:b/>
          <w:color w:val="55604B"/>
        </w:rPr>
        <w:t>Assessment:</w:t>
      </w:r>
      <w:r>
        <w:t xml:space="preserve"> The opening likely increases cross-border trade and weakens sanctions pressure at the margin.</w:t>
      </w:r>
    </w:p>
    <w:p>
      <w:r>
        <w:rPr>
          <w:b/>
        </w:rPr>
        <w:t>NORTH KOREA / RUSSIA: Russian embassy pledges deeper ties</w:t>
      </w:r>
    </w:p>
    <w:p>
      <w:r>
        <w:t xml:space="preserve">Russia's new ambassador hosted a reception in Pyongyang on 14 Oct marking 78 years of relations, citing the 2024 treaty; a Russian interior ministry delegation attended. </w:t>
      </w:r>
      <w:r>
        <w:rPr>
          <w:vertAlign w:val="superscript"/>
        </w:rPr>
        <w:t>[62]</w:t>
      </w:r>
    </w:p>
    <w:p>
      <w:r>
        <w:rPr>
          <w:rFonts w:ascii="Consolas" w:hAnsi="Consolas"/>
          <w:b/>
          <w:color w:val="55604B"/>
        </w:rPr>
        <w:t>Assessment:</w:t>
      </w:r>
      <w:r>
        <w:t xml:space="preserve"> Moscow and Pyongyang are very likely to keep widening cooperation beyond defence.</w:t>
      </w:r>
    </w:p>
    <w:p>
      <w:r>
        <w:rPr>
          <w:b/>
        </w:rPr>
        <w:t>SOUTH KOREA / US: US commander says conditions for command transfer "have changed"</w:t>
      </w:r>
    </w:p>
    <w:p>
      <w:r>
        <w:t xml:space="preserve">US Forces Korea commander Gen. Brunson said on 14 Oct that North Korea's new weapons have changed the conditions for transferring wartime operational control to Seoul. A South Korean defence spokesperson replied that "if the goalposts keep moving," the transfer can never happen. </w:t>
      </w:r>
      <w:r>
        <w:rPr>
          <w:vertAlign w:val="superscript"/>
        </w:rPr>
        <w:t>[63]</w:t>
      </w:r>
    </w:p>
    <w:p>
      <w:r>
        <w:rPr>
          <w:rFonts w:ascii="Consolas" w:hAnsi="Consolas"/>
          <w:b/>
          <w:color w:val="55604B"/>
        </w:rPr>
        <w:t>Assessment:</w:t>
      </w:r>
      <w:r>
        <w:t xml:space="preserve"> Washington will likely resist setting a target year for the transfer, and alliance friction over the issue is likely to grow.</w:t>
      </w:r>
    </w:p>
    <w:p>
      <w:r>
        <w:rPr>
          <w:b/>
        </w:rPr>
        <w:t>CHINA / JAPAN / TAIWAN: Liaoning carrier group operates east of Taiwan</w:t>
      </w:r>
    </w:p>
    <w:p>
      <w:r>
        <w:t xml:space="preserve">The Liaoning carrier group passed between Okinawa and Miyako on 14 Oct and was launching aircraft about 155 miles south of Ishigaki; Japan scrambled fighters. The deployment comes days before the US-Japan exercise Keen Sword 27. </w:t>
      </w:r>
      <w:r>
        <w:rPr>
          <w:vertAlign w:val="superscript"/>
        </w:rPr>
        <w:t>[64]</w:t>
      </w:r>
      <w:r>
        <w:t xml:space="preserve"> Taiwan reported 15 PLA aircraft, 13 of which crossed the median line, and 10 navy ships overnight into 15 Oct. </w:t>
      </w:r>
      <w:r>
        <w:rPr>
          <w:vertAlign w:val="superscript"/>
        </w:rPr>
        <w:t>[65]</w:t>
      </w:r>
    </w:p>
    <w:p>
      <w:r>
        <w:rPr>
          <w:rFonts w:ascii="Consolas" w:hAnsi="Consolas"/>
          <w:b/>
          <w:color w:val="55604B"/>
        </w:rPr>
        <w:t>Assessment:</w:t>
      </w:r>
      <w:r>
        <w:t xml:space="preserve"> The deployment is likely signalling ahead of Keen Sword. There is a roughly even chance of increased air activity around Taiwan while the group is at sea.</w:t>
      </w:r>
    </w:p>
    <w:p>
      <w:r>
        <w:rPr>
          <w:b/>
        </w:rPr>
        <w:t>CHINA / TAIWAN: Beijing sanctions family firm of opposition-party Taipei mayoral candidate</w:t>
      </w:r>
    </w:p>
    <w:p>
      <w:r>
        <w:t xml:space="preserve">China's Taiwan Affairs Office barred a company linked to the father of DPP Taipei mayoral candidate Puma Shen from doing business with Chinese entities. Taiwan's Mainland Affairs Council called it election interference ahead of the 28 Nov local elections. </w:t>
      </w:r>
      <w:r>
        <w:rPr>
          <w:vertAlign w:val="superscript"/>
        </w:rPr>
        <w:t>[66]</w:t>
      </w:r>
    </w:p>
    <w:p>
      <w:r>
        <w:rPr>
          <w:rFonts w:ascii="Consolas" w:hAnsi="Consolas"/>
          <w:b/>
          <w:color w:val="55604B"/>
        </w:rPr>
        <w:t>Assessment:</w:t>
      </w:r>
      <w:r>
        <w:t xml:space="preserve"> Beijing is likely to expand targeted economic measures against DPP figures before the elections.</w:t>
      </w:r>
    </w:p>
    <w:p>
      <w:r>
        <w:rPr>
          <w:b/>
        </w:rPr>
        <w:t>BELIZE / CHINA: Belize's prime minister calls Chinese sanctions "illegal"</w:t>
      </w:r>
    </w:p>
    <w:p>
      <w:r>
        <w:t xml:space="preserve">Prime Minister John Briceño said China's sanctions on his foreign minister were "wrong" and "illegal" and would strengthen Belize's support for Taiwan. </w:t>
      </w:r>
      <w:r>
        <w:rPr>
          <w:vertAlign w:val="superscript"/>
        </w:rPr>
        <w:t>[67]</w:t>
      </w:r>
    </w:p>
    <w:p>
      <w:r>
        <w:rPr>
          <w:rFonts w:ascii="Consolas" w:hAnsi="Consolas"/>
          <w:b/>
          <w:color w:val="55604B"/>
        </w:rPr>
        <w:t>Assessment:</w:t>
      </w:r>
      <w:r>
        <w:t xml:space="preserve"> The sanctions are unlikely to cause Belize or Paraguay to switch recognition and are likely to harden their positions.</w:t>
      </w:r>
    </w:p>
    <w:p>
      <w:r>
        <w:rPr>
          <w:b/>
        </w:rPr>
        <w:t>JAPAN: Prime minister says Japan will "seriously consider" nuclear-powered submarines</w:t>
      </w:r>
    </w:p>
    <w:p>
      <w:r>
        <w:t xml:space="preserve">Prime Minister Takaichi told the Diet that Japan will consider nuclear-powered submarines "in a concrete and realistic manner," citing neighbours' military activity. Officials are reportedly considering listing the option in this year's revised security documents. </w:t>
      </w:r>
      <w:r>
        <w:rPr>
          <w:vertAlign w:val="superscript"/>
        </w:rPr>
        <w:t>[68]</w:t>
      </w:r>
    </w:p>
    <w:p>
      <w:r>
        <w:rPr>
          <w:rFonts w:ascii="Consolas" w:hAnsi="Consolas"/>
          <w:b/>
          <w:color w:val="55604B"/>
        </w:rPr>
        <w:t>Assessment:</w:t>
      </w:r>
      <w:r>
        <w:t xml:space="preserve"> Japan is likely to list nuclear propulsion as an option in its strategy revision, but a decision to acquire is unlikely soon. A sharp Chinese reaction is likely.</w:t>
      </w:r>
    </w:p>
    <w:p>
      <w:r>
        <w:rPr>
          <w:b/>
        </w:rPr>
        <w:t>FIJI: New Zealand intelligence to review Fiji's intelligence service</w:t>
      </w:r>
    </w:p>
    <w:p>
      <w:r>
        <w:t xml:space="preserve">Fiji's cabinet announced a six-month review of its national intelligence service with New Zealand's intelligence service, after US allegations of China-linked hacking and of bribes paid by a Chinese state-agency employee. China's embassy accused the US of disinformation. </w:t>
      </w:r>
      <w:r>
        <w:rPr>
          <w:vertAlign w:val="superscript"/>
        </w:rPr>
        <w:t>[69]</w:t>
      </w:r>
    </w:p>
    <w:p>
      <w:r>
        <w:rPr>
          <w:rFonts w:ascii="Consolas" w:hAnsi="Consolas"/>
          <w:b/>
          <w:color w:val="55604B"/>
        </w:rPr>
        <w:t>Assessment:</w:t>
      </w:r>
      <w:r>
        <w:t xml:space="preserve"> Fiji is likely to lean further toward Five Eyes partners on internal security.</w:t>
      </w:r>
    </w:p>
    <w:p>
      <w:r>
        <w:rPr>
          <w:b/>
        </w:rPr>
        <w:t>PHILIPPINES: Sara Duterte demands evidence; poll shows most want her to testify</w:t>
      </w:r>
    </w:p>
    <w:p>
      <w:r>
        <w:t xml:space="preserve">Vice President Duterte said the withdrawal of three impeachment articles shows they lacked evidence. </w:t>
      </w:r>
      <w:r>
        <w:rPr>
          <w:vertAlign w:val="superscript"/>
        </w:rPr>
        <w:t>[70]</w:t>
      </w:r>
      <w:r>
        <w:t xml:space="preserve"> A Pulse Asia survey found 51% want her to testify and 34% oppose it. </w:t>
      </w:r>
      <w:r>
        <w:rPr>
          <w:vertAlign w:val="superscript"/>
        </w:rPr>
        <w:t>[71]</w:t>
      </w:r>
    </w:p>
    <w:p>
      <w:r>
        <w:rPr>
          <w:rFonts w:ascii="Consolas" w:hAnsi="Consolas"/>
          <w:b/>
          <w:color w:val="55604B"/>
        </w:rPr>
        <w:t>Assessment:</w:t>
      </w:r>
      <w:r>
        <w:t xml:space="preserve"> Conviction on the single remaining article remains unlikely, and the trial is likely to keep Philippine politics polarised.</w:t>
      </w:r>
    </w:p>
    <w:p>
      <w:r>
        <w:rPr>
          <w:i/>
        </w:rPr>
        <w:t>Collection gap: Yonhap, AP, Bloomberg, Nikkei Asia and GMA were blocked. No in-window reporting found for the South China Sea, India-China, India-Pakistan, Myanmar, Indonesia, Thailand-Cambodia or Australia. China's 15 Oct foreign ministry briefing was not read.</w:t>
      </w:r>
    </w:p>
    <w:p>
      <w:pPr>
        <w:pStyle w:val="Heading1"/>
      </w:pPr>
      <w:r>
        <w:rPr>
          <w:rFonts w:ascii="Consolas" w:hAnsi="Consolas"/>
          <w:color w:val="FFB000"/>
        </w:rPr>
        <w:t xml:space="preserve">// </w:t>
      </w:r>
      <w:r>
        <w:rPr>
          <w:color w:val="282828"/>
        </w:rPr>
        <w:t>NORTHCOM</w:t>
      </w:r>
    </w:p>
    <w:p>
      <w:r>
        <w:rPr>
          <w:b/>
        </w:rPr>
        <w:t>MEXICO: Hurricane Trudy forecast to peak near the Colima-Jalisco coast this weekend</w:t>
      </w:r>
    </w:p>
    <w:p>
      <w:r>
        <w:t xml:space="preserve">NHC Advisory 8 (0900Z 15 Oct) puts Trudy at Category 1 strength, about 300 miles south-southwest of Acapulco, with 75 mph winds, moving northwest. Watches are likely later on 15 Oct for parts of southwestern Mexico. </w:t>
      </w:r>
      <w:r>
        <w:rPr>
          <w:vertAlign w:val="superscript"/>
        </w:rPr>
        <w:t>[72]</w:t>
      </w:r>
      <w:r>
        <w:t xml:space="preserve"> NHC forecasts rapid strengthening to a peak of about 130 mph on 17 Oct and says the centre should come "very close to the coast between near Punta San Telmo and Cabo Corrientes" this weekend, with 4 to 8 inches of rain in Colima and Jalisco. </w:t>
      </w:r>
      <w:r>
        <w:rPr>
          <w:vertAlign w:val="superscript"/>
        </w:rPr>
        <w:t>[73]</w:t>
      </w:r>
      <w:r>
        <w:t xml:space="preserve"> Interaction with Simon adds track uncertainty. </w:t>
      </w:r>
      <w:r>
        <w:rPr>
          <w:vertAlign w:val="superscript"/>
        </w:rPr>
        <w:t>[74]</w:t>
      </w:r>
      <w:r>
        <w:t xml:space="preserve"> NHC wind probabilities give Manzanillo a 21% chance of hurricane-force winds. </w:t>
      </w:r>
      <w:r>
        <w:rPr>
          <w:vertAlign w:val="superscript"/>
        </w:rPr>
        <w:t>[75]</w:t>
      </w:r>
    </w:p>
    <w:p>
      <w:r>
        <w:rPr>
          <w:rFonts w:ascii="Consolas" w:hAnsi="Consolas"/>
          <w:b/>
          <w:color w:val="55604B"/>
        </w:rPr>
        <w:t>Assessment:</w:t>
      </w:r>
      <w:r>
        <w:t xml:space="preserve"> Trudy will very likely become a major hurricane by 16-17 Oct and is likely to bring hurricane conditions to the Manzanillo-Cabo Corrientes coast on 17-18 Oct.</w:t>
      </w:r>
    </w:p>
    <w:p>
      <w:r>
        <w:rPr>
          <w:b/>
        </w:rPr>
        <w:t>MEXICO: Simon weakens to a tropical storm and stalls</w:t>
      </w:r>
    </w:p>
    <w:p>
      <w:r>
        <w:t xml:space="preserve">NHC Advisory 32 (0900Z 15 Oct) puts Simon about 270 miles south-southeast of Cabo San Lucas with 60 mph winds, nearly stationary, with no watches or warnings in effect. </w:t>
      </w:r>
      <w:r>
        <w:rPr>
          <w:vertAlign w:val="superscript"/>
        </w:rPr>
        <w:t>[76]</w:t>
      </w:r>
      <w:r>
        <w:t xml:space="preserve"> NHC forecasts a turn northwest on Friday near or west of Baja California Sur and decay by about 19 Oct. </w:t>
      </w:r>
      <w:r>
        <w:rPr>
          <w:vertAlign w:val="superscript"/>
        </w:rPr>
        <w:t>[77]</w:t>
      </w:r>
      <w:r>
        <w:t xml:space="preserve"> AP reported that the death toll from Simon and the remnants of Rachel rose to six, mostly in Ensenada. </w:t>
      </w:r>
      <w:r>
        <w:rPr>
          <w:vertAlign w:val="superscript"/>
        </w:rPr>
        <w:t>[78]</w:t>
      </w:r>
    </w:p>
    <w:p>
      <w:r>
        <w:rPr>
          <w:rFonts w:ascii="Consolas" w:hAnsi="Consolas"/>
          <w:b/>
          <w:color w:val="55604B"/>
        </w:rPr>
        <w:t>Assessment:</w:t>
      </w:r>
      <w:r>
        <w:t xml:space="preserve"> Simon is unlikely to bring significant wind to Baja California Sur; its effect on Trudy's track matters more.</w:t>
      </w:r>
    </w:p>
    <w:p>
      <w:r>
        <w:rPr>
          <w:b/>
        </w:rPr>
        <w:t>UNITED STATES: Atlantic stays quiet</w:t>
      </w:r>
    </w:p>
    <w:p>
      <w:r>
        <w:t xml:space="preserve">NHC expects no tropical cyclone formation in the Atlantic over the next seven days. </w:t>
      </w:r>
      <w:r>
        <w:rPr>
          <w:vertAlign w:val="superscript"/>
        </w:rPr>
        <w:t>[79]</w:t>
      </w:r>
    </w:p>
    <w:p>
      <w:r>
        <w:rPr>
          <w:rFonts w:ascii="Consolas" w:hAnsi="Consolas"/>
          <w:b/>
          <w:color w:val="55604B"/>
        </w:rPr>
        <w:t>Assessment:</w:t>
      </w:r>
      <w:r>
        <w:t xml:space="preserve"> Atlantic formation before about 22 Oct is very unlikely.</w:t>
      </w:r>
    </w:p>
    <w:p>
      <w:r>
        <w:rPr>
          <w:b/>
        </w:rPr>
        <w:t>UNITED STATES: Isaias power 95% restored; no major disaster declaration yet</w:t>
      </w:r>
    </w:p>
    <w:p>
      <w:r>
        <w:t xml:space="preserve">About 95% of the roughly 450,000 Florida customers who lost power have been restored, and 2,013 National Guard personnel remain activated. </w:t>
      </w:r>
      <w:r>
        <w:rPr>
          <w:vertAlign w:val="superscript"/>
        </w:rPr>
        <w:t>[80]</w:t>
      </w:r>
      <w:r>
        <w:t xml:space="preserve"> The federal emergency declaration covers government response costs only, and Escambia County was meeting the state on 14 Oct on a damage assessment toward a major disaster declaration. </w:t>
      </w:r>
      <w:r>
        <w:rPr>
          <w:vertAlign w:val="superscript"/>
        </w:rPr>
        <w:t>[81]</w:t>
      </w:r>
      <w:r>
        <w:t xml:space="preserve"> All Hurlburt Field facilities reopened on 13 Oct, and Eglin reported minor damage. </w:t>
      </w:r>
      <w:r>
        <w:rPr>
          <w:vertAlign w:val="superscript"/>
        </w:rPr>
        <w:t>[82]</w:t>
      </w:r>
    </w:p>
    <w:p>
      <w:r>
        <w:rPr>
          <w:rFonts w:ascii="Consolas" w:hAnsi="Consolas"/>
          <w:b/>
          <w:color w:val="55604B"/>
        </w:rPr>
        <w:t>Assessment:</w:t>
      </w:r>
      <w:r>
        <w:t xml:space="preserve"> A request for a major disaster declaration for western Panhandle counties is likely within days. Impacts on military installations appear minimal.</w:t>
      </w:r>
    </w:p>
    <w:p>
      <w:r>
        <w:rPr>
          <w:b/>
        </w:rPr>
        <w:t>UNITED STATES / MEXICO: Army troop shift to the Rio Grande Valley draws on existing border force</w:t>
      </w:r>
    </w:p>
    <w:p>
      <w:r>
        <w:t xml:space="preserve">The extra soldiers sent to the Rio Grande Valley are being reassigned from other border sectors, so the roughly 8,000-strong force is not growing. Reuters reported 378 cartel drone incursions in 30 days. Mexico's president said her forces detected no gunfire in the Garceno incident and asked the US for evidence. </w:t>
      </w:r>
      <w:r>
        <w:rPr>
          <w:vertAlign w:val="superscript"/>
        </w:rPr>
        <w:t>[83]</w:t>
      </w:r>
    </w:p>
    <w:p>
      <w:r>
        <w:rPr>
          <w:rFonts w:ascii="Consolas" w:hAnsi="Consolas"/>
          <w:b/>
          <w:color w:val="55604B"/>
        </w:rPr>
        <w:t>Assessment:</w:t>
      </w:r>
      <w:r>
        <w:t xml:space="preserve"> Another cross-border firing incident in the next 30 days is roughly an even chance.</w:t>
      </w:r>
    </w:p>
    <w:p>
      <w:r>
        <w:rPr>
          <w:b/>
        </w:rPr>
        <w:t>MEXICO / US: Sheinbaum demands evidence after US sanctions cartel-linked firms</w:t>
      </w:r>
    </w:p>
    <w:p>
      <w:r>
        <w:rPr>
          <w:i/>
        </w:rPr>
        <w:t>Pre-window onset:</w:t>
      </w:r>
      <w:r>
        <w:t xml:space="preserve"> The US Treasury sanctioned 4 people and 11 companies linked to the Cartel del Noreste on 13 Oct, alleging a construction firm channelled cash to election campaigns. </w:t>
      </w:r>
      <w:r>
        <w:rPr>
          <w:vertAlign w:val="superscript"/>
        </w:rPr>
        <w:t>[84]</w:t>
      </w:r>
      <w:r>
        <w:t xml:space="preserve"> On 14 Oct, Sheinbaum said Mexico's financial intelligence unit had found no link so far and asked Washington for evidence. </w:t>
      </w:r>
      <w:r>
        <w:rPr>
          <w:vertAlign w:val="superscript"/>
        </w:rPr>
        <w:t>[85]</w:t>
      </w:r>
      <w:r>
        <w:t xml:space="preserve"> The Navy captured a CJNG cell leader known as "El Cromo." </w:t>
      </w:r>
      <w:r>
        <w:rPr>
          <w:vertAlign w:val="superscript"/>
        </w:rPr>
        <w:t>[86]</w:t>
      </w:r>
    </w:p>
    <w:p>
      <w:r>
        <w:rPr>
          <w:rFonts w:ascii="Consolas" w:hAnsi="Consolas"/>
          <w:b/>
          <w:color w:val="55604B"/>
        </w:rPr>
        <w:t>Assessment:</w:t>
      </w:r>
      <w:r>
        <w:t xml:space="preserve"> The sanctions are likely to deepen friction over cartel-political links, and Mexico will likely contest the evidence rather than act quickly.</w:t>
      </w:r>
    </w:p>
    <w:p>
      <w:r>
        <w:rPr>
          <w:b/>
        </w:rPr>
        <w:t>MEXICO: Violence continues across Sinaloa</w:t>
      </w:r>
    </w:p>
    <w:p>
      <w:r>
        <w:t xml:space="preserve">An attack on a home in Mazatlán killed two and wounded two, a clandestine grave with three bodies was found in Navolato, and killings were reported in Culiacán and Escuinapa on 13-14 Oct. </w:t>
      </w:r>
      <w:r>
        <w:rPr>
          <w:vertAlign w:val="superscript"/>
        </w:rPr>
        <w:t>[87]</w:t>
      </w:r>
    </w:p>
    <w:p>
      <w:r>
        <w:rPr>
          <w:rFonts w:ascii="Consolas" w:hAnsi="Consolas"/>
          <w:b/>
          <w:color w:val="55604B"/>
        </w:rPr>
        <w:t>Assessment:</w:t>
      </w:r>
      <w:r>
        <w:t xml:space="preserve"> Cartel infighting in Mazatlán will very likely continue at current levels despite reinforcements.</w:t>
      </w:r>
    </w:p>
    <w:p>
      <w:r>
        <w:rPr>
          <w:b/>
        </w:rPr>
        <w:t>CANADA: Carney holds unity rallies in Alberta before Monday's vote</w:t>
      </w:r>
    </w:p>
    <w:p>
      <w:r>
        <w:t xml:space="preserve">Prime Minister Carney is holding "Forever Canadian" rallies in Calgary on 15 Oct and Edmonton on 16 Oct ahead of Alberta's 19 Oct referendum. </w:t>
      </w:r>
      <w:r>
        <w:rPr>
          <w:vertAlign w:val="superscript"/>
        </w:rPr>
        <w:t>[88]</w:t>
      </w:r>
    </w:p>
    <w:p>
      <w:r>
        <w:rPr>
          <w:rFonts w:ascii="Consolas" w:hAnsi="Consolas"/>
          <w:b/>
          <w:color w:val="55604B"/>
        </w:rPr>
        <w:t>Assessment:</w:t>
      </w:r>
      <w:r>
        <w:t xml:space="preserve"> Alberta will very likely vote to remain.</w:t>
      </w:r>
    </w:p>
    <w:p>
      <w:r>
        <w:rPr>
          <w:b/>
        </w:rPr>
        <w:t>UNITED STATES: Appeals court hears challenge to DC National Guard deployment</w:t>
      </w:r>
    </w:p>
    <w:p>
      <w:r>
        <w:t xml:space="preserve">The DC Circuit heard the District's challenge on 14 Oct. The Guard force in Washington has fallen from about 5,000 to about 2,900, and mobilisation has been extended to January 2029. </w:t>
      </w:r>
      <w:r>
        <w:rPr>
          <w:vertAlign w:val="superscript"/>
        </w:rPr>
        <w:t>[89]</w:t>
      </w:r>
    </w:p>
    <w:p>
      <w:r>
        <w:rPr>
          <w:rFonts w:ascii="Consolas" w:hAnsi="Consolas"/>
          <w:b/>
          <w:color w:val="55604B"/>
        </w:rPr>
        <w:t>Assessment:</w:t>
      </w:r>
      <w:r>
        <w:t xml:space="preserve"> A ruling within days is unlikely, and the deployment is likely to continue pending further appeals.</w:t>
      </w:r>
    </w:p>
    <w:p>
      <w:r>
        <w:rPr>
          <w:i/>
        </w:rPr>
        <w:t>Collection gap: no Mexican coastal watch products or port closures for Trudy were found. No in-window NORAD intercepts, border press releases or interdiction strikes were found. The NORAD press page failed to load.</w:t>
      </w:r>
    </w:p>
    <w:p>
      <w:pPr>
        <w:pStyle w:val="Heading1"/>
      </w:pPr>
      <w:r>
        <w:rPr>
          <w:rFonts w:ascii="Consolas" w:hAnsi="Consolas"/>
          <w:color w:val="FFB000"/>
        </w:rPr>
        <w:t xml:space="preserve">// </w:t>
      </w:r>
      <w:r>
        <w:rPr>
          <w:color w:val="282828"/>
        </w:rPr>
        <w:t>SOUTHCOM</w:t>
      </w:r>
    </w:p>
    <w:p>
      <w:r>
        <w:rPr>
          <w:b/>
        </w:rPr>
        <w:t>BRAZIL: New poll shows Flávio Bolsonaro 46%, Lula 44%; first runoff debate set for Sunday</w:t>
      </w:r>
    </w:p>
    <w:p>
      <w:r>
        <w:t xml:space="preserve">A Quaest poll fielded 10-13 Oct shows Flávio Bolsonaro at 46% and Lula at 44%, within the margin of error. </w:t>
      </w:r>
      <w:r>
        <w:rPr>
          <w:vertAlign w:val="superscript"/>
        </w:rPr>
        <w:t>[90]</w:t>
      </w:r>
      <w:r>
        <w:t xml:space="preserve"> Band confirmed the first runoff debate for Sunday 18 Oct. </w:t>
      </w:r>
      <w:r>
        <w:rPr>
          <w:vertAlign w:val="superscript"/>
        </w:rPr>
        <w:t>[91]</w:t>
      </w:r>
      <w:r>
        <w:t xml:space="preserve"> This corrects earlier editions of this report, which referred to a runoff debate on 15 Oct.</w:t>
      </w:r>
    </w:p>
    <w:p>
      <w:r>
        <w:rPr>
          <w:rFonts w:ascii="Consolas" w:hAnsi="Consolas"/>
          <w:b/>
          <w:color w:val="55604B"/>
        </w:rPr>
        <w:t>Assessment:</w:t>
      </w:r>
      <w:r>
        <w:t xml:space="preserve"> The 25 Oct runoff is a statistical tie with roughly even odds. Whether Flávio attends Sunday's debate is a key indicator.</w:t>
      </w:r>
    </w:p>
    <w:p>
      <w:r>
        <w:rPr>
          <w:b/>
        </w:rPr>
        <w:t>COLOMBIA: First national protests largely peaceful; decree on policing draws criticism</w:t>
      </w:r>
    </w:p>
    <w:p>
      <w:r>
        <w:t xml:space="preserve">Marches against the De la Espriella government took place in more than 10 cities on 14 Oct. The president reported 6 arrests, 98% peaceful gatherings and a largest crowd of 62,000; these are government figures. </w:t>
      </w:r>
      <w:r>
        <w:rPr>
          <w:vertAlign w:val="superscript"/>
        </w:rPr>
        <w:t>[92]</w:t>
      </w:r>
      <w:r>
        <w:t xml:space="preserve"> Opposition senators will challenge a new decree allowing police to intervene against violent individuals without waiting for dialogue to end, and organisers are discussing a national strike in November. </w:t>
      </w:r>
      <w:r>
        <w:rPr>
          <w:vertAlign w:val="superscript"/>
        </w:rPr>
        <w:t>[93]</w:t>
      </w:r>
    </w:p>
    <w:p>
      <w:r>
        <w:rPr>
          <w:rFonts w:ascii="Consolas" w:hAnsi="Consolas"/>
          <w:b/>
          <w:color w:val="55604B"/>
        </w:rPr>
        <w:t>Assessment:</w:t>
      </w:r>
      <w:r>
        <w:t xml:space="preserve"> Larger mobilisation in November is likely, and the decree is likely to become a flashpoint.</w:t>
      </w:r>
    </w:p>
    <w:p>
      <w:r>
        <w:rPr>
          <w:b/>
        </w:rPr>
        <w:t>COLOMBIA: ELN drone attack wounds 10 soldiers in Chocó</w:t>
      </w:r>
    </w:p>
    <w:p>
      <w:r>
        <w:t xml:space="preserve">An explosive-drone attack attributed to the ELN in San José del Palmar, Chocó, wounded 10 soldiers; the army is stepping up operations. </w:t>
      </w:r>
      <w:r>
        <w:rPr>
          <w:vertAlign w:val="superscript"/>
        </w:rPr>
        <w:t>[94]</w:t>
      </w:r>
      <w:r>
        <w:t xml:space="preserve"> </w:t>
      </w:r>
      <w:r>
        <w:rPr>
          <w:i/>
        </w:rPr>
        <w:t>Pre-window onset:</w:t>
      </w:r>
      <w:r>
        <w:t xml:space="preserve"> A soldier injured by a minefield while verifying the 10 Oct Catatumbo bombing site has died. </w:t>
      </w:r>
      <w:r>
        <w:rPr>
          <w:vertAlign w:val="superscript"/>
        </w:rPr>
        <w:t>[95]</w:t>
      </w:r>
    </w:p>
    <w:p>
      <w:r>
        <w:rPr>
          <w:rFonts w:ascii="Consolas" w:hAnsi="Consolas"/>
          <w:b/>
          <w:color w:val="55604B"/>
        </w:rPr>
        <w:t>Assessment:</w:t>
      </w:r>
      <w:r>
        <w:t xml:space="preserve"> ELN use of explosive drones will very likely continue and spread.</w:t>
      </w:r>
    </w:p>
    <w:p>
      <w:r>
        <w:rPr>
          <w:b/>
        </w:rPr>
        <w:t>VENEZUELA: US delists legislative leader; third round of transition talks opens</w:t>
      </w:r>
    </w:p>
    <w:p>
      <w:r>
        <w:t xml:space="preserve">The US Treasury removed National Assembly president Jorge Rodríguez, brother of interim President Delcy Rodríguez, from its sanctions list on 14 Oct. </w:t>
      </w:r>
      <w:r>
        <w:rPr>
          <w:vertAlign w:val="superscript"/>
        </w:rPr>
        <w:t>[96]</w:t>
      </w:r>
      <w:r>
        <w:t xml:space="preserve"> A third round of US-sponsored talks between the government and opposition began in Caracas the same day, covering elections and party participation. No election date is set. </w:t>
      </w:r>
      <w:r>
        <w:rPr>
          <w:vertAlign w:val="superscript"/>
        </w:rPr>
        <w:t>[97]</w:t>
      </w:r>
    </w:p>
    <w:p>
      <w:r>
        <w:rPr>
          <w:rFonts w:ascii="Consolas" w:hAnsi="Consolas"/>
          <w:b/>
          <w:color w:val="55604B"/>
        </w:rPr>
        <w:t>Assessment:</w:t>
      </w:r>
      <w:r>
        <w:t xml:space="preserve"> Washington will very likely keep normalising ties with the Rodríguez government. An election date during this round is unlikely.</w:t>
      </w:r>
    </w:p>
    <w:p>
      <w:r>
        <w:rPr>
          <w:b/>
        </w:rPr>
        <w:t>VENEZUELA: Unions threaten a national stoppage over wages</w:t>
      </w:r>
    </w:p>
    <w:p>
      <w:r>
        <w:t xml:space="preserve">Union leaders threatened an "active stoppage" if wage and pension demands are not met, after police blocked their march on Miraflores. </w:t>
      </w:r>
      <w:r>
        <w:rPr>
          <w:vertAlign w:val="superscript"/>
        </w:rPr>
        <w:t>[98]</w:t>
      </w:r>
    </w:p>
    <w:p>
      <w:r>
        <w:rPr>
          <w:rFonts w:ascii="Consolas" w:hAnsi="Consolas"/>
          <w:b/>
          <w:color w:val="55604B"/>
        </w:rPr>
        <w:t>Assessment:</w:t>
      </w:r>
      <w:r>
        <w:t xml:space="preserve"> Labour unrest is likely to escalate into sector strikes in health and education within weeks.</w:t>
      </w:r>
    </w:p>
    <w:p>
      <w:r>
        <w:rPr>
          <w:b/>
        </w:rPr>
        <w:t>BOLIVIA: Morales supporters announce protests from 19 October and a national march on 6 November</w:t>
      </w:r>
    </w:p>
    <w:p>
      <w:r>
        <w:t xml:space="preserve">Morales-aligned groups announced protests against the removal of diesel subsidies in all nine departmental capitals from 19 Oct and a national march to La Paz on 6 Nov, replacing an earlier plan to march on 16 Oct. </w:t>
      </w:r>
      <w:r>
        <w:rPr>
          <w:vertAlign w:val="superscript"/>
        </w:rPr>
        <w:t>[99]</w:t>
      </w:r>
    </w:p>
    <w:p>
      <w:r>
        <w:rPr>
          <w:rFonts w:ascii="Consolas" w:hAnsi="Consolas"/>
          <w:b/>
          <w:color w:val="55604B"/>
        </w:rPr>
        <w:t>Assessment:</w:t>
      </w:r>
      <w:r>
        <w:t xml:space="preserve"> Road blockades from 19 Oct are likely, and the government is likely to hold firm on the diesel decree.</w:t>
      </w:r>
    </w:p>
    <w:p>
      <w:r>
        <w:rPr>
          <w:b/>
        </w:rPr>
        <w:t>PANAMA: Quake affects 11,460 people with no deaths</w:t>
      </w:r>
    </w:p>
    <w:p>
      <w:r>
        <w:t xml:space="preserve">Panama's emergency centre reports 11,460 people affected, 2,841 in shelters and no deaths. </w:t>
      </w:r>
      <w:r>
        <w:rPr>
          <w:vertAlign w:val="superscript"/>
        </w:rPr>
        <w:t>[100]</w:t>
      </w:r>
      <w:r>
        <w:t xml:space="preserve"> UNICEF puts the total affected at about 38,000, including more than 8,300 children, and estimates $61 million in damage to health facilities. </w:t>
      </w:r>
      <w:r>
        <w:rPr>
          <w:vertAlign w:val="superscript"/>
        </w:rPr>
        <w:t>[101]</w:t>
      </w:r>
      <w:r>
        <w:t xml:space="preserve"> No new JTF-Bravo update was found.</w:t>
      </w:r>
    </w:p>
    <w:p>
      <w:r>
        <w:rPr>
          <w:rFonts w:ascii="Consolas" w:hAnsi="Consolas"/>
          <w:b/>
          <w:color w:val="55604B"/>
        </w:rPr>
        <w:t>Assessment:</w:t>
      </w:r>
      <w:r>
        <w:t xml:space="preserve"> Damage figures will very likely keep rising as assessments are completed.</w:t>
      </w:r>
    </w:p>
    <w:p>
      <w:r>
        <w:rPr>
          <w:b/>
        </w:rPr>
        <w:t>ECUADOR: Noboa announces coastal curfew for 1-10 November</w:t>
      </w:r>
    </w:p>
    <w:p>
      <w:r>
        <w:t xml:space="preserve">President Noboa announced a curfew for coastal provinces from 1 to 10 Nov, the fourth curfew of 2026. No decree has been issued. </w:t>
      </w:r>
      <w:r>
        <w:rPr>
          <w:vertAlign w:val="superscript"/>
        </w:rPr>
        <w:t>[102]</w:t>
      </w:r>
    </w:p>
    <w:p>
      <w:r>
        <w:rPr>
          <w:rFonts w:ascii="Consolas" w:hAnsi="Consolas"/>
          <w:b/>
          <w:color w:val="55604B"/>
        </w:rPr>
        <w:t>Assessment:</w:t>
      </w:r>
      <w:r>
        <w:t xml:space="preserve"> The decree is very likely to be issued, but curfews are unlikely to produce a lasting fall in homicides.</w:t>
      </w:r>
    </w:p>
    <w:p>
      <w:r>
        <w:rPr>
          <w:b/>
        </w:rPr>
        <w:t>CUBA: Second blackout protest in four days in Artemisa</w:t>
      </w:r>
    </w:p>
    <w:p>
      <w:r>
        <w:t xml:space="preserve">A pre-dawn protest took place on 14 Oct in Cabañas, Artemisa province, the second since 9 Oct; the power deficit was 1,286 MW on 13 Oct. </w:t>
      </w:r>
      <w:r>
        <w:rPr>
          <w:vertAlign w:val="superscript"/>
        </w:rPr>
        <w:t>[103]</w:t>
      </w:r>
    </w:p>
    <w:p>
      <w:r>
        <w:rPr>
          <w:rFonts w:ascii="Consolas" w:hAnsi="Consolas"/>
          <w:b/>
          <w:color w:val="55604B"/>
        </w:rPr>
        <w:t>Assessment:</w:t>
      </w:r>
      <w:r>
        <w:t xml:space="preserve"> Small, localised protests are likely to continue; larger coordinated unrest is unlikely in the near term.</w:t>
      </w:r>
    </w:p>
    <w:p>
      <w:r>
        <w:rPr>
          <w:b/>
        </w:rPr>
        <w:t>ARGENTINA: Milei in Washington without a Trump meeting</w:t>
      </w:r>
    </w:p>
    <w:p>
      <w:r>
        <w:t xml:space="preserve">President Milei arrived in Washington on 14 Oct for business meetings and a US Chamber of Commerce award; no meeting with Trump is scheduled. </w:t>
      </w:r>
      <w:r>
        <w:rPr>
          <w:vertAlign w:val="superscript"/>
        </w:rPr>
        <w:t>[104]</w:t>
      </w:r>
    </w:p>
    <w:p>
      <w:r>
        <w:rPr>
          <w:rFonts w:ascii="Consolas" w:hAnsi="Consolas"/>
          <w:b/>
          <w:color w:val="55604B"/>
        </w:rPr>
        <w:t>Assessment:</w:t>
      </w:r>
      <w:r>
        <w:t xml:space="preserve"> A Trump-Milei meeting on this trip is very unlikely.</w:t>
      </w:r>
    </w:p>
    <w:p>
      <w:r>
        <w:rPr>
          <w:i/>
        </w:rPr>
        <w:t>Collection gap: Haitian Times and France 24 were blocked, and no Haiti or Peru item was confirmed. The SOUTHCOM press page failed to load. No in-window interdiction strike was found.</w:t>
      </w:r>
    </w:p>
    <w:p>
      <w:pPr>
        <w:pStyle w:val="Heading1"/>
      </w:pPr>
      <w:r>
        <w:rPr>
          <w:rFonts w:ascii="Consolas" w:hAnsi="Consolas"/>
          <w:color w:val="FFB000"/>
        </w:rPr>
        <w:t xml:space="preserve">// </w:t>
      </w:r>
      <w:r>
        <w:rPr>
          <w:color w:val="282828"/>
        </w:rPr>
        <w:t>WATCH ITEMS (NEXT 72 HOURS)</w:t>
      </w:r>
    </w:p>
    <w:p>
      <w:pPr>
        <w:pStyle w:val="ListBullet"/>
      </w:pPr>
      <w:r>
        <w:t xml:space="preserve">Hurricane Trudy's strengthening and approach to the Colima-Jalisco coast on 17-18 Oct. </w:t>
      </w:r>
      <w:r>
        <w:rPr>
          <w:vertAlign w:val="superscript"/>
        </w:rPr>
        <w:t>[72]</w:t>
      </w:r>
      <w:r>
        <w:rPr>
          <w:vertAlign w:val="superscript"/>
        </w:rPr>
        <w:t>[73]</w:t>
      </w:r>
    </w:p>
    <w:p>
      <w:pPr>
        <w:pStyle w:val="ListBullet"/>
      </w:pPr>
      <w:r>
        <w:t xml:space="preserve">US reaction to Ukraine's resumed refinery strikes and any formal limits on intelligence or Starshield. </w:t>
      </w:r>
      <w:r>
        <w:rPr>
          <w:vertAlign w:val="superscript"/>
        </w:rPr>
        <w:t>[35]</w:t>
      </w:r>
      <w:r>
        <w:rPr>
          <w:vertAlign w:val="superscript"/>
        </w:rPr>
        <w:t>[44]</w:t>
      </w:r>
    </w:p>
    <w:p>
      <w:pPr>
        <w:pStyle w:val="ListBullet"/>
      </w:pPr>
      <w:r>
        <w:t xml:space="preserve">Further attacks or mine incidents in Hormuz. </w:t>
      </w:r>
      <w:r>
        <w:rPr>
          <w:vertAlign w:val="superscript"/>
        </w:rPr>
        <w:t>[17]</w:t>
      </w:r>
      <w:r>
        <w:rPr>
          <w:vertAlign w:val="superscript"/>
        </w:rPr>
        <w:t>[22]</w:t>
      </w:r>
    </w:p>
    <w:p>
      <w:pPr>
        <w:pStyle w:val="ListBullet"/>
      </w:pPr>
      <w:r>
        <w:t xml:space="preserve">Houthi strikes on Saudi Arabia and whether Riyadh airport reopens on 17 Oct. </w:t>
      </w:r>
      <w:r>
        <w:rPr>
          <w:vertAlign w:val="superscript"/>
        </w:rPr>
        <w:t>[26]</w:t>
      </w:r>
    </w:p>
    <w:p>
      <w:pPr>
        <w:pStyle w:val="ListBullet"/>
      </w:pPr>
      <w:r>
        <w:t xml:space="preserve">Ethiopian-Eritrean contact around Zalambessa. </w:t>
      </w:r>
      <w:r>
        <w:rPr>
          <w:vertAlign w:val="superscript"/>
        </w:rPr>
        <w:t>[1]</w:t>
      </w:r>
    </w:p>
    <w:p>
      <w:pPr>
        <w:pStyle w:val="ListBullet"/>
      </w:pPr>
      <w:r>
        <w:t xml:space="preserve">Brazil's first runoff debate on 18 Oct. </w:t>
      </w:r>
      <w:r>
        <w:rPr>
          <w:vertAlign w:val="superscript"/>
        </w:rPr>
        <w:t>[91]</w:t>
      </w:r>
    </w:p>
    <w:p>
      <w:pPr>
        <w:pStyle w:val="ListBullet"/>
      </w:pPr>
      <w:r>
        <w:t xml:space="preserve">Alberta's referendum on 19 Oct. </w:t>
      </w:r>
      <w:r>
        <w:rPr>
          <w:vertAlign w:val="superscript"/>
        </w:rPr>
        <w:t>[88]</w:t>
      </w:r>
    </w:p>
    <w:p>
      <w:pPr>
        <w:pStyle w:val="ListBullet"/>
      </w:pPr>
      <w:r>
        <w:t xml:space="preserve">Bolivian protests from 19 Oct. </w:t>
      </w:r>
      <w:r>
        <w:rPr>
          <w:vertAlign w:val="superscript"/>
        </w:rPr>
        <w:t>[99]</w:t>
      </w:r>
    </w:p>
    <w:p>
      <w:pPr>
        <w:pStyle w:val="Heading1"/>
      </w:pPr>
      <w:r>
        <w:rPr>
          <w:rFonts w:ascii="Consolas" w:hAnsi="Consolas"/>
          <w:color w:val="FFB000"/>
        </w:rPr>
        <w:t xml:space="preserve">// </w:t>
      </w:r>
      <w:r>
        <w:rPr>
          <w:color w:val="282828"/>
        </w:rPr>
        <w:t>SOURCE SUMMARY STATEMENT</w:t>
      </w:r>
    </w:p>
    <w:p>
      <w:r>
        <w:t>This report draws on 104 open-source items published or updated between 13 and 15 October 2026. They include international wire services (AP, AFP, Reuters, Yonhap, Anadolu, EFE) carried by Al Jazeera, OPB, Arab News, Korea JoongAng Daily and others; international and US outlets (Financial Times via Irish Times, CNN, CBS News, Forbes, The Hill, Euronews, Stars and Stripes, USNI News, gCaptain); regional press in the affected areas (Actualite.cd, Radio Okapi, Netic News, Sudan Tribune, Horn Diplomat, Premium Times, The National, Asharq Al-Awsat, Israel Hayom, Times of Israel, Dawn, Meduza, Moscow Times, Ukrinform, Kyiv Post, Militarnyi, OC Media, NK News, SBS, Seoul Economic Daily, Focus Taiwan, Taipei Times, Philippine Star, Infobae, UnoTV, El Espectador, Cambio, Vanguardia, Red Uno, Primicias, O Povo); and official sources (US National Hurricane Center, Singapore Maritime and Port Authority, UKMTO, US Treasury). Ukrinform is a state news agency, TASS is Russian state media, Focus Taiwan is state-funded, the Uganda Broadcasting Corporation is a state broadcaster and Al Jazeera is Qatari state-funded. Several items rest on unverified claims by parties to conflicts (the IRGC mine claim, the Houthi Typhoon claim, Russian air defence figures, Colombian government protest figures) or on anonymous officials (CNN's GBU-43 report, US threats on intelligence sharing). The cause of the GFS PRIDE sinking and the Ethiopian position at Zalambessa are reported differently by different sources. CNN, CNBC, Bloomberg, NPR, France 24, Yonhap, Nikkei Asia and RFI were blocked or failed to load during collection. Coverage gaps include the Sahel, Iraq, Syria, the South China Sea, Haiti and Peru.</w:t>
      </w:r>
    </w:p>
    <w:p>
      <w:pPr>
        <w:pStyle w:val="Heading1"/>
      </w:pPr>
      <w:r>
        <w:rPr>
          <w:rFonts w:ascii="Consolas" w:hAnsi="Consolas"/>
          <w:color w:val="FFB000"/>
        </w:rPr>
        <w:t xml:space="preserve">// </w:t>
      </w:r>
      <w:r>
        <w:rPr>
          <w:color w:val="282828"/>
        </w:rPr>
        <w:t>ENDNOTES (ICD 206)</w:t>
      </w:r>
    </w:p>
    <w:p>
      <w:r>
        <w:rPr>
          <w:i/>
        </w:rPr>
        <w:t>All sources accessed 15 October 2026. All sources are publicly available reporting.</w:t>
      </w:r>
    </w:p>
    <w:p>
      <w:r>
        <w:rPr>
          <w:b/>
        </w:rPr>
        <w:t>AFRICOM</w:t>
      </w:r>
    </w:p>
    <w:p>
      <w:r>
        <w:rPr>
          <w:sz w:val="17"/>
          <w:vertAlign w:val="superscript"/>
        </w:rPr>
        <w:t>[1]</w:t>
      </w:r>
      <w:r>
        <w:rPr>
          <w:sz w:val="17"/>
        </w:rPr>
        <w:t xml:space="preserve"> AFP; Uganda Broadcasting Corporation; "Ethiopian forces approach Eritrea border town: militia, resident"; 14 October 2026, 1522 EAT; </w:t>
      </w:r>
      <w:hyperlink r:id="rId10">
        <w:r>
          <w:rPr>
            <w:color w:val="8A5D00"/>
            <w:sz w:val="17"/>
          </w:rPr>
          <w:t xml:space="preserve">https://ubc.go.ug/2026/10/14/ethiopian-forces-approach-eritrea-border-town-militia-resident</w:t>
        </w:r>
      </w:hyperlink>
      <w:r>
        <w:rPr>
          <w:sz w:val="17"/>
        </w:rPr>
        <w:t>; accessed 15 October 2026; Source descriptor: international wire service carried by Ugandan state broadcaster, citing a militia member, a resident and named officials.</w:t>
      </w:r>
    </w:p>
    <w:p>
      <w:r>
        <w:rPr>
          <w:sz w:val="17"/>
          <w:vertAlign w:val="superscript"/>
        </w:rPr>
        <w:t>[2]</w:t>
      </w:r>
      <w:r>
        <w:rPr>
          <w:sz w:val="17"/>
        </w:rPr>
        <w:t xml:space="preserve"> Zalutsky Ilya; Militarnyi; "Ethiopian Army Reaches Eritrean Border After Counteroffensive, Raising Fears of War"; 14 October 2026, 1613 EEST; </w:t>
      </w:r>
      <w:hyperlink r:id="rId11">
        <w:r>
          <w:rPr>
            <w:color w:val="8A5D00"/>
            <w:sz w:val="17"/>
          </w:rPr>
          <w:t xml:space="preserve">https://militarnyi.com/en/news/ethiopian-army-reaches-eritrean-border-after-counteroffensive-raising-fears-of-war/</w:t>
        </w:r>
      </w:hyperlink>
      <w:r>
        <w:rPr>
          <w:sz w:val="17"/>
        </w:rPr>
        <w:t>; accessed 15 October 2026; Source descriptor: Ukrainian defence trade outlet citing Reuters.</w:t>
      </w:r>
    </w:p>
    <w:p>
      <w:r>
        <w:rPr>
          <w:sz w:val="17"/>
          <w:vertAlign w:val="superscript"/>
        </w:rPr>
        <w:t>[3]</w:t>
      </w:r>
      <w:r>
        <w:rPr>
          <w:sz w:val="17"/>
        </w:rPr>
        <w:t xml:space="preserve"> Clément Muamba; Actualite.cd; "RDC: Félix Tshisekedi évalue la situation opérationnelle des FARDC sur fond de création du FRN placé sous la direction de Joseph Kabila"; 15 October 2026, 0856 WAT; </w:t>
      </w:r>
      <w:hyperlink r:id="rId12">
        <w:r>
          <w:rPr>
            <w:color w:val="8A5D00"/>
            <w:sz w:val="17"/>
          </w:rPr>
          <w:t xml:space="preserve">https://actualite.cd/2026/10/15/rdc-felix-tshisekedi-evalue-la-situation-operationnelle-des-fardc-sur-fond-de-creation</w:t>
        </w:r>
      </w:hyperlink>
      <w:r>
        <w:rPr>
          <w:sz w:val="17"/>
        </w:rPr>
        <w:t>; accessed 15 October 2026; Source descriptor: Congolese independent press citing the army spokesman.</w:t>
      </w:r>
    </w:p>
    <w:p>
      <w:r>
        <w:rPr>
          <w:sz w:val="17"/>
          <w:vertAlign w:val="superscript"/>
        </w:rPr>
        <w:t>[4]</w:t>
      </w:r>
      <w:r>
        <w:rPr>
          <w:sz w:val="17"/>
        </w:rPr>
        <w:t xml:space="preserve"> Clément Muamba; Actualite.cd; "A l'ONU, Paris réagit à la restructuration des mouvements armés et appelle au respect de la souveraineté de la RDC"; 14 October 2026, 1210 WAT; </w:t>
      </w:r>
      <w:hyperlink r:id="rId13">
        <w:r>
          <w:rPr>
            <w:color w:val="8A5D00"/>
            <w:sz w:val="17"/>
          </w:rPr>
          <w:t xml:space="preserve">https://actualite.cd/2026/10/14/lonu-paris-reagit-la-restructuration-des-mouvements-armes-et-appelle-au-respect-de-la</w:t>
        </w:r>
      </w:hyperlink>
      <w:r>
        <w:rPr>
          <w:sz w:val="17"/>
        </w:rPr>
        <w:t>; accessed 15 October 2026; Source descriptor: Congolese independent press reporting a UN Security Council statement.</w:t>
      </w:r>
    </w:p>
    <w:p>
      <w:r>
        <w:rPr>
          <w:sz w:val="17"/>
          <w:vertAlign w:val="superscript"/>
        </w:rPr>
        <w:t>[5]</w:t>
      </w:r>
      <w:r>
        <w:rPr>
          <w:sz w:val="17"/>
        </w:rPr>
        <w:t xml:space="preserve"> Jean Ngaviro; Netic News; "RDC : Le FRN maintient les engagements de Doha malgré la dissolution de l'AFC"; 15 October 2026, 0914 UTC; </w:t>
      </w:r>
      <w:hyperlink r:id="rId14">
        <w:r>
          <w:rPr>
            <w:color w:val="8A5D00"/>
            <w:sz w:val="17"/>
          </w:rPr>
          <w:t xml:space="preserve">https://www.netic-news.net/rdc-le-frn-maintient-les-engagements-de-doha-malgre-la-dissolution-de-lafc/</w:t>
        </w:r>
      </w:hyperlink>
      <w:r>
        <w:rPr>
          <w:sz w:val="17"/>
        </w:rPr>
        <w:t>; accessed 15 October 2026; Source descriptor: Goma-based news outlet reporting an armed group statement.</w:t>
      </w:r>
    </w:p>
    <w:p>
      <w:r>
        <w:rPr>
          <w:sz w:val="17"/>
          <w:vertAlign w:val="superscript"/>
        </w:rPr>
        <w:t>[6]</w:t>
      </w:r>
      <w:r>
        <w:rPr>
          <w:sz w:val="17"/>
        </w:rPr>
        <w:t xml:space="preserve"> La rédaction; Oeil d'Afrique; "RDC : Avec Kabila, l'AFC/M23 change de nom mais pas de front"; 14 October 2026, 1641 CEST; </w:t>
      </w:r>
      <w:hyperlink r:id="rId15">
        <w:r>
          <w:rPr>
            <w:color w:val="8A5D00"/>
            <w:sz w:val="17"/>
          </w:rPr>
          <w:t xml:space="preserve">https://oeildafrique.com/2026/10/14/frn-kabila-nyabiondo-masisi/</w:t>
        </w:r>
      </w:hyperlink>
      <w:r>
        <w:rPr>
          <w:sz w:val="17"/>
        </w:rPr>
        <w:t>; accessed 15 October 2026; Source descriptor: pan-African online outlet citing local sources.</w:t>
      </w:r>
    </w:p>
    <w:p>
      <w:r>
        <w:rPr>
          <w:sz w:val="17"/>
          <w:vertAlign w:val="superscript"/>
        </w:rPr>
        <w:t>[7]</w:t>
      </w:r>
      <w:r>
        <w:rPr>
          <w:sz w:val="17"/>
        </w:rPr>
        <w:t xml:space="preserve"> Staff; Actualite.cd; "Bruxelles : des perquisitions menées dans l'entourage de Félix Tshisekedi pour soupçons de blanchiment"; 14 October 2026, 1647 WAT; </w:t>
      </w:r>
      <w:hyperlink r:id="rId16">
        <w:r>
          <w:rPr>
            <w:color w:val="8A5D00"/>
            <w:sz w:val="17"/>
          </w:rPr>
          <w:t xml:space="preserve">https://actualite.cd/2026/10/14/bruxelles-des-perquisitions-menees-dans-lentourage-de-felix-tshisekedi-pour-soupcons-de</w:t>
        </w:r>
      </w:hyperlink>
      <w:r>
        <w:rPr>
          <w:sz w:val="17"/>
        </w:rPr>
        <w:t>; accessed 15 October 2026; Source descriptor: Congolese independent press relaying Belgian media and the federal prosecutor.</w:t>
      </w:r>
    </w:p>
    <w:p>
      <w:r>
        <w:rPr>
          <w:sz w:val="17"/>
          <w:vertAlign w:val="superscript"/>
        </w:rPr>
        <w:t>[8]</w:t>
      </w:r>
      <w:r>
        <w:rPr>
          <w:sz w:val="17"/>
        </w:rPr>
        <w:t xml:space="preserve"> Freddy Upar; Actualite.cd; "Ituri : trois chauffeurs tués par balles sur la RN27, le trafic paralysé entre Bunia et Mahagi"; 14 October 2026, 1711 WAT; </w:t>
      </w:r>
      <w:hyperlink r:id="rId17">
        <w:r>
          <w:rPr>
            <w:color w:val="8A5D00"/>
            <w:sz w:val="17"/>
          </w:rPr>
          <w:t xml:space="preserve">https://actualite.cd/2026/10/14/ituri-trois-chauffeurs-tues-par-balles-sur-la-rn27-le-trafic-paralyse-entre-bunia-et</w:t>
        </w:r>
      </w:hyperlink>
      <w:r>
        <w:rPr>
          <w:sz w:val="17"/>
        </w:rPr>
        <w:t>; accessed 15 October 2026; Source descriptor: Congolese independent press citing local officials.</w:t>
      </w:r>
    </w:p>
    <w:p>
      <w:r>
        <w:rPr>
          <w:sz w:val="17"/>
          <w:vertAlign w:val="superscript"/>
        </w:rPr>
        <w:t>[9]</w:t>
      </w:r>
      <w:r>
        <w:rPr>
          <w:sz w:val="17"/>
        </w:rPr>
        <w:t xml:space="preserve"> Staff; Radio Okapi; "Ituri : 25 élèves touchés par Ebola, les écoles appelées à renforcer la prévention"; 14 October 2026, 2018 WAT; </w:t>
      </w:r>
      <w:hyperlink r:id="rId18">
        <w:r>
          <w:rPr>
            <w:color w:val="8A5D00"/>
            <w:sz w:val="17"/>
          </w:rPr>
          <w:t xml:space="preserve">https://www.radiookapi.net/2026/10/14/actualite/sante/ituri-25-eleves-touches-par-ebola-les-ecoles-appelees-renforcer-la</w:t>
        </w:r>
      </w:hyperlink>
      <w:r>
        <w:rPr>
          <w:sz w:val="17"/>
        </w:rPr>
        <w:t>; accessed 15 October 2026; Source descriptor: UN-backed Congolese radio citing provincial education officials.</w:t>
      </w:r>
    </w:p>
    <w:p>
      <w:r>
        <w:rPr>
          <w:sz w:val="17"/>
          <w:vertAlign w:val="superscript"/>
        </w:rPr>
        <w:t>[10]</w:t>
      </w:r>
      <w:r>
        <w:rPr>
          <w:sz w:val="17"/>
        </w:rPr>
        <w:t xml:space="preserve"> Staff; Sudan Tribune; "Darfur governor urges Sudan and Egypt to share findings on deadly border strike"; 14 October 2026, 2007 UTC; </w:t>
      </w:r>
      <w:hyperlink r:id="rId19">
        <w:r>
          <w:rPr>
            <w:color w:val="8A5D00"/>
            <w:sz w:val="17"/>
          </w:rPr>
          <w:t xml:space="preserve">https://sudantribune.com/article/319943</w:t>
        </w:r>
      </w:hyperlink>
      <w:r>
        <w:rPr>
          <w:sz w:val="17"/>
        </w:rPr>
        <w:t>; accessed 15 October 2026; Source descriptor: Sudanese news outlet citing a named official.</w:t>
      </w:r>
    </w:p>
    <w:p>
      <w:r>
        <w:rPr>
          <w:sz w:val="17"/>
          <w:vertAlign w:val="superscript"/>
        </w:rPr>
        <w:t>[11]</w:t>
      </w:r>
      <w:r>
        <w:rPr>
          <w:sz w:val="17"/>
        </w:rPr>
        <w:t xml:space="preserve"> Staff; Sudan Tribune; "US lawmaker introduces bill to tie Sudan minerals and farm pact to civilian protection"; 14 October 2026, 2115 UTC; </w:t>
      </w:r>
      <w:hyperlink r:id="rId20">
        <w:r>
          <w:rPr>
            <w:color w:val="8A5D00"/>
            <w:sz w:val="17"/>
          </w:rPr>
          <w:t xml:space="preserve">https://sudantribune.com/article/319953</w:t>
        </w:r>
      </w:hyperlink>
      <w:r>
        <w:rPr>
          <w:sz w:val="17"/>
        </w:rPr>
        <w:t>; accessed 15 October 2026; Source descriptor: Sudanese news outlet reporting a US congressional bill.</w:t>
      </w:r>
    </w:p>
    <w:p>
      <w:r>
        <w:rPr>
          <w:sz w:val="17"/>
          <w:vertAlign w:val="superscript"/>
        </w:rPr>
        <w:t>[12]</w:t>
      </w:r>
      <w:r>
        <w:rPr>
          <w:sz w:val="17"/>
        </w:rPr>
        <w:t xml:space="preserve"> Staff; Sudan Tribune; "Hepatitis E outbreak hits South Darfur locality as suspected cases top 270"; 14 October 2026, 1905 UTC; </w:t>
      </w:r>
      <w:hyperlink r:id="rId21">
        <w:r>
          <w:rPr>
            <w:color w:val="8A5D00"/>
            <w:sz w:val="17"/>
          </w:rPr>
          <w:t xml:space="preserve">https://sudantribune.com/article/319933</w:t>
        </w:r>
      </w:hyperlink>
      <w:r>
        <w:rPr>
          <w:sz w:val="17"/>
        </w:rPr>
        <w:t>; accessed 15 October 2026; Source descriptor: Sudanese news outlet citing state health officials.</w:t>
      </w:r>
    </w:p>
    <w:p>
      <w:r>
        <w:rPr>
          <w:sz w:val="17"/>
          <w:vertAlign w:val="superscript"/>
        </w:rPr>
        <w:t>[13]</w:t>
      </w:r>
      <w:r>
        <w:rPr>
          <w:sz w:val="17"/>
        </w:rPr>
        <w:t xml:space="preserve"> Mohamed Duale; Horn Diplomat via AllAfrica; "Somalia: Thousands Rally in Somaliland to Thank Trump, Call for Recognition"; 15 October 2026, 0851 UTC; </w:t>
      </w:r>
      <w:hyperlink r:id="rId22">
        <w:r>
          <w:rPr>
            <w:color w:val="8A5D00"/>
            <w:sz w:val="17"/>
          </w:rPr>
          <w:t xml:space="preserve">https://allafrica.com/stories/202610150237.html</w:t>
        </w:r>
      </w:hyperlink>
      <w:r>
        <w:rPr>
          <w:sz w:val="17"/>
        </w:rPr>
        <w:t>; accessed 15 October 2026; Source descriptor: Hargeisa-based outlet with a pro-Somaliland editorial line.</w:t>
      </w:r>
    </w:p>
    <w:p>
      <w:r>
        <w:rPr>
          <w:sz w:val="17"/>
          <w:vertAlign w:val="superscript"/>
        </w:rPr>
        <w:t>[14]</w:t>
      </w:r>
      <w:r>
        <w:rPr>
          <w:sz w:val="17"/>
        </w:rPr>
        <w:t xml:space="preserve"> Mohamed Duale; Horn Diplomat; "Somaliland President Returns, Thanks Trump for Remarks"; 15 October 2026, 0914 UTC; </w:t>
      </w:r>
      <w:hyperlink r:id="rId23">
        <w:r>
          <w:rPr>
            <w:color w:val="8A5D00"/>
            <w:sz w:val="17"/>
          </w:rPr>
          <w:t xml:space="preserve">https://www.horndiplomat.com/somaliland-president-returns-thanks-trump-for-remarks/</w:t>
        </w:r>
      </w:hyperlink>
      <w:r>
        <w:rPr>
          <w:sz w:val="17"/>
        </w:rPr>
        <w:t>; accessed 15 October 2026; Source descriptor: Hargeisa-based outlet quoting the Somaliland president.</w:t>
      </w:r>
    </w:p>
    <w:p>
      <w:r>
        <w:rPr>
          <w:sz w:val="17"/>
          <w:vertAlign w:val="superscript"/>
        </w:rPr>
        <w:t>[15]</w:t>
      </w:r>
      <w:r>
        <w:rPr>
          <w:sz w:val="17"/>
        </w:rPr>
        <w:t xml:space="preserve"> Manasseh Mbachii; Premium Times; "Bandits kill five, abduct 18 in Niger communities"; 15 October 2026, 0755 UTC; </w:t>
      </w:r>
      <w:hyperlink r:id="rId24">
        <w:r>
          <w:rPr>
            <w:color w:val="8A5D00"/>
            <w:sz w:val="17"/>
          </w:rPr>
          <w:t xml:space="preserve">https://www.premiumtimesng.com/news/top-news/917252-bandits-kill-five-abduct-18-in-niger-communities.html</w:t>
        </w:r>
      </w:hyperlink>
      <w:r>
        <w:rPr>
          <w:sz w:val="17"/>
        </w:rPr>
        <w:t>; accessed 15 October 2026; Source descriptor: Nigerian national daily citing residents.</w:t>
      </w:r>
    </w:p>
    <w:p>
      <w:r>
        <w:rPr>
          <w:sz w:val="17"/>
          <w:vertAlign w:val="superscript"/>
        </w:rPr>
        <w:t>[16]</w:t>
      </w:r>
      <w:r>
        <w:rPr>
          <w:sz w:val="17"/>
        </w:rPr>
        <w:t xml:space="preserve"> Chuwang Dungs; Premium Times; "Gunmen kill traditional ruler in Plateau"; 15 October 2026, 0859 UTC; </w:t>
      </w:r>
      <w:hyperlink r:id="rId25">
        <w:r>
          <w:rPr>
            <w:color w:val="8A5D00"/>
            <w:sz w:val="17"/>
          </w:rPr>
          <w:t xml:space="preserve">https://www.premiumtimesng.com/regional/north-central/917281-gunmen-kill-traditional-ruler-in-plateau.html</w:t>
        </w:r>
      </w:hyperlink>
      <w:r>
        <w:rPr>
          <w:sz w:val="17"/>
        </w:rPr>
        <w:t>; accessed 15 October 2026; Source descriptor: Nigerian national daily citing local officials.</w:t>
      </w:r>
    </w:p>
    <w:p>
      <w:r>
        <w:rPr>
          <w:b/>
        </w:rPr>
        <w:t>CENTCOM</w:t>
      </w:r>
    </w:p>
    <w:p>
      <w:r>
        <w:rPr>
          <w:sz w:val="17"/>
          <w:vertAlign w:val="superscript"/>
        </w:rPr>
        <w:t>[17]</w:t>
      </w:r>
      <w:r>
        <w:rPr>
          <w:sz w:val="17"/>
        </w:rPr>
        <w:t xml:space="preserve"> Staff; Maritime and Port Authority of Singapore; "Two Singapore-Registered Vessels Struck in Strait of Hormuz"; 14 October 2026, time not given; </w:t>
      </w:r>
      <w:hyperlink r:id="rId26">
        <w:r>
          <w:rPr>
            <w:color w:val="8A5D00"/>
            <w:sz w:val="17"/>
          </w:rPr>
          <w:t xml:space="preserve">https://www.mpa.gov.sg/media-centre/details/two-singapore-registered-vessels-struck-in-strait-of-hormuz</w:t>
        </w:r>
      </w:hyperlink>
      <w:r>
        <w:rPr>
          <w:sz w:val="17"/>
        </w:rPr>
        <w:t>; accessed 15 October 2026; Source descriptor: official Singapore government statement.</w:t>
      </w:r>
    </w:p>
    <w:p>
      <w:r>
        <w:rPr>
          <w:sz w:val="17"/>
          <w:vertAlign w:val="superscript"/>
        </w:rPr>
        <w:t>[18]</w:t>
      </w:r>
      <w:r>
        <w:rPr>
          <w:sz w:val="17"/>
        </w:rPr>
        <w:t xml:space="preserve"> Mike Schuler; gCaptain; "Containership Sinks as Hormuz Attacks Spiral Out of Control"; 14 October 2026, 0744 PDT; </w:t>
      </w:r>
      <w:hyperlink r:id="rId27">
        <w:r>
          <w:rPr>
            <w:color w:val="8A5D00"/>
            <w:sz w:val="17"/>
          </w:rPr>
          <w:t xml:space="preserve">https://gcaptain.com/containership-sinks-as-hormuz-attacks-spiral-out-of-control/</w:t>
        </w:r>
      </w:hyperlink>
      <w:r>
        <w:rPr>
          <w:sz w:val="17"/>
        </w:rPr>
        <w:t>; accessed 15 October 2026; Source descriptor: maritime trade press citing official and IMO data.</w:t>
      </w:r>
    </w:p>
    <w:p>
      <w:r>
        <w:rPr>
          <w:sz w:val="17"/>
          <w:vertAlign w:val="superscript"/>
        </w:rPr>
        <w:t>[19]</w:t>
      </w:r>
      <w:r>
        <w:rPr>
          <w:sz w:val="17"/>
        </w:rPr>
        <w:t xml:space="preserve"> Staff; Asharq Al-Awsat; "Iran Says Cargo Ship Sank after Hitting Naval Mine"; 14 October 2026, 1112 BST; </w:t>
      </w:r>
      <w:hyperlink r:id="rId28">
        <w:r>
          <w:rPr>
            <w:color w:val="8A5D00"/>
            <w:sz w:val="17"/>
          </w:rPr>
          <w:t xml:space="preserve">https://english.aawsat.com/world/5329480-iran-says-cargo-ship-sank-after-hitting-naval-mine</w:t>
        </w:r>
      </w:hyperlink>
      <w:r>
        <w:rPr>
          <w:sz w:val="17"/>
        </w:rPr>
        <w:t>; accessed 15 October 2026; Source descriptor: Saudi-owned pan-Arab daily relaying an IRGC claim; unverified.</w:t>
      </w:r>
    </w:p>
    <w:p>
      <w:r>
        <w:rPr>
          <w:sz w:val="17"/>
          <w:vertAlign w:val="superscript"/>
        </w:rPr>
        <w:t>[20]</w:t>
      </w:r>
      <w:r>
        <w:rPr>
          <w:sz w:val="17"/>
        </w:rPr>
        <w:t xml:space="preserve"> Staff; The National; "Fire, sinking and reported scramble for cargo: what we know about ship lost in Strait of Hormuz"; 15 October 2026, 0646 UTC; </w:t>
      </w:r>
      <w:hyperlink r:id="rId29">
        <w:r>
          <w:rPr>
            <w:color w:val="8A5D00"/>
            <w:sz w:val="17"/>
          </w:rPr>
          <w:t xml:space="preserve">https://www.thenationalnews.com/news/gulf/2026/10/15/fire-sinking-and-reported-scramble-for-cargo-what-we-know-about-ship-lost-in-strait-of-hormuz/</w:t>
        </w:r>
      </w:hyperlink>
      <w:r>
        <w:rPr>
          <w:sz w:val="17"/>
        </w:rPr>
        <w:t>; accessed 15 October 2026; Source descriptor: UAE-based daily citing a maritime security firm.</w:t>
      </w:r>
    </w:p>
    <w:p>
      <w:r>
        <w:rPr>
          <w:sz w:val="17"/>
          <w:vertAlign w:val="superscript"/>
        </w:rPr>
        <w:t>[21]</w:t>
      </w:r>
      <w:r>
        <w:rPr>
          <w:sz w:val="17"/>
        </w:rPr>
        <w:t xml:space="preserve"> Associated Press; OPB; "Iran says a ship sank after striking a mine in Strait of Hormuz, and other Middle East developments"; 15 October 2026, 0043 PDT; </w:t>
      </w:r>
      <w:hyperlink r:id="rId30">
        <w:r>
          <w:rPr>
            <w:color w:val="8A5D00"/>
            <w:sz w:val="17"/>
          </w:rPr>
          <w:t xml:space="preserve">https://www.opb.org/article/2026/10/14/iran-says-a-ship-sank-after-striking-a-mine-in-strait-of-hormuz-and-other-middle-east-developments/</w:t>
        </w:r>
      </w:hyperlink>
      <w:r>
        <w:rPr>
          <w:sz w:val="17"/>
        </w:rPr>
        <w:t>; accessed 15 October 2026; Source descriptor: international wire service roundup.</w:t>
      </w:r>
    </w:p>
    <w:p>
      <w:r>
        <w:rPr>
          <w:sz w:val="17"/>
          <w:vertAlign w:val="superscript"/>
        </w:rPr>
        <w:t>[22]</w:t>
      </w:r>
      <w:r>
        <w:rPr>
          <w:sz w:val="17"/>
        </w:rPr>
        <w:t xml:space="preserve"> Khaled Wassef, Frank Andrews, Kiki Intarasuwan et al.; CBS News; "Live Updates: Houthis launch new attack on Saudi capital as Trump mulls U.S. role in Mideast war's new front"; 14-15 October 2026, entries 0657 EDT 14 October to 0449 EDT 15 October; </w:t>
      </w:r>
      <w:hyperlink r:id="rId31">
        <w:r>
          <w:rPr>
            <w:color w:val="8A5D00"/>
            <w:sz w:val="17"/>
          </w:rPr>
          <w:t xml:space="preserve">https://www.cbsnews.com/live-updates/iran-war-us-houthi-saudi-arabia-trump/</w:t>
        </w:r>
      </w:hyperlink>
      <w:r>
        <w:rPr>
          <w:sz w:val="17"/>
        </w:rPr>
        <w:t>; accessed 15 October 2026; Source descriptor: US network live blog aggregating AP, AFP and official statements.</w:t>
      </w:r>
    </w:p>
    <w:p>
      <w:r>
        <w:rPr>
          <w:sz w:val="17"/>
          <w:vertAlign w:val="superscript"/>
        </w:rPr>
        <w:t>[23]</w:t>
      </w:r>
      <w:r>
        <w:rPr>
          <w:sz w:val="17"/>
        </w:rPr>
        <w:t xml:space="preserve"> Staff; UKMTO; "UKMTO WARNING 172-26"; 14 October 2026 (incident 13 October 2026, 1640 UTC); </w:t>
      </w:r>
      <w:hyperlink r:id="rId32">
        <w:r>
          <w:rPr>
            <w:color w:val="8A5D00"/>
            <w:sz w:val="17"/>
          </w:rPr>
          <w:t xml:space="preserve">https://www.ukmto.org/-/media/ukmto/products/20261014-ukmto_warning_172-26.pdf?rev=15f90d4d8a324f28a5b2dbc1a6d17bae</w:t>
        </w:r>
      </w:hyperlink>
      <w:r>
        <w:rPr>
          <w:sz w:val="17"/>
        </w:rPr>
        <w:t>; accessed 15 October 2026; Source descriptor: official UK maritime security notice.</w:t>
      </w:r>
    </w:p>
    <w:p>
      <w:r>
        <w:rPr>
          <w:sz w:val="17"/>
          <w:vertAlign w:val="superscript"/>
        </w:rPr>
        <w:t>[24]</w:t>
      </w:r>
      <w:r>
        <w:rPr>
          <w:sz w:val="17"/>
        </w:rPr>
        <w:t xml:space="preserve"> Reuters; Arab News; "US military weighs use of 'mother of all bombs' in potential future strikes on Iran, CNN says"; 15 October 2026, 0426 UTC; </w:t>
      </w:r>
      <w:hyperlink r:id="rId33">
        <w:r>
          <w:rPr>
            <w:color w:val="8A5D00"/>
            <w:sz w:val="17"/>
          </w:rPr>
          <w:t xml:space="preserve">https://www.arabnews.com/middle-east/us-military-weighs-use-of-mother-of-all-bombs-in-potential-future-strikes-on-iran-cnn-says-3006439</w:t>
        </w:r>
      </w:hyperlink>
      <w:r>
        <w:rPr>
          <w:sz w:val="17"/>
        </w:rPr>
        <w:t>; accessed 15 October 2026; Source descriptor: international wire service relaying a CNN report citing anonymous US officials; not independently verified.</w:t>
      </w:r>
    </w:p>
    <w:p>
      <w:r>
        <w:rPr>
          <w:sz w:val="17"/>
          <w:vertAlign w:val="superscript"/>
        </w:rPr>
        <w:t>[25]</w:t>
      </w:r>
      <w:r>
        <w:rPr>
          <w:sz w:val="17"/>
        </w:rPr>
        <w:t xml:space="preserve"> Julia Manchester; The Hill; "Trump says leakers should be shot: 'They're the scum of the earth'"; 14 October 2026, 1748 EDT; </w:t>
      </w:r>
      <w:hyperlink r:id="rId34">
        <w:r>
          <w:rPr>
            <w:color w:val="8A5D00"/>
            <w:sz w:val="17"/>
          </w:rPr>
          <w:t xml:space="preserve">https://thehill.com/homenews/6149366-trump-rally-leakers-shot/amp/</w:t>
        </w:r>
      </w:hyperlink>
      <w:r>
        <w:rPr>
          <w:sz w:val="17"/>
        </w:rPr>
        <w:t>; accessed 15 October 2026; Source descriptor: US political news outlet quoting public remarks.</w:t>
      </w:r>
    </w:p>
    <w:p>
      <w:r>
        <w:rPr>
          <w:sz w:val="17"/>
          <w:vertAlign w:val="superscript"/>
        </w:rPr>
        <w:t>[26]</w:t>
      </w:r>
      <w:r>
        <w:rPr>
          <w:sz w:val="17"/>
        </w:rPr>
        <w:t xml:space="preserve"> Anadolu Agency; The Express Tribune; "Saudi-led coalition intercepts and destroys drone in eastern Saudi Arabia"; 15 October 2026, 0620 UTC; </w:t>
      </w:r>
      <w:hyperlink r:id="rId35">
        <w:r>
          <w:rPr>
            <w:color w:val="8A5D00"/>
            <w:sz w:val="17"/>
          </w:rPr>
          <w:t xml:space="preserve">https://tribune.com.pk/story/2634972/saudi-led-coalition-intercepts-and-destroys-drone-in-eastern-saudi-arabia</w:t>
        </w:r>
      </w:hyperlink>
      <w:r>
        <w:rPr>
          <w:sz w:val="17"/>
        </w:rPr>
        <w:t>; accessed 15 October 2026; Source descriptor: Turkish state wire service carried by Pakistani daily, citing the coalition spokesman.</w:t>
      </w:r>
    </w:p>
    <w:p>
      <w:r>
        <w:rPr>
          <w:sz w:val="17"/>
          <w:vertAlign w:val="superscript"/>
        </w:rPr>
        <w:t>[27]</w:t>
      </w:r>
      <w:r>
        <w:rPr>
          <w:sz w:val="17"/>
        </w:rPr>
        <w:t xml:space="preserve"> Staff; TASS; "Houthis say they attacked Saudi Typhoon fighter jet"; 15 October 2026, time not given; </w:t>
      </w:r>
      <w:hyperlink r:id="rId36">
        <w:r>
          <w:rPr>
            <w:color w:val="8A5D00"/>
            <w:sz w:val="17"/>
          </w:rPr>
          <w:t xml:space="preserve">https://tass.com/world/2202231</w:t>
        </w:r>
      </w:hyperlink>
      <w:r>
        <w:rPr>
          <w:sz w:val="17"/>
        </w:rPr>
        <w:t>; accessed 15 October 2026; Source descriptor: Russian state news agency relaying a Houthi claim; unverified.</w:t>
      </w:r>
    </w:p>
    <w:p>
      <w:r>
        <w:rPr>
          <w:sz w:val="17"/>
          <w:vertAlign w:val="superscript"/>
        </w:rPr>
        <w:t>[28]</w:t>
      </w:r>
      <w:r>
        <w:rPr>
          <w:sz w:val="17"/>
        </w:rPr>
        <w:t xml:space="preserve"> Nikkie Lyubarsky; The Soufan Center; "Houthi Escalation and What Happens Next in Yemen"; 15 October 2026, time not given; </w:t>
      </w:r>
      <w:hyperlink r:id="rId37">
        <w:r>
          <w:rPr>
            <w:color w:val="8A5D00"/>
            <w:sz w:val="17"/>
          </w:rPr>
          <w:t xml:space="preserve">https://thesoufancenter.org/intelbrief-2026-october-15/</w:t>
        </w:r>
      </w:hyperlink>
      <w:r>
        <w:rPr>
          <w:sz w:val="17"/>
        </w:rPr>
        <w:t>; accessed 15 October 2026; Source descriptor: US security think-tank analysis citing the Financial Times.</w:t>
      </w:r>
    </w:p>
    <w:p>
      <w:r>
        <w:rPr>
          <w:sz w:val="17"/>
          <w:vertAlign w:val="superscript"/>
        </w:rPr>
        <w:t>[29]</w:t>
      </w:r>
      <w:r>
        <w:rPr>
          <w:sz w:val="17"/>
        </w:rPr>
        <w:t xml:space="preserve"> Matthew Doran; ABC News (Australia); "The 'huge problem' Saudi Arabia faces in its conflict with the Houthis in Yemen"; 14 October 2026, 1841 UTC; </w:t>
      </w:r>
      <w:hyperlink r:id="rId38">
        <w:r>
          <w:rPr>
            <w:color w:val="8A5D00"/>
            <w:sz w:val="17"/>
          </w:rPr>
          <w:t xml:space="preserve">https://www.abc.net.au/news/2026-10-15/houthi-saudi-arabia-conflict-and-problem-for-us-iran-war/107263724</w:t>
        </w:r>
      </w:hyperlink>
      <w:r>
        <w:rPr>
          <w:sz w:val="17"/>
        </w:rPr>
        <w:t>; accessed 15 October 2026; Source descriptor: Australian public broadcaster analysis citing a named former US ambassador.</w:t>
      </w:r>
    </w:p>
    <w:p>
      <w:r>
        <w:rPr>
          <w:sz w:val="17"/>
          <w:vertAlign w:val="superscript"/>
        </w:rPr>
        <w:t>[30]</w:t>
      </w:r>
      <w:r>
        <w:rPr>
          <w:sz w:val="17"/>
        </w:rPr>
        <w:t xml:space="preserve"> Erez Linn; Israel Hayom; "Report: Israel blocks construction of Trump Board of Peace base in Gaza"; 15 October 2026, 0544 IDT; </w:t>
      </w:r>
      <w:hyperlink r:id="rId39">
        <w:r>
          <w:rPr>
            <w:color w:val="8A5D00"/>
            <w:sz w:val="17"/>
          </w:rPr>
          <w:t xml:space="preserve">https://www.israelhayom.com/2026/10/15/israel-blocks-trump-gaza-base</w:t>
        </w:r>
      </w:hyperlink>
      <w:r>
        <w:rPr>
          <w:sz w:val="17"/>
        </w:rPr>
        <w:t>; accessed 15 October 2026; Source descriptor: Israeli daily citing The Guardian and unnamed sources.</w:t>
      </w:r>
    </w:p>
    <w:p>
      <w:r>
        <w:rPr>
          <w:sz w:val="17"/>
          <w:vertAlign w:val="superscript"/>
        </w:rPr>
        <w:t>[31]</w:t>
      </w:r>
      <w:r>
        <w:rPr>
          <w:sz w:val="17"/>
        </w:rPr>
        <w:t xml:space="preserve"> Staff; The Times of Israel; "Liveblog October 15, 2026"; 15 October 2026, entries 0741-1149 IDT; </w:t>
      </w:r>
      <w:hyperlink r:id="rId40">
        <w:r>
          <w:rPr>
            <w:color w:val="8A5D00"/>
            <w:sz w:val="17"/>
          </w:rPr>
          <w:t xml:space="preserve">https://www.timesofisrael.com/liveblog-october-15-2026/</w:t>
        </w:r>
      </w:hyperlink>
      <w:r>
        <w:rPr>
          <w:sz w:val="17"/>
        </w:rPr>
        <w:t>; accessed 15 October 2026; Source descriptor: Israeli news outlet live blog.</w:t>
      </w:r>
    </w:p>
    <w:p>
      <w:r>
        <w:rPr>
          <w:sz w:val="17"/>
          <w:vertAlign w:val="superscript"/>
        </w:rPr>
        <w:t>[32]</w:t>
      </w:r>
      <w:r>
        <w:rPr>
          <w:sz w:val="17"/>
        </w:rPr>
        <w:t xml:space="preserve"> Syed Irfan Raza; Dawn; "National Assembly passes resolution endorsing Centre's imposition of emergency in KP"; 14 October 2026, 1216 PKT (updated 1620 PKT); </w:t>
      </w:r>
      <w:hyperlink r:id="rId41">
        <w:r>
          <w:rPr>
            <w:color w:val="8A5D00"/>
            <w:sz w:val="17"/>
          </w:rPr>
          <w:t xml:space="preserve">https://www.dawn.com/news/2037086/national-assembly-passes-resolution-endorsing-centres-imposition-of-emergency-in-kp</w:t>
        </w:r>
      </w:hyperlink>
      <w:r>
        <w:rPr>
          <w:sz w:val="17"/>
        </w:rPr>
        <w:t>; accessed 15 October 2026; Source descriptor: Pakistani newspaper of record.</w:t>
      </w:r>
    </w:p>
    <w:p>
      <w:r>
        <w:rPr>
          <w:sz w:val="17"/>
          <w:vertAlign w:val="superscript"/>
        </w:rPr>
        <w:t>[33]</w:t>
      </w:r>
      <w:r>
        <w:rPr>
          <w:sz w:val="17"/>
        </w:rPr>
        <w:t xml:space="preserve"> Web Desk; The Nation; "National Assembly endorses emergency in KP amid PTI protests, legal challenge"; 14 October 2026, 1750 PKT; </w:t>
      </w:r>
      <w:hyperlink r:id="rId42">
        <w:r>
          <w:rPr>
            <w:color w:val="8A5D00"/>
            <w:sz w:val="17"/>
          </w:rPr>
          <w:t xml:space="preserve">https://www.nation.com.pk/14-Oct-2026/national-assembly-endorses-emergency-kp-amid-pti-protests-legal-challenge</w:t>
        </w:r>
      </w:hyperlink>
      <w:r>
        <w:rPr>
          <w:sz w:val="17"/>
        </w:rPr>
        <w:t>; accessed 15 October 2026; Source descriptor: Pakistani national daily.</w:t>
      </w:r>
    </w:p>
    <w:p>
      <w:r>
        <w:rPr>
          <w:sz w:val="17"/>
          <w:vertAlign w:val="superscript"/>
        </w:rPr>
        <w:t>[34]</w:t>
      </w:r>
      <w:r>
        <w:rPr>
          <w:sz w:val="17"/>
        </w:rPr>
        <w:t xml:space="preserve"> News Desk; 24 News HD; "Joint session stamps resolution endorsing governor's rule in KP"; 15 October 2026, 0834 PKT (updated 1256 PKT); </w:t>
      </w:r>
      <w:hyperlink r:id="rId43">
        <w:r>
          <w:rPr>
            <w:color w:val="8A5D00"/>
            <w:sz w:val="17"/>
          </w:rPr>
          <w:t xml:space="preserve">https://www.24newshd.tv/15-Oct-2026/joint-session-stamps-resolution-endorsing-governor-s-rule-kp</w:t>
        </w:r>
      </w:hyperlink>
      <w:r>
        <w:rPr>
          <w:sz w:val="17"/>
        </w:rPr>
        <w:t>; accessed 15 October 2026; Source descriptor: Pakistani television news outlet.</w:t>
      </w:r>
    </w:p>
    <w:p>
      <w:r>
        <w:rPr>
          <w:b/>
        </w:rPr>
        <w:t>EUCOM</w:t>
      </w:r>
    </w:p>
    <w:p>
      <w:r>
        <w:rPr>
          <w:sz w:val="17"/>
          <w:vertAlign w:val="superscript"/>
        </w:rPr>
        <w:t>[35]</w:t>
      </w:r>
      <w:r>
        <w:rPr>
          <w:sz w:val="17"/>
        </w:rPr>
        <w:t xml:space="preserve"> Alex Russell and Ben Hall; Financial Times via The Irish Times; "Ukraine to resume strikes on Russian refineries, Zelenskiy says"; 15 October 2026, 0836; </w:t>
      </w:r>
      <w:hyperlink r:id="rId44">
        <w:r>
          <w:rPr>
            <w:color w:val="8A5D00"/>
            <w:sz w:val="17"/>
          </w:rPr>
          <w:t xml:space="preserve">https://www.irishtimes.com/world/europe/2026/10/15/ukraine-to-resume-strikes-on-russian-refineries-zelenskiy-says/</w:t>
        </w:r>
      </w:hyperlink>
      <w:r>
        <w:rPr>
          <w:sz w:val="17"/>
        </w:rPr>
        <w:t>; accessed 15 October 2026; Source descriptor: major international newspaper interview with the Ukrainian president, syndicated.</w:t>
      </w:r>
    </w:p>
    <w:p>
      <w:r>
        <w:rPr>
          <w:sz w:val="17"/>
          <w:vertAlign w:val="superscript"/>
        </w:rPr>
        <w:t>[36]</w:t>
      </w:r>
      <w:r>
        <w:rPr>
          <w:sz w:val="17"/>
        </w:rPr>
        <w:t xml:space="preserve"> Sana Noor Haq, Jim Sciutto and Kathleen Magramo; CNN via KESQ; "Zelensky says Ukraine will resume strikes on Russian refineries, as frustration with Trump mounts"; 15 October 2026, 0836 UTC; </w:t>
      </w:r>
      <w:hyperlink r:id="rId45">
        <w:r>
          <w:rPr>
            <w:color w:val="8A5D00"/>
            <w:sz w:val="17"/>
          </w:rPr>
          <w:t xml:space="preserve">https://kesq.com/news/national-world/cnn-world/2026/10/15/zelensky-says-he-feels-betrayed-by-trump-after-russia-fuel-deal/</w:t>
        </w:r>
      </w:hyperlink>
      <w:r>
        <w:rPr>
          <w:sz w:val="17"/>
        </w:rPr>
        <w:t>; accessed 15 October 2026; Source descriptor: US network report carried by local television.</w:t>
      </w:r>
    </w:p>
    <w:p>
      <w:r>
        <w:rPr>
          <w:sz w:val="17"/>
          <w:vertAlign w:val="superscript"/>
        </w:rPr>
        <w:t>[37]</w:t>
      </w:r>
      <w:r>
        <w:rPr>
          <w:sz w:val="17"/>
        </w:rPr>
        <w:t xml:space="preserve"> Staff; Meduza; "'We're done': Zelensky says Ukraine will resume strikes on Russian oil refineries"; 15 October 2026, 0726; </w:t>
      </w:r>
      <w:hyperlink r:id="rId46">
        <w:r>
          <w:rPr>
            <w:color w:val="8A5D00"/>
            <w:sz w:val="17"/>
          </w:rPr>
          <w:t xml:space="preserve">https://meduza.io/en/news/2026/10/15/we-re-done-zelensky-says-ukraine-will-resume-strikes-on-russian-oil-refineries</w:t>
        </w:r>
      </w:hyperlink>
      <w:r>
        <w:rPr>
          <w:sz w:val="17"/>
        </w:rPr>
        <w:t>; accessed 15 October 2026; Source descriptor: independent Russian outlet in exile.</w:t>
      </w:r>
    </w:p>
    <w:p>
      <w:r>
        <w:rPr>
          <w:sz w:val="17"/>
          <w:vertAlign w:val="superscript"/>
        </w:rPr>
        <w:t>[38]</w:t>
      </w:r>
      <w:r>
        <w:rPr>
          <w:sz w:val="17"/>
        </w:rPr>
        <w:t xml:space="preserve"> Susie Blann; Associated Press via WDBO; "Ukraine resumes attacks on Russian oil refineries, officials say, after brief truce"; 15 October 2026, 0514 EDT; </w:t>
      </w:r>
      <w:hyperlink r:id="rId47">
        <w:r>
          <w:rPr>
            <w:color w:val="8A5D00"/>
            <w:sz w:val="17"/>
          </w:rPr>
          <w:t xml:space="preserve">https://www.wdbo.com/news/business/ukraine-resumes/CH7MYWCVEQ5BHMRQUI2BKK2X2Y/</w:t>
        </w:r>
      </w:hyperlink>
      <w:r>
        <w:rPr>
          <w:sz w:val="17"/>
        </w:rPr>
        <w:t>; accessed 15 October 2026; Source descriptor: international wire service citing Russian and Ukrainian officials.</w:t>
      </w:r>
    </w:p>
    <w:p>
      <w:r>
        <w:rPr>
          <w:sz w:val="17"/>
          <w:vertAlign w:val="superscript"/>
        </w:rPr>
        <w:t>[39]</w:t>
      </w:r>
      <w:r>
        <w:rPr>
          <w:sz w:val="17"/>
        </w:rPr>
        <w:t xml:space="preserve"> Staff; The Moscow Times; "Ukrainian Drones Spark Fire at Ryazan Refinery as Zelensky Vows to Resume Attacks"; 15 October 2026, 1137 MSK; </w:t>
      </w:r>
      <w:hyperlink r:id="rId48">
        <w:r>
          <w:rPr>
            <w:color w:val="8A5D00"/>
            <w:sz w:val="17"/>
          </w:rPr>
          <w:t xml:space="preserve">https://www.themoscowtimes.com/2026/10/15/ukrainian-drones-spark-fire-at-ryazan-refinery-as-zelensky-vows-to-resume-attacks-a93981</w:t>
        </w:r>
      </w:hyperlink>
      <w:r>
        <w:rPr>
          <w:sz w:val="17"/>
        </w:rPr>
        <w:t>; accessed 15 October 2026; Source descriptor: independent Russian outlet citing the regional governor and defence ministry.</w:t>
      </w:r>
    </w:p>
    <w:p>
      <w:r>
        <w:rPr>
          <w:sz w:val="17"/>
          <w:vertAlign w:val="superscript"/>
        </w:rPr>
        <w:t>[40]</w:t>
      </w:r>
      <w:r>
        <w:rPr>
          <w:sz w:val="17"/>
        </w:rPr>
        <w:t xml:space="preserve"> Staff; Meduza; "Trump said Russia and Ukraine agreed to stop attacking oil refineries. Three days later, Moscow alleges two Ukrainian strikes — neither reported by regional authorities."; 14 October 2026, 1552; </w:t>
      </w:r>
      <w:hyperlink r:id="rId49">
        <w:r>
          <w:rPr>
            <w:color w:val="8A5D00"/>
            <w:sz w:val="17"/>
          </w:rPr>
          <w:t xml:space="preserve">https://meduza.io/en/news/2026/10/14/trump-said-russia-and-ukraine-agreed-to-stop-attacking-oil-refineries-three-days-later-moscow-alleges-two-ukrainian-strikes-neither-reported-by-regional-authorities</w:t>
        </w:r>
      </w:hyperlink>
      <w:r>
        <w:rPr>
          <w:sz w:val="17"/>
        </w:rPr>
        <w:t>; accessed 15 October 2026; Source descriptor: independent Russian outlet in exile.</w:t>
      </w:r>
    </w:p>
    <w:p>
      <w:r>
        <w:rPr>
          <w:sz w:val="17"/>
          <w:vertAlign w:val="superscript"/>
        </w:rPr>
        <w:t>[41]</w:t>
      </w:r>
      <w:r>
        <w:rPr>
          <w:sz w:val="17"/>
        </w:rPr>
        <w:t xml:space="preserve"> Institute for the Study of War; Kyiv Post; "ISW Russian Offensive Campaign Assessment, October 14, 2026"; 15 October 2026, 0806; </w:t>
      </w:r>
      <w:hyperlink r:id="rId50">
        <w:r>
          <w:rPr>
            <w:color w:val="8A5D00"/>
            <w:sz w:val="17"/>
          </w:rPr>
          <w:t xml:space="preserve">https://www.kyivpost.com/post/87118</w:t>
        </w:r>
      </w:hyperlink>
      <w:r>
        <w:rPr>
          <w:sz w:val="17"/>
        </w:rPr>
        <w:t>; accessed 15 October 2026; Source descriptor: US think-tank assessment carried by Ukrainian outlet.</w:t>
      </w:r>
    </w:p>
    <w:p>
      <w:r>
        <w:rPr>
          <w:sz w:val="17"/>
          <w:vertAlign w:val="superscript"/>
        </w:rPr>
        <w:t>[42]</w:t>
      </w:r>
      <w:r>
        <w:rPr>
          <w:sz w:val="17"/>
        </w:rPr>
        <w:t xml:space="preserve"> Staff; Ukrinform; "Russia launches massive drone attack on Ukraine: Air Defence neutralizes 536 of 580 targets"; 15 October 2026, 0838 EEST; </w:t>
      </w:r>
      <w:hyperlink r:id="rId51">
        <w:r>
          <w:rPr>
            <w:color w:val="8A5D00"/>
            <w:sz w:val="17"/>
          </w:rPr>
          <w:t xml:space="preserve">https://www.ukrinform.net/rubric-ato/4174564-russia-launches-massive-drone-attack-on-ukraine-air-defence-neutralizes-536-of-580-targets.html</w:t>
        </w:r>
      </w:hyperlink>
      <w:r>
        <w:rPr>
          <w:sz w:val="17"/>
        </w:rPr>
        <w:t>; accessed 15 October 2026; Source descriptor: Ukrainian state news agency citing the air force.</w:t>
      </w:r>
    </w:p>
    <w:p>
      <w:r>
        <w:rPr>
          <w:sz w:val="17"/>
          <w:vertAlign w:val="superscript"/>
        </w:rPr>
        <w:t>[43]</w:t>
      </w:r>
      <w:r>
        <w:rPr>
          <w:sz w:val="17"/>
        </w:rPr>
        <w:t xml:space="preserve"> Max Hunder; Reuters via WBOW; "Central Ukrainian region hit by vast drone attack, killing three"; 15 October 2026, 0259; </w:t>
      </w:r>
      <w:hyperlink r:id="rId52">
        <w:r>
          <w:rPr>
            <w:color w:val="8A5D00"/>
            <w:sz w:val="17"/>
          </w:rPr>
          <w:t xml:space="preserve">https://1027wbow.com/2026/10/15/central-ukrainian-region-hit-by-vast-drone-attack-killing-three/</w:t>
        </w:r>
      </w:hyperlink>
      <w:r>
        <w:rPr>
          <w:sz w:val="17"/>
        </w:rPr>
        <w:t>; accessed 15 October 2026; Source descriptor: international wire service citing the regional governor.</w:t>
      </w:r>
    </w:p>
    <w:p>
      <w:r>
        <w:rPr>
          <w:sz w:val="17"/>
          <w:vertAlign w:val="superscript"/>
        </w:rPr>
        <w:t>[44]</w:t>
      </w:r>
      <w:r>
        <w:rPr>
          <w:sz w:val="17"/>
        </w:rPr>
        <w:t xml:space="preserve"> Siladitya Ray; Forbes; "Musk Says US Military And Trump Control Starshield Limits—As Zelenskyy Vows Renewed Russian Oil Strikes"; 15 October 2026, 0428 EDT; </w:t>
      </w:r>
      <w:hyperlink r:id="rId53">
        <w:r>
          <w:rPr>
            <w:color w:val="8A5D00"/>
            <w:sz w:val="17"/>
          </w:rPr>
          <w:t xml:space="preserve">https://www.forbes.com/sites/siladityaray/2026/10/15/musk-says-us-military-and-trump-control-starshield-limits-as-zelenskyy-vows-renewed-russian-oil-strikes/</w:t>
        </w:r>
      </w:hyperlink>
      <w:r>
        <w:rPr>
          <w:sz w:val="17"/>
        </w:rPr>
        <w:t>; accessed 15 October 2026; Source descriptor: US business media quoting public statements.</w:t>
      </w:r>
    </w:p>
    <w:p>
      <w:r>
        <w:rPr>
          <w:sz w:val="17"/>
          <w:vertAlign w:val="superscript"/>
        </w:rPr>
        <w:t>[45]</w:t>
      </w:r>
      <w:r>
        <w:rPr>
          <w:sz w:val="17"/>
        </w:rPr>
        <w:t xml:space="preserve"> Staff; Meduza; "Axios: White House denies role in Starlink restrictions in Ukraine"; 15 October 2026, 0755; </w:t>
      </w:r>
      <w:hyperlink r:id="rId54">
        <w:r>
          <w:rPr>
            <w:color w:val="8A5D00"/>
            <w:sz w:val="17"/>
          </w:rPr>
          <w:t xml:space="preserve">https://meduza.io/en/news/2026/10/15/axios-white-house-denies-role-in-starlink-restrictions-in-ukraine</w:t>
        </w:r>
      </w:hyperlink>
      <w:r>
        <w:rPr>
          <w:sz w:val="17"/>
        </w:rPr>
        <w:t>; accessed 15 October 2026; Source descriptor: independent Russian outlet relaying Axios and an anonymous US official.</w:t>
      </w:r>
    </w:p>
    <w:p>
      <w:r>
        <w:rPr>
          <w:sz w:val="17"/>
          <w:vertAlign w:val="superscript"/>
        </w:rPr>
        <w:t>[46]</w:t>
      </w:r>
      <w:r>
        <w:rPr>
          <w:sz w:val="17"/>
        </w:rPr>
        <w:t xml:space="preserve"> Alisa Orlova; Kyiv Post; "Trump Weighs Easing Shadow Fleet Sanctions to Lower Oil Shipping Costs"; 15 October 2026, 0819; </w:t>
      </w:r>
      <w:hyperlink r:id="rId55">
        <w:r>
          <w:rPr>
            <w:color w:val="8A5D00"/>
            <w:sz w:val="17"/>
          </w:rPr>
          <w:t xml:space="preserve">https://kyivpost.com/post/87121</w:t>
        </w:r>
      </w:hyperlink>
      <w:r>
        <w:rPr>
          <w:sz w:val="17"/>
        </w:rPr>
        <w:t>; accessed 15 October 2026; Source descriptor: Ukrainian outlet citing Reuters.</w:t>
      </w:r>
    </w:p>
    <w:p>
      <w:r>
        <w:rPr>
          <w:sz w:val="17"/>
          <w:vertAlign w:val="superscript"/>
        </w:rPr>
        <w:t>[47]</w:t>
      </w:r>
      <w:r>
        <w:rPr>
          <w:sz w:val="17"/>
        </w:rPr>
        <w:t xml:space="preserve"> Staff; Meduza; "FT: U.S. proposed unfreezing some Russian assets and placing them under Washington's control; Europe rejected the plan"; 15 October 2026, 0828; </w:t>
      </w:r>
      <w:hyperlink r:id="rId56">
        <w:r>
          <w:rPr>
            <w:color w:val="8A5D00"/>
            <w:sz w:val="17"/>
          </w:rPr>
          <w:t xml:space="preserve">https://meduza.io/en/news/2026/10/15/ft-u-s-proposed-unfreezing-some-russian-assets-and-placing-them-under-washington-s-control-europe-rejected-the-plan</w:t>
        </w:r>
      </w:hyperlink>
      <w:r>
        <w:rPr>
          <w:sz w:val="17"/>
        </w:rPr>
        <w:t>; accessed 15 October 2026; Source descriptor: independent Russian outlet relaying the Financial Times.</w:t>
      </w:r>
    </w:p>
    <w:p>
      <w:r>
        <w:rPr>
          <w:sz w:val="17"/>
          <w:vertAlign w:val="superscript"/>
        </w:rPr>
        <w:t>[48]</w:t>
      </w:r>
      <w:r>
        <w:rPr>
          <w:sz w:val="17"/>
        </w:rPr>
        <w:t xml:space="preserve"> Jorge Liboreiro, Luca Bertuzzi et al.; Euronews; "Live. EU summit: Bulgarian PM breaks ranks, backs Trump-Putin diesel deal"; 15 October 2026, 0730 CEST (updated 1121 CEST); </w:t>
      </w:r>
      <w:hyperlink r:id="rId57">
        <w:r>
          <w:rPr>
            <w:color w:val="8A5D00"/>
            <w:sz w:val="17"/>
          </w:rPr>
          <w:t xml:space="preserve">https://www.euronews.com/2026/10/15/eu-summit-leaders-seek-fast-solutions-to-spiralling-energy-prices</w:t>
        </w:r>
      </w:hyperlink>
      <w:r>
        <w:rPr>
          <w:sz w:val="17"/>
        </w:rPr>
        <w:t>; accessed 15 October 2026; Source descriptor: pan-European broadcaster live blog.</w:t>
      </w:r>
    </w:p>
    <w:p>
      <w:r>
        <w:rPr>
          <w:sz w:val="17"/>
          <w:vertAlign w:val="superscript"/>
        </w:rPr>
        <w:t>[49]</w:t>
      </w:r>
      <w:r>
        <w:rPr>
          <w:sz w:val="17"/>
        </w:rPr>
        <w:t xml:space="preserve"> Reuters; Al Jazeera; "Ship catches fire in Romania's waters amid rising attacks in the Black Sea"; 15 October 2026, 0120; </w:t>
      </w:r>
      <w:hyperlink r:id="rId58">
        <w:r>
          <w:rPr>
            <w:color w:val="8A5D00"/>
            <w:sz w:val="17"/>
          </w:rPr>
          <w:t xml:space="preserve">https://www.aljazeera.com/news/2026/10/15/ship-catches-fire-in-romanias-waters-amid-rising-attacks-in-the-black-sea</w:t>
        </w:r>
      </w:hyperlink>
      <w:r>
        <w:rPr>
          <w:sz w:val="17"/>
        </w:rPr>
        <w:t>; accessed 15 October 2026; Source descriptor: international wire service carried by Qatari state-funded broadcaster.</w:t>
      </w:r>
    </w:p>
    <w:p>
      <w:r>
        <w:rPr>
          <w:sz w:val="17"/>
          <w:vertAlign w:val="superscript"/>
        </w:rPr>
        <w:t>[50]</w:t>
      </w:r>
      <w:r>
        <w:rPr>
          <w:sz w:val="17"/>
        </w:rPr>
        <w:t xml:space="preserve"> Vladyslav Khomenko; Militarnyi; "Unidentified Drone Strikes YARA J Tanker in Romanian Waters"; 15 October 2026, 0951 EEST; </w:t>
      </w:r>
      <w:hyperlink r:id="rId59">
        <w:r>
          <w:rPr>
            <w:color w:val="8A5D00"/>
            <w:sz w:val="17"/>
          </w:rPr>
          <w:t xml:space="preserve">https://militarnyi.com/en/news/unidentified-drone-strikes-yara-j-tanker-in-romanian-waters/</w:t>
        </w:r>
      </w:hyperlink>
      <w:r>
        <w:rPr>
          <w:sz w:val="17"/>
        </w:rPr>
        <w:t>; accessed 15 October 2026; Source descriptor: Ukrainian defence trade outlet.</w:t>
      </w:r>
    </w:p>
    <w:p>
      <w:r>
        <w:rPr>
          <w:sz w:val="17"/>
          <w:vertAlign w:val="superscript"/>
        </w:rPr>
        <w:t>[51]</w:t>
      </w:r>
      <w:r>
        <w:rPr>
          <w:sz w:val="17"/>
        </w:rPr>
        <w:t xml:space="preserve"> AFP; Kyiv Post; "Romania Says Eight People Missing After Fire on Vessel in Black Sea"; 15 October 2026, 1043; </w:t>
      </w:r>
      <w:hyperlink r:id="rId60">
        <w:r>
          <w:rPr>
            <w:color w:val="8A5D00"/>
            <w:sz w:val="17"/>
          </w:rPr>
          <w:t xml:space="preserve">https://www.kyivpost.com/post/87133</w:t>
        </w:r>
      </w:hyperlink>
      <w:r>
        <w:rPr>
          <w:sz w:val="17"/>
        </w:rPr>
        <w:t>; accessed 15 October 2026; Source descriptor: international wire service carried by Ukrainian outlet.</w:t>
      </w:r>
    </w:p>
    <w:p>
      <w:r>
        <w:rPr>
          <w:sz w:val="17"/>
          <w:vertAlign w:val="superscript"/>
        </w:rPr>
        <w:t>[52]</w:t>
      </w:r>
      <w:r>
        <w:rPr>
          <w:sz w:val="17"/>
        </w:rPr>
        <w:t xml:space="preserve"> Pawel Florkiewicz and Alicja Surdy; Reuters via 93.3 The Drive; "Poland investigates drone fragments on Baltic beach, says likely from military test"; 14 October 2026, time not given; </w:t>
      </w:r>
      <w:hyperlink r:id="rId61">
        <w:r>
          <w:rPr>
            <w:color w:val="8A5D00"/>
            <w:sz w:val="17"/>
          </w:rPr>
          <w:t xml:space="preserve">https://www.933thedrive.com/2026/10/14/nato-member-poland-finds-possible-drone-on-baltic-sea-beach/</w:t>
        </w:r>
      </w:hyperlink>
      <w:r>
        <w:rPr>
          <w:sz w:val="17"/>
        </w:rPr>
        <w:t>; accessed 15 October 2026; Source descriptor: international wire service citing the Polish defence ministry.</w:t>
      </w:r>
    </w:p>
    <w:p>
      <w:r>
        <w:rPr>
          <w:sz w:val="17"/>
          <w:vertAlign w:val="superscript"/>
        </w:rPr>
        <w:t>[53]</w:t>
      </w:r>
      <w:r>
        <w:rPr>
          <w:sz w:val="17"/>
        </w:rPr>
        <w:t xml:space="preserve"> Staff; Meduza; "FSB says it detained a Swedish citizen in Russia, accuses him of fighting for Ukraine and plotting sabotage"; 15 October 2026, 0839; </w:t>
      </w:r>
      <w:hyperlink r:id="rId62">
        <w:r>
          <w:rPr>
            <w:color w:val="8A5D00"/>
            <w:sz w:val="17"/>
          </w:rPr>
          <w:t xml:space="preserve">https://meduza.io/en/news/2026/10/15/fsb-says-it-detained-a-swedish-citizen-in-russia-accuses-him-of-fighting-for-ukraine-and-plotting-sabotage</w:t>
        </w:r>
      </w:hyperlink>
      <w:r>
        <w:rPr>
          <w:sz w:val="17"/>
        </w:rPr>
        <w:t>; accessed 15 October 2026; Source descriptor: independent Russian outlet citing Interfax and the FSB.</w:t>
      </w:r>
    </w:p>
    <w:p>
      <w:r>
        <w:rPr>
          <w:sz w:val="17"/>
          <w:vertAlign w:val="superscript"/>
        </w:rPr>
        <w:t>[54]</w:t>
      </w:r>
      <w:r>
        <w:rPr>
          <w:sz w:val="17"/>
        </w:rPr>
        <w:t xml:space="preserve"> Lana Kokaia; OC Media; "Georgian opposition leader Japaridze detained at Turkish airport"; 14 October 2026, 1155 UTC; </w:t>
      </w:r>
      <w:hyperlink r:id="rId63">
        <w:r>
          <w:rPr>
            <w:color w:val="8A5D00"/>
            <w:sz w:val="17"/>
          </w:rPr>
          <w:t xml:space="preserve">https://oc-media.org/georgian-opposition-leader-japaridze-detained-at-turkish-airport/</w:t>
        </w:r>
      </w:hyperlink>
      <w:r>
        <w:rPr>
          <w:sz w:val="17"/>
        </w:rPr>
        <w:t>; accessed 15 October 2026; Source descriptor: South Caucasus independent outlet.</w:t>
      </w:r>
    </w:p>
    <w:p>
      <w:r>
        <w:rPr>
          <w:b/>
        </w:rPr>
        <w:t>INDOPACOM</w:t>
      </w:r>
    </w:p>
    <w:p>
      <w:r>
        <w:rPr>
          <w:sz w:val="17"/>
          <w:vertAlign w:val="superscript"/>
        </w:rPr>
        <w:t>[55]</w:t>
      </w:r>
      <w:r>
        <w:rPr>
          <w:sz w:val="17"/>
        </w:rPr>
        <w:t xml:space="preserve"> Colin Zwirko; NK News; "North Korea says it tested submarine-launched cruise missiles"; 14 October 2026, 2323 UTC; </w:t>
      </w:r>
      <w:hyperlink r:id="rId64">
        <w:r>
          <w:rPr>
            <w:color w:val="8A5D00"/>
            <w:sz w:val="17"/>
          </w:rPr>
          <w:t xml:space="preserve">https://www.nknews.org/2026/10/north-korea-says-it-tested-submarine-launched-cruise-missiles/</w:t>
        </w:r>
      </w:hyperlink>
      <w:r>
        <w:rPr>
          <w:sz w:val="17"/>
        </w:rPr>
        <w:t>; accessed 15 October 2026; Source descriptor: specialist North Korea news outlet citing KCNA and South Korea's Joint Chiefs of Staff.</w:t>
      </w:r>
    </w:p>
    <w:p>
      <w:r>
        <w:rPr>
          <w:sz w:val="17"/>
          <w:vertAlign w:val="superscript"/>
        </w:rPr>
        <w:t>[56]</w:t>
      </w:r>
      <w:r>
        <w:rPr>
          <w:sz w:val="17"/>
        </w:rPr>
        <w:t xml:space="preserve"> Julie Masson and Yoojin Lee; Stars and Stripes; "North Korea fires cruise missiles from a submarine as October launches mount"; 15 October 2026, 0725 UTC; </w:t>
      </w:r>
      <w:hyperlink r:id="rId65">
        <w:r>
          <w:rPr>
            <w:color w:val="8A5D00"/>
            <w:sz w:val="17"/>
          </w:rPr>
          <w:t xml:space="preserve">https://www.stripes.com/theaters/asia_pacific/2026-10-15/north-korea-submarine-launched-cruise-missiles-23160219.html</w:t>
        </w:r>
      </w:hyperlink>
      <w:r>
        <w:rPr>
          <w:sz w:val="17"/>
        </w:rPr>
        <w:t>; accessed 15 October 2026; Source descriptor: US military-focused newspaper.</w:t>
      </w:r>
    </w:p>
    <w:p>
      <w:r>
        <w:rPr>
          <w:sz w:val="17"/>
          <w:vertAlign w:val="superscript"/>
        </w:rPr>
        <w:t>[57]</w:t>
      </w:r>
      <w:r>
        <w:rPr>
          <w:sz w:val="17"/>
        </w:rPr>
        <w:t xml:space="preserve"> Al Jazeera Staff and Reuters; Al Jazeera; "North Korea tests two submarine-launched missiles, state media reports"; 15 October 2026, 0323; </w:t>
      </w:r>
      <w:hyperlink r:id="rId66">
        <w:r>
          <w:rPr>
            <w:color w:val="8A5D00"/>
            <w:sz w:val="17"/>
          </w:rPr>
          <w:t xml:space="preserve">https://www.aljazeera.com/news/2026/10/15/north-korea-tests-two-submarine-launched-missiles-state-media-reports</w:t>
        </w:r>
      </w:hyperlink>
      <w:r>
        <w:rPr>
          <w:sz w:val="17"/>
        </w:rPr>
        <w:t>; accessed 15 October 2026; Source descriptor: Qatari state-funded broadcaster with wire input.</w:t>
      </w:r>
    </w:p>
    <w:p>
      <w:r>
        <w:rPr>
          <w:sz w:val="17"/>
          <w:vertAlign w:val="superscript"/>
        </w:rPr>
        <w:t>[58]</w:t>
      </w:r>
      <w:r>
        <w:rPr>
          <w:sz w:val="17"/>
        </w:rPr>
        <w:t xml:space="preserve"> Yoo Ju-hee; Seoul Economic Daily; "North Korea Fires Two Types of Cruise Missiles From Submarine"; 15 October 2026, 1729 KST; </w:t>
      </w:r>
      <w:hyperlink r:id="rId67">
        <w:r>
          <w:rPr>
            <w:color w:val="8A5D00"/>
            <w:sz w:val="17"/>
          </w:rPr>
          <w:t xml:space="preserve">https://en.sedaily.com/politics/2026/10/15/north-korea-fires-two-types-of-cruise-missiles-from</w:t>
        </w:r>
      </w:hyperlink>
      <w:r>
        <w:rPr>
          <w:sz w:val="17"/>
        </w:rPr>
        <w:t>; accessed 15 October 2026; Source descriptor: South Korean business daily.</w:t>
      </w:r>
    </w:p>
    <w:p>
      <w:r>
        <w:rPr>
          <w:sz w:val="17"/>
          <w:vertAlign w:val="superscript"/>
        </w:rPr>
        <w:t>[59]</w:t>
      </w:r>
      <w:r>
        <w:rPr>
          <w:sz w:val="17"/>
        </w:rPr>
        <w:t xml:space="preserve"> Kim Minpyo; SBS News; "New Yalu River Bridge Opens After 12 Years, Accelerating North Korea-China Economic Ties"; 15 October 2026, 1438 KST; </w:t>
      </w:r>
      <w:hyperlink r:id="rId68">
        <w:r>
          <w:rPr>
            <w:color w:val="8A5D00"/>
            <w:sz w:val="17"/>
          </w:rPr>
          <w:t xml:space="preserve">https://news.sbs.co.kr/english/article.do?news_id=N1008799349</w:t>
        </w:r>
      </w:hyperlink>
      <w:r>
        <w:rPr>
          <w:sz w:val="17"/>
        </w:rPr>
        <w:t>; accessed 15 October 2026; Source descriptor: South Korean broadcaster citing Chinese state media.</w:t>
      </w:r>
    </w:p>
    <w:p>
      <w:r>
        <w:rPr>
          <w:sz w:val="17"/>
          <w:vertAlign w:val="superscript"/>
        </w:rPr>
        <w:t>[60]</w:t>
      </w:r>
      <w:r>
        <w:rPr>
          <w:sz w:val="17"/>
        </w:rPr>
        <w:t xml:space="preserve"> Park Eun-ha; The Kyunghyang Shinmun; "North Korea and China 'New Yalu River Bridge' officially opens 12 years after completion"; 15 October 2026, 1159 KST; </w:t>
      </w:r>
      <w:hyperlink r:id="rId69">
        <w:r>
          <w:rPr>
            <w:color w:val="8A5D00"/>
            <w:sz w:val="17"/>
          </w:rPr>
          <w:t xml:space="preserve">https://www.khan.co.kr/en/article/202610151159007/</w:t>
        </w:r>
      </w:hyperlink>
      <w:r>
        <w:rPr>
          <w:sz w:val="17"/>
        </w:rPr>
        <w:t>; accessed 15 October 2026; Source descriptor: South Korean national daily.</w:t>
      </w:r>
    </w:p>
    <w:p>
      <w:r>
        <w:rPr>
          <w:sz w:val="17"/>
          <w:vertAlign w:val="superscript"/>
        </w:rPr>
        <w:t>[61]</w:t>
      </w:r>
      <w:r>
        <w:rPr>
          <w:sz w:val="17"/>
        </w:rPr>
        <w:t xml:space="preserve"> Yonhap; Korea JoongAng Daily; "North Korea and China open Sinuiju-Dandong bridge after decade-long delay"; 15 October 2026, 1450 KST; </w:t>
      </w:r>
      <w:hyperlink r:id="rId70">
        <w:r>
          <w:rPr>
            <w:color w:val="8A5D00"/>
            <w:sz w:val="17"/>
          </w:rPr>
          <w:t xml:space="preserve">https://www.koreajoongangdaily.com/korea/bridge-between-north-korea-china-opens-over-10-years-after-construction-was-completed/12922226</w:t>
        </w:r>
      </w:hyperlink>
      <w:r>
        <w:rPr>
          <w:sz w:val="17"/>
        </w:rPr>
        <w:t>; accessed 15 October 2026; Source descriptor: South Korean wire service citing the unification ministry.</w:t>
      </w:r>
    </w:p>
    <w:p>
      <w:r>
        <w:rPr>
          <w:sz w:val="17"/>
          <w:vertAlign w:val="superscript"/>
        </w:rPr>
        <w:t>[62]</w:t>
      </w:r>
      <w:r>
        <w:rPr>
          <w:sz w:val="17"/>
        </w:rPr>
        <w:t xml:space="preserve"> Yonhap; Korea JoongAng Daily; "Russia pledges deeper ties with North Korea at Pyongyang reception"; 15 October 2026, 1137 KST; </w:t>
      </w:r>
      <w:hyperlink r:id="rId71">
        <w:r>
          <w:rPr>
            <w:color w:val="8A5D00"/>
            <w:sz w:val="17"/>
          </w:rPr>
          <w:t xml:space="preserve">https://www.koreajoongangdaily.com/korea/russia-vows-closer-ties-with-north-korea-at-diplomatic-anniversary-reception/12921653</w:t>
        </w:r>
      </w:hyperlink>
      <w:r>
        <w:rPr>
          <w:sz w:val="17"/>
        </w:rPr>
        <w:t>; accessed 15 October 2026; Source descriptor: South Korean wire service relaying North Korean state media.</w:t>
      </w:r>
    </w:p>
    <w:p>
      <w:r>
        <w:rPr>
          <w:sz w:val="17"/>
          <w:vertAlign w:val="superscript"/>
        </w:rPr>
        <w:t>[63]</w:t>
      </w:r>
      <w:r>
        <w:rPr>
          <w:sz w:val="17"/>
        </w:rPr>
        <w:t xml:space="preserve"> Lee Hyun-ho and Lee Tae-kyu; Seoul Economic Daily; "U.S. Commander Signals Doubts on Wartime Command Transfer"; 15 October 2026, 1728 KST; </w:t>
      </w:r>
      <w:hyperlink r:id="rId72">
        <w:r>
          <w:rPr>
            <w:color w:val="8A5D00"/>
            <w:sz w:val="17"/>
          </w:rPr>
          <w:t xml:space="preserve">https://en.sedaily.com/politics/2026/10/15/us-commander-signals-doubts-on-wartime-command-transfer</w:t>
        </w:r>
      </w:hyperlink>
      <w:r>
        <w:rPr>
          <w:sz w:val="17"/>
        </w:rPr>
        <w:t>; accessed 15 October 2026; Source descriptor: South Korean business daily quoting named officials.</w:t>
      </w:r>
    </w:p>
    <w:p>
      <w:r>
        <w:rPr>
          <w:sz w:val="17"/>
          <w:vertAlign w:val="superscript"/>
        </w:rPr>
        <w:t>[64]</w:t>
      </w:r>
      <w:r>
        <w:rPr>
          <w:sz w:val="17"/>
        </w:rPr>
        <w:t xml:space="preserve"> Dzirhan Mahadzir; USNI News; "Chinese Carrier Strike Group Drills in the Philippine Sea"; 14 October 2026, 1741 UTC; </w:t>
      </w:r>
      <w:hyperlink r:id="rId73">
        <w:r>
          <w:rPr>
            <w:color w:val="8A5D00"/>
            <w:sz w:val="17"/>
          </w:rPr>
          <w:t xml:space="preserve">https://news.usni.org/2026/10/14/chinese-carrier-strike-group-drills-in-the-philippine-sea</w:t>
        </w:r>
      </w:hyperlink>
      <w:r>
        <w:rPr>
          <w:sz w:val="17"/>
        </w:rPr>
        <w:t>; accessed 15 October 2026; Source descriptor: US defence trade outlet citing Japan's Joint Staff Office.</w:t>
      </w:r>
    </w:p>
    <w:p>
      <w:r>
        <w:rPr>
          <w:sz w:val="17"/>
          <w:vertAlign w:val="superscript"/>
        </w:rPr>
        <w:t>[65]</w:t>
      </w:r>
      <w:r>
        <w:rPr>
          <w:sz w:val="17"/>
        </w:rPr>
        <w:t xml:space="preserve"> Fang Wei-li and Fion Khan; Taipei Times; "Chinese naval carrier group enters western Pacific"; 15 October 2026, time not given; </w:t>
      </w:r>
      <w:hyperlink r:id="rId74">
        <w:r>
          <w:rPr>
            <w:color w:val="8A5D00"/>
            <w:sz w:val="17"/>
          </w:rPr>
          <w:t xml:space="preserve">https://www.taipeitimes.com/News/taiwan/archives/2026/10/15/2003866021</w:t>
        </w:r>
      </w:hyperlink>
      <w:r>
        <w:rPr>
          <w:sz w:val="17"/>
        </w:rPr>
        <w:t>; accessed 15 October 2026; Source descriptor: Taiwanese English-language daily citing the Ministry of National Defense.</w:t>
      </w:r>
    </w:p>
    <w:p>
      <w:r>
        <w:rPr>
          <w:sz w:val="17"/>
          <w:vertAlign w:val="superscript"/>
        </w:rPr>
        <w:t>[66]</w:t>
      </w:r>
      <w:r>
        <w:rPr>
          <w:sz w:val="17"/>
        </w:rPr>
        <w:t xml:space="preserve"> Lu Chia-jung, Liu Chien-pang and Sunny Lai; Focus Taiwan; "MAC accuses Beijing of election interference over Puma Shen family firm sanctions"; 14 October 2026, 1942 CST (Taiwan); </w:t>
      </w:r>
      <w:hyperlink r:id="rId75">
        <w:r>
          <w:rPr>
            <w:color w:val="8A5D00"/>
            <w:sz w:val="17"/>
          </w:rPr>
          <w:t xml:space="preserve">https://focustaiwan.tw/politics/202610140020</w:t>
        </w:r>
      </w:hyperlink>
      <w:r>
        <w:rPr>
          <w:sz w:val="17"/>
        </w:rPr>
        <w:t>; accessed 15 October 2026; Source descriptor: Taiwanese state-funded news agency.</w:t>
      </w:r>
    </w:p>
    <w:p>
      <w:r>
        <w:rPr>
          <w:sz w:val="17"/>
          <w:vertAlign w:val="superscript"/>
        </w:rPr>
        <w:t>[67]</w:t>
      </w:r>
      <w:r>
        <w:rPr>
          <w:sz w:val="17"/>
        </w:rPr>
        <w:t xml:space="preserve"> Zachary Lee and Evelyn Kao; Focus Taiwan; "Belize PM vows stronger support for Taiwan after China sanctions"; 14 October 2026, 2107 CST (Taiwan); </w:t>
      </w:r>
      <w:hyperlink r:id="rId76">
        <w:r>
          <w:rPr>
            <w:color w:val="8A5D00"/>
            <w:sz w:val="17"/>
          </w:rPr>
          <w:t xml:space="preserve">https://focustaiwan.tw/politics/202610140023</w:t>
        </w:r>
      </w:hyperlink>
      <w:r>
        <w:rPr>
          <w:sz w:val="17"/>
        </w:rPr>
        <w:t>; accessed 15 October 2026; Source descriptor: Taiwanese state-funded news agency interview with a named head of government.</w:t>
      </w:r>
    </w:p>
    <w:p>
      <w:r>
        <w:rPr>
          <w:sz w:val="17"/>
          <w:vertAlign w:val="superscript"/>
        </w:rPr>
        <w:t>[68]</w:t>
      </w:r>
      <w:r>
        <w:rPr>
          <w:sz w:val="17"/>
        </w:rPr>
        <w:t xml:space="preserve"> Anadolu Agency; A News; "Japan to 'seriously consider' nuclear-powered submarines amid regional tensions"; 15 October 2026, 1213; </w:t>
      </w:r>
      <w:hyperlink r:id="rId77">
        <w:r>
          <w:rPr>
            <w:color w:val="8A5D00"/>
            <w:sz w:val="17"/>
          </w:rPr>
          <w:t xml:space="preserve">https://www.anews.com.tr/middle-east/2026/10/15/japan-to-seriously-consider-nuclear-powered-submarines-amid-regional-tensions</w:t>
        </w:r>
      </w:hyperlink>
      <w:r>
        <w:rPr>
          <w:sz w:val="17"/>
        </w:rPr>
        <w:t>; accessed 15 October 2026; Source descriptor: Turkish state wire service citing Kyodo.</w:t>
      </w:r>
    </w:p>
    <w:p>
      <w:r>
        <w:rPr>
          <w:sz w:val="17"/>
          <w:vertAlign w:val="superscript"/>
        </w:rPr>
        <w:t>[69]</w:t>
      </w:r>
      <w:r>
        <w:rPr>
          <w:sz w:val="17"/>
        </w:rPr>
        <w:t xml:space="preserve"> AFP; 24 News HD; "Fiji asks New Zealand spies to review intelligence service"; 15 October 2026, 0957 PKT; </w:t>
      </w:r>
      <w:hyperlink r:id="rId78">
        <w:r>
          <w:rPr>
            <w:color w:val="8A5D00"/>
            <w:sz w:val="17"/>
          </w:rPr>
          <w:t xml:space="preserve">https://www.24newshd.tv/15-Oct-2026/fiji-asks-new-zealand-spies-review-intelligence-service</w:t>
        </w:r>
      </w:hyperlink>
      <w:r>
        <w:rPr>
          <w:sz w:val="17"/>
        </w:rPr>
        <w:t>; accessed 15 October 2026; Source descriptor: international wire service carried by Pakistani outlet.</w:t>
      </w:r>
    </w:p>
    <w:p>
      <w:r>
        <w:rPr>
          <w:sz w:val="17"/>
          <w:vertAlign w:val="superscript"/>
        </w:rPr>
        <w:t>[70]</w:t>
      </w:r>
      <w:r>
        <w:rPr>
          <w:sz w:val="17"/>
        </w:rPr>
        <w:t xml:space="preserve"> Bella Cariaso; The Philippine Star; "VP to House prosecutors: Where's the evidence?"; 15 October 2026; </w:t>
      </w:r>
      <w:hyperlink r:id="rId79">
        <w:r>
          <w:rPr>
            <w:color w:val="8A5D00"/>
            <w:sz w:val="17"/>
          </w:rPr>
          <w:t xml:space="preserve">https://www.philstar.com/headlines/2026/10/15/2563325/vp-house-prosecutors-wheres-evidence</w:t>
        </w:r>
      </w:hyperlink>
      <w:r>
        <w:rPr>
          <w:sz w:val="17"/>
        </w:rPr>
        <w:t>; accessed 15 October 2026; Source descriptor: Philippine national daily.</w:t>
      </w:r>
    </w:p>
    <w:p>
      <w:r>
        <w:rPr>
          <w:sz w:val="17"/>
          <w:vertAlign w:val="superscript"/>
        </w:rPr>
        <w:t>[71]</w:t>
      </w:r>
      <w:r>
        <w:rPr>
          <w:sz w:val="17"/>
        </w:rPr>
        <w:t xml:space="preserve"> Janvic Mateo; The Philippine Star; "Most Pinoys want Sara in impeach trial – Pulse Asia"; 15 October 2026; </w:t>
      </w:r>
      <w:hyperlink r:id="rId80">
        <w:r>
          <w:rPr>
            <w:color w:val="8A5D00"/>
            <w:sz w:val="17"/>
          </w:rPr>
          <w:t xml:space="preserve">https://www.philstar.com/headlines/2026/10/15/2563327/most-pinoys-want-sara-impeach-trial-pulse-asia</w:t>
        </w:r>
      </w:hyperlink>
      <w:r>
        <w:rPr>
          <w:sz w:val="17"/>
        </w:rPr>
        <w:t>; accessed 15 October 2026; Source descriptor: Philippine national daily reporting a published poll.</w:t>
      </w:r>
    </w:p>
    <w:p>
      <w:r>
        <w:rPr>
          <w:b/>
        </w:rPr>
        <w:t>NORTHCOM</w:t>
      </w:r>
    </w:p>
    <w:p>
      <w:r>
        <w:rPr>
          <w:sz w:val="17"/>
          <w:vertAlign w:val="superscript"/>
        </w:rPr>
        <w:t>[72]</w:t>
      </w:r>
      <w:r>
        <w:rPr>
          <w:sz w:val="17"/>
        </w:rPr>
        <w:t xml:space="preserve"> Gibbs; National Hurricane Center; "Hurricane Trudy Advisory Number 8"; 15 October 2026, 0300 CST (0900 UTC); </w:t>
      </w:r>
      <w:hyperlink r:id="rId81">
        <w:r>
          <w:rPr>
            <w:color w:val="8A5D00"/>
            <w:sz w:val="17"/>
          </w:rPr>
          <w:t xml:space="preserve">https://www.nhc.noaa.gov/text/MIATCPEP1.shtml</w:t>
        </w:r>
      </w:hyperlink>
      <w:r>
        <w:rPr>
          <w:sz w:val="17"/>
        </w:rPr>
        <w:t>; accessed 15 October 2026; Source descriptor: US government official forecast product.</w:t>
      </w:r>
    </w:p>
    <w:p>
      <w:r>
        <w:rPr>
          <w:sz w:val="17"/>
          <w:vertAlign w:val="superscript"/>
        </w:rPr>
        <w:t>[73]</w:t>
      </w:r>
      <w:r>
        <w:rPr>
          <w:sz w:val="17"/>
        </w:rPr>
        <w:t xml:space="preserve"> Gibbs; National Hurricane Center; "Hurricane Trudy Discussion Number 8"; 15 October 2026, 0300 CST; </w:t>
      </w:r>
      <w:hyperlink r:id="rId82">
        <w:r>
          <w:rPr>
            <w:color w:val="8A5D00"/>
            <w:sz w:val="17"/>
          </w:rPr>
          <w:t xml:space="preserve">https://www.nhc.noaa.gov/text/MIATCDEP1.shtml</w:t>
        </w:r>
      </w:hyperlink>
      <w:r>
        <w:rPr>
          <w:sz w:val="17"/>
        </w:rPr>
        <w:t>; accessed 15 October 2026; Source descriptor: US government official forecast product.</w:t>
      </w:r>
    </w:p>
    <w:p>
      <w:r>
        <w:rPr>
          <w:sz w:val="17"/>
          <w:vertAlign w:val="superscript"/>
        </w:rPr>
        <w:t>[74]</w:t>
      </w:r>
      <w:r>
        <w:rPr>
          <w:sz w:val="17"/>
        </w:rPr>
        <w:t xml:space="preserve"> Gibbs; National Hurricane Center; "Tropical Storm Trudy Discussion Number 7"; 14 October 2026, 2100 CST (0300 UTC 15 October); </w:t>
      </w:r>
      <w:hyperlink r:id="rId82">
        <w:r>
          <w:rPr>
            <w:color w:val="8A5D00"/>
            <w:sz w:val="17"/>
          </w:rPr>
          <w:t xml:space="preserve">https://www.nhc.noaa.gov/text/MIATCDEP1.shtml</w:t>
        </w:r>
      </w:hyperlink>
      <w:r>
        <w:rPr>
          <w:sz w:val="17"/>
        </w:rPr>
        <w:t>; accessed 15 October 2026; Source descriptor: US government official forecast product.</w:t>
      </w:r>
    </w:p>
    <w:p>
      <w:r>
        <w:rPr>
          <w:sz w:val="17"/>
          <w:vertAlign w:val="superscript"/>
        </w:rPr>
        <w:t>[75]</w:t>
      </w:r>
      <w:r>
        <w:rPr>
          <w:sz w:val="17"/>
        </w:rPr>
        <w:t xml:space="preserve"> Contributing Reporter; The Rio Times; "Hurricane Trudy Gains Strength Off Mexico"; 15 October 2026, 0844 UTC; </w:t>
      </w:r>
      <w:hyperlink r:id="rId83">
        <w:r>
          <w:rPr>
            <w:color w:val="8A5D00"/>
            <w:sz w:val="17"/>
          </w:rPr>
          <w:t xml:space="preserve">https://www.riotimesonline.com/hurricane-trudy-mexico-manzanillo-puerto-vallarta-2026</w:t>
        </w:r>
      </w:hyperlink>
      <w:r>
        <w:rPr>
          <w:sz w:val="17"/>
        </w:rPr>
        <w:t>; accessed 15 October 2026; Source descriptor: regional English-language news site citing NHC wind probabilities.</w:t>
      </w:r>
    </w:p>
    <w:p>
      <w:r>
        <w:rPr>
          <w:sz w:val="17"/>
          <w:vertAlign w:val="superscript"/>
        </w:rPr>
        <w:t>[76]</w:t>
      </w:r>
      <w:r>
        <w:rPr>
          <w:sz w:val="17"/>
        </w:rPr>
        <w:t xml:space="preserve"> Staff; National Hurricane Center; "Tropical Storm Simon Advisory Number 32"; 15 October 2026, 0200 MST (0900 UTC); </w:t>
      </w:r>
      <w:hyperlink r:id="rId84">
        <w:r>
          <w:rPr>
            <w:color w:val="8A5D00"/>
            <w:sz w:val="17"/>
          </w:rPr>
          <w:t xml:space="preserve">https://www.nhc.noaa.gov/text/MIATCPEP5.shtml</w:t>
        </w:r>
      </w:hyperlink>
      <w:r>
        <w:rPr>
          <w:sz w:val="17"/>
        </w:rPr>
        <w:t>; accessed 15 October 2026; Source descriptor: US government official forecast product.</w:t>
      </w:r>
    </w:p>
    <w:p>
      <w:r>
        <w:rPr>
          <w:sz w:val="17"/>
          <w:vertAlign w:val="superscript"/>
        </w:rPr>
        <w:t>[77]</w:t>
      </w:r>
      <w:r>
        <w:rPr>
          <w:sz w:val="17"/>
        </w:rPr>
        <w:t xml:space="preserve"> Cangialosi; National Hurricane Center; "Tropical Storm Simon Discussion Number 31"; 14 October 2026, 2000 MST; </w:t>
      </w:r>
      <w:hyperlink r:id="rId85">
        <w:r>
          <w:rPr>
            <w:color w:val="8A5D00"/>
            <w:sz w:val="17"/>
          </w:rPr>
          <w:t xml:space="preserve">https://www.nhc.noaa.gov/text/MIATCDEP5.shtml</w:t>
        </w:r>
      </w:hyperlink>
      <w:r>
        <w:rPr>
          <w:sz w:val="17"/>
        </w:rPr>
        <w:t>; accessed 15 October 2026; Source descriptor: US government official forecast product.</w:t>
      </w:r>
    </w:p>
    <w:p>
      <w:r>
        <w:rPr>
          <w:sz w:val="17"/>
          <w:vertAlign w:val="superscript"/>
        </w:rPr>
        <w:t>[78]</w:t>
      </w:r>
      <w:r>
        <w:rPr>
          <w:sz w:val="17"/>
        </w:rPr>
        <w:t xml:space="preserve"> Francisco Javier Cruz and Martín Silva Rey; Associated Press via AJC; "Death toll rises to 6 as Hurricane Simon and Rachel remnants unleash floods in Mexico"; 14 October 2026, time not given; </w:t>
      </w:r>
      <w:hyperlink r:id="rId86">
        <w:r>
          <w:rPr>
            <w:color w:val="8A5D00"/>
            <w:sz w:val="17"/>
          </w:rPr>
          <w:t xml:space="preserve">https://www.ajc.com/news/2026/10/death-toll-rises-to-6-as-hurricane-simon-and-rachel-remnants-unleash-floods-in-mexico/</w:t>
        </w:r>
      </w:hyperlink>
      <w:r>
        <w:rPr>
          <w:sz w:val="17"/>
        </w:rPr>
        <w:t>; accessed 15 October 2026; Source descriptor: international wire service.</w:t>
      </w:r>
    </w:p>
    <w:p>
      <w:r>
        <w:rPr>
          <w:sz w:val="17"/>
          <w:vertAlign w:val="superscript"/>
        </w:rPr>
        <w:t>[79]</w:t>
      </w:r>
      <w:r>
        <w:rPr>
          <w:sz w:val="17"/>
        </w:rPr>
        <w:t xml:space="preserve"> Reinhart; National Hurricane Center; "Tropical Weather Outlook (Atlantic)"; 15 October 2026, 0200 EDT; </w:t>
      </w:r>
      <w:hyperlink r:id="rId87">
        <w:r>
          <w:rPr>
            <w:color w:val="8A5D00"/>
            <w:sz w:val="17"/>
          </w:rPr>
          <w:t xml:space="preserve">https://www.nhc.noaa.gov/text/MIATWOAT.shtml</w:t>
        </w:r>
      </w:hyperlink>
      <w:r>
        <w:rPr>
          <w:sz w:val="17"/>
        </w:rPr>
        <w:t>; accessed 15 October 2026; Source descriptor: US government official forecast product.</w:t>
      </w:r>
    </w:p>
    <w:p>
      <w:r>
        <w:rPr>
          <w:sz w:val="17"/>
          <w:vertAlign w:val="superscript"/>
        </w:rPr>
        <w:t>[80]</w:t>
      </w:r>
      <w:r>
        <w:rPr>
          <w:sz w:val="17"/>
        </w:rPr>
        <w:t xml:space="preserve"> Thad Randazzo; WWSB; "Power restored to 95% of Florida customers after Hurricane Isaias"; 14 October 2026, 1126 EDT; </w:t>
      </w:r>
      <w:hyperlink r:id="rId88">
        <w:r>
          <w:rPr>
            <w:color w:val="8A5D00"/>
            <w:sz w:val="17"/>
          </w:rPr>
          <w:t xml:space="preserve">https://mysuncoast.com/2026/10/14/power-restored-95-florida-customers-after-hurricane-isaias</w:t>
        </w:r>
      </w:hyperlink>
      <w:r>
        <w:rPr>
          <w:sz w:val="17"/>
        </w:rPr>
        <w:t>; accessed 15 October 2026; Source descriptor: US local television citing the governor's office.</w:t>
      </w:r>
    </w:p>
    <w:p>
      <w:r>
        <w:rPr>
          <w:sz w:val="17"/>
          <w:vertAlign w:val="superscript"/>
        </w:rPr>
        <w:t>[81]</w:t>
      </w:r>
      <w:r>
        <w:rPr>
          <w:sz w:val="17"/>
        </w:rPr>
        <w:t xml:space="preserve"> WEAR Staff; WEAR via NBC Montana; "FEMA individual aid not yet set for Isaias; Pensacola, Escambia to meet state on damages"; 14 October 2026, 0934 (updated 1242); </w:t>
      </w:r>
      <w:hyperlink r:id="rId89">
        <w:r>
          <w:rPr>
            <w:color w:val="8A5D00"/>
            <w:sz w:val="17"/>
          </w:rPr>
          <w:t xml:space="preserve">https://nbcmontana.com/news/nation-world/fema-10-14-fema-individual-aid-not-yet-set-for-isaias-pensacola-escambia-to-meet-state-on-damages</w:t>
        </w:r>
      </w:hyperlink>
      <w:r>
        <w:rPr>
          <w:sz w:val="17"/>
        </w:rPr>
        <w:t>; accessed 15 October 2026; Source descriptor: US local television citing county officials.</w:t>
      </w:r>
    </w:p>
    <w:p>
      <w:r>
        <w:rPr>
          <w:sz w:val="17"/>
          <w:vertAlign w:val="superscript"/>
        </w:rPr>
        <w:t>[82]</w:t>
      </w:r>
      <w:r>
        <w:rPr>
          <w:sz w:val="17"/>
        </w:rPr>
        <w:t xml:space="preserve"> Robert Philpot; The Exchange Post; "Gulf Coast Exchanges Suffer Some Damage but Back to Normal After Hurricane"; 14 October 2026, time not given; </w:t>
      </w:r>
      <w:hyperlink r:id="rId90">
        <w:r>
          <w:rPr>
            <w:color w:val="8A5D00"/>
            <w:sz w:val="17"/>
          </w:rPr>
          <w:t xml:space="preserve">https://www.theexchangepost.com/2026/10/14/gulf-coast-exchanges-suffer-some-damage-but-back-to-normal-after-hurricane/</w:t>
        </w:r>
      </w:hyperlink>
      <w:r>
        <w:rPr>
          <w:sz w:val="17"/>
        </w:rPr>
        <w:t>; accessed 15 October 2026; Source descriptor: DoD-affiliated exchange service publication.</w:t>
      </w:r>
    </w:p>
    <w:p>
      <w:r>
        <w:rPr>
          <w:sz w:val="17"/>
          <w:vertAlign w:val="superscript"/>
        </w:rPr>
        <w:t>[83]</w:t>
      </w:r>
      <w:r>
        <w:rPr>
          <w:sz w:val="17"/>
        </w:rPr>
        <w:t xml:space="preserve"> Alicia Civita; Latin Times; "U.S. Army Shifts Hundreds of Soldiers to Rio Grande Valley as Officials Cite Cartel Activity"; 14 October 2026, 0951 EDT; </w:t>
      </w:r>
      <w:hyperlink r:id="rId91">
        <w:r>
          <w:rPr>
            <w:color w:val="8A5D00"/>
            <w:sz w:val="17"/>
          </w:rPr>
          <w:t xml:space="preserve">https://www.latintimes.com/us-army-shifts-hundreds-soldiers-rio-grande-valley-officials-cite-cartel-activity-600159</w:t>
        </w:r>
      </w:hyperlink>
      <w:r>
        <w:rPr>
          <w:sz w:val="17"/>
        </w:rPr>
        <w:t>; accessed 15 October 2026; Source descriptor: US digital outlet aggregating AP and Reuters reporting.</w:t>
      </w:r>
    </w:p>
    <w:p>
      <w:r>
        <w:rPr>
          <w:sz w:val="17"/>
          <w:vertAlign w:val="superscript"/>
        </w:rPr>
        <w:t>[84]</w:t>
      </w:r>
      <w:r>
        <w:rPr>
          <w:sz w:val="17"/>
        </w:rPr>
        <w:t xml:space="preserve"> Staff; US Department of the Treasury; "Treasury Targets Cartel del Noreste's Horse Racing Enterprise and Expansive Criminal Network"; 13 October 2026, time not given; </w:t>
      </w:r>
      <w:hyperlink r:id="rId92">
        <w:r>
          <w:rPr>
            <w:color w:val="8A5D00"/>
            <w:sz w:val="17"/>
          </w:rPr>
          <w:t xml:space="preserve">https://home.treasury.gov/news/press-releases/sb0656</w:t>
        </w:r>
      </w:hyperlink>
      <w:r>
        <w:rPr>
          <w:sz w:val="17"/>
        </w:rPr>
        <w:t>; accessed 15 October 2026; Source descriptor: official US government press release.</w:t>
      </w:r>
    </w:p>
    <w:p>
      <w:r>
        <w:rPr>
          <w:sz w:val="17"/>
          <w:vertAlign w:val="superscript"/>
        </w:rPr>
        <w:t>[85]</w:t>
      </w:r>
      <w:r>
        <w:rPr>
          <w:sz w:val="17"/>
        </w:rPr>
        <w:t xml:space="preserve"> Redacción Zacatecas; Imagen Zacatecas; "Sheinbaum exige a Washington evidencias sobre presuntos nexos de 11 empresas con el crimen organizado"; 14 October 2026, time not given; </w:t>
      </w:r>
      <w:hyperlink r:id="rId93">
        <w:r>
          <w:rPr>
            <w:color w:val="8A5D00"/>
            <w:sz w:val="17"/>
          </w:rPr>
          <w:t xml:space="preserve">https://www.imagenzac.com.mx/pais/sheinbaum-exige-a-washington-evidencias-sobre-presuntos-nexos-de-11-empresas-con-el-crimen-organizado</w:t>
        </w:r>
      </w:hyperlink>
      <w:r>
        <w:rPr>
          <w:sz w:val="17"/>
        </w:rPr>
        <w:t>; accessed 15 October 2026; Source descriptor: Mexican regional newspaper quoting the president.</w:t>
      </w:r>
    </w:p>
    <w:p>
      <w:r>
        <w:rPr>
          <w:sz w:val="17"/>
          <w:vertAlign w:val="superscript"/>
        </w:rPr>
        <w:t>[86]</w:t>
      </w:r>
      <w:r>
        <w:rPr>
          <w:sz w:val="17"/>
        </w:rPr>
        <w:t xml:space="preserve"> Alejandra Huitrón; Infobae México; "EN VIVO| Seguridad, narcotráfico y crimen en México hoy 14 de octubre"; 14 October 2026, 1332 UTC (updated 2301 UTC); </w:t>
      </w:r>
      <w:hyperlink r:id="rId94">
        <w:r>
          <w:rPr>
            <w:color w:val="8A5D00"/>
            <w:sz w:val="17"/>
          </w:rPr>
          <w:t xml:space="preserve">https://www.infobae.com/mexico/2026/10/14/en-vivo-seguridad-narcotrafico-y-crimen-en-mexico-hoy-14-de-octubre-capturan-en-jalisco-a-lider-de-los-cromos/</w:t>
        </w:r>
      </w:hyperlink>
      <w:r>
        <w:rPr>
          <w:sz w:val="17"/>
        </w:rPr>
        <w:t>; accessed 15 October 2026; Source descriptor: regional digital news outlet live blog.</w:t>
      </w:r>
    </w:p>
    <w:p>
      <w:r>
        <w:rPr>
          <w:sz w:val="17"/>
          <w:vertAlign w:val="superscript"/>
        </w:rPr>
        <w:t>[87]</w:t>
      </w:r>
      <w:r>
        <w:rPr>
          <w:sz w:val="17"/>
        </w:rPr>
        <w:t xml:space="preserve"> Redacción/Agencias; UnoTV; "Sinaloa vive jornada violenta: fosa clandestina, homicidios y balaceras"; 14 October 2026, 1115 MST; </w:t>
      </w:r>
      <w:hyperlink r:id="rId95">
        <w:r>
          <w:rPr>
            <w:color w:val="8A5D00"/>
            <w:sz w:val="17"/>
          </w:rPr>
          <w:t xml:space="preserve">https://www.unotv.com/estados/sinaloa/sinaloa-vive-jornada-violenta-fosa-clandestina-homicidios-y-balaceras/</w:t>
        </w:r>
      </w:hyperlink>
      <w:r>
        <w:rPr>
          <w:sz w:val="17"/>
        </w:rPr>
        <w:t>; accessed 15 October 2026; Source descriptor: Mexican national broadcaster.</w:t>
      </w:r>
    </w:p>
    <w:p>
      <w:r>
        <w:rPr>
          <w:sz w:val="17"/>
          <w:vertAlign w:val="superscript"/>
        </w:rPr>
        <w:t>[88]</w:t>
      </w:r>
      <w:r>
        <w:rPr>
          <w:sz w:val="17"/>
        </w:rPr>
        <w:t xml:space="preserve"> The Canadian Press; InfoNews; "Carney to attend pro-Canada rally in Calgary as Alberta races toward referendum vote"; 15 October 2026, 0100 PDT; </w:t>
      </w:r>
      <w:hyperlink r:id="rId96">
        <w:r>
          <w:rPr>
            <w:color w:val="8A5D00"/>
            <w:sz w:val="17"/>
          </w:rPr>
          <w:t xml:space="preserve">https://infonews.ca/news/7954632/carney-to-attend-pro-canada-rally-in-calgary-as-alberta-races-toward-referendum-vote/</w:t>
        </w:r>
      </w:hyperlink>
      <w:r>
        <w:rPr>
          <w:sz w:val="17"/>
        </w:rPr>
        <w:t>; accessed 15 October 2026; Source descriptor: Canadian national wire service.</w:t>
      </w:r>
    </w:p>
    <w:p>
      <w:r>
        <w:rPr>
          <w:sz w:val="17"/>
          <w:vertAlign w:val="superscript"/>
        </w:rPr>
        <w:t>[89]</w:t>
      </w:r>
      <w:r>
        <w:rPr>
          <w:sz w:val="17"/>
        </w:rPr>
        <w:t xml:space="preserve"> Gary Fields; Associated Press via KSAT; "Appeals court will hear arguments on Trump's National Guard deployment in the nation's capital"; 14 October 2026, 0610 (updated 0938); </w:t>
      </w:r>
      <w:hyperlink r:id="rId97">
        <w:r>
          <w:rPr>
            <w:color w:val="8A5D00"/>
            <w:sz w:val="17"/>
          </w:rPr>
          <w:t xml:space="preserve">https://www.ksat.com/news/politics/2026/10/14/appeals-court-will-hear-arguments-on-trumps-national-guard-deployment-in-the-nations-capital/</w:t>
        </w:r>
      </w:hyperlink>
      <w:r>
        <w:rPr>
          <w:sz w:val="17"/>
        </w:rPr>
        <w:t>; accessed 15 October 2026; Source descriptor: international wire service.</w:t>
      </w:r>
    </w:p>
    <w:p>
      <w:r>
        <w:rPr>
          <w:b/>
        </w:rPr>
        <w:t>SOUTHCOM</w:t>
      </w:r>
    </w:p>
    <w:p>
      <w:r>
        <w:rPr>
          <w:sz w:val="17"/>
          <w:vertAlign w:val="superscript"/>
        </w:rPr>
        <w:t>[90]</w:t>
      </w:r>
      <w:r>
        <w:rPr>
          <w:sz w:val="17"/>
        </w:rPr>
        <w:t xml:space="preserve"> DW; O Povo; "Pesquisa Quaest: Flávio Bolsonaro tem 46%; Lula, 44% no 2° turno"; 15 October 2026, 0001 BRT; </w:t>
      </w:r>
      <w:hyperlink r:id="rId98">
        <w:r>
          <w:rPr>
            <w:color w:val="8A5D00"/>
            <w:sz w:val="17"/>
          </w:rPr>
          <w:t xml:space="preserve">https://www.opovo.com.br/noticias/brasil/2026/10/15/pesquisa-quaest-flavio-bolsonaro-tem-46-lula-44-no-2-turno.html</w:t>
        </w:r>
      </w:hyperlink>
      <w:r>
        <w:rPr>
          <w:sz w:val="17"/>
        </w:rPr>
        <w:t>; accessed 15 October 2026; Source descriptor: international broadcaster carried by Brazilian regional newspaper, reporting a registered poll.</w:t>
      </w:r>
    </w:p>
    <w:p>
      <w:r>
        <w:rPr>
          <w:sz w:val="17"/>
          <w:vertAlign w:val="superscript"/>
        </w:rPr>
        <w:t>[91]</w:t>
      </w:r>
      <w:r>
        <w:rPr>
          <w:sz w:val="17"/>
        </w:rPr>
        <w:t xml:space="preserve"> Redação Alô Alô Bahia / Agência NBZ; Alô Alô Bahia; "Band confirma 1º debate entre Lula e Flávio Bolsonaro no 2º turno"; 14 October 2026, 1226 BRT; </w:t>
      </w:r>
      <w:hyperlink r:id="rId99">
        <w:r>
          <w:rPr>
            <w:color w:val="8A5D00"/>
            <w:sz w:val="17"/>
          </w:rPr>
          <w:t xml:space="preserve">https://aloalobahia.com/noticias/2026/10/14/band-confirma-debate-entre-lula-e-flavio-bolsonaro-neste-domingo-18/</w:t>
        </w:r>
      </w:hyperlink>
      <w:r>
        <w:rPr>
          <w:sz w:val="17"/>
        </w:rPr>
        <w:t>; accessed 15 October 2026; Source descriptor: Brazilian regional news site.</w:t>
      </w:r>
    </w:p>
    <w:p>
      <w:r>
        <w:rPr>
          <w:sz w:val="17"/>
          <w:vertAlign w:val="superscript"/>
        </w:rPr>
        <w:t>[92]</w:t>
      </w:r>
      <w:r>
        <w:rPr>
          <w:sz w:val="17"/>
        </w:rPr>
        <w:t xml:space="preserve"> Redacción Política; El Espectador; "'Es una pequeña minoría la que quiere parar a Colombia': De la Espriella tras las marchas"; 14 October 2026, 2311 COT; </w:t>
      </w:r>
      <w:hyperlink r:id="rId100">
        <w:r>
          <w:rPr>
            <w:color w:val="8A5D00"/>
            <w:sz w:val="17"/>
          </w:rPr>
          <w:t xml:space="preserve">https://www.elespectador.com/politica/de-la-espriella-dijo-que-las-marchas-muestra-que-la-oposicion-es-minoria-en-colombia/</w:t>
        </w:r>
      </w:hyperlink>
      <w:r>
        <w:rPr>
          <w:sz w:val="17"/>
        </w:rPr>
        <w:t>; accessed 15 October 2026; Source descriptor: Colombian national newspaper reporting government figures.</w:t>
      </w:r>
    </w:p>
    <w:p>
      <w:r>
        <w:rPr>
          <w:sz w:val="17"/>
          <w:vertAlign w:val="superscript"/>
        </w:rPr>
        <w:t>[93]</w:t>
      </w:r>
      <w:r>
        <w:rPr>
          <w:sz w:val="17"/>
        </w:rPr>
        <w:t xml:space="preserve"> Juan David Cano; Cambio; "Marchas 14 de octubre: balance de las protestas en Bogotá, Medellín, Cali y otras ciudades de Colombia"; 14 October 2026, 1515 COT; </w:t>
      </w:r>
      <w:hyperlink r:id="rId101">
        <w:r>
          <w:rPr>
            <w:color w:val="8A5D00"/>
            <w:sz w:val="17"/>
          </w:rPr>
          <w:t xml:space="preserve">https://cambiocolombia.com/pais/articulo/2026/10/granizo-estaciones-cerradas-y-marchas-en-mas-de-diez-ciudades-asi-van-las-primeras-protestas-de-la-oposicion</w:t>
        </w:r>
      </w:hyperlink>
      <w:r>
        <w:rPr>
          <w:sz w:val="17"/>
        </w:rPr>
        <w:t>; accessed 15 October 2026; Source descriptor: Colombian national news magazine.</w:t>
      </w:r>
    </w:p>
    <w:p>
      <w:r>
        <w:rPr>
          <w:sz w:val="17"/>
          <w:vertAlign w:val="superscript"/>
        </w:rPr>
        <w:t>[94]</w:t>
      </w:r>
      <w:r>
        <w:rPr>
          <w:sz w:val="17"/>
        </w:rPr>
        <w:t xml:space="preserve"> Redacción Vanguardia; Vanguardia; "Ejército refuerza operaciones en Chocó tras ataque con drones atribuido al Eln"; 14 October 2026, 1753 COT; </w:t>
      </w:r>
      <w:hyperlink r:id="rId102">
        <w:r>
          <w:rPr>
            <w:color w:val="8A5D00"/>
            <w:sz w:val="17"/>
          </w:rPr>
          <w:t xml:space="preserve">https://vanguardia.com/colombia/2026/10/14/ataque-del-eln-con-drones-explosivos-en-choco-deja-diez-militares-heridos</w:t>
        </w:r>
      </w:hyperlink>
      <w:r>
        <w:rPr>
          <w:sz w:val="17"/>
        </w:rPr>
        <w:t>; accessed 15 October 2026; Source descriptor: Colombian regional newspaper citing the army.</w:t>
      </w:r>
    </w:p>
    <w:p>
      <w:r>
        <w:rPr>
          <w:sz w:val="17"/>
          <w:vertAlign w:val="superscript"/>
        </w:rPr>
        <w:t>[95]</w:t>
      </w:r>
      <w:r>
        <w:rPr>
          <w:sz w:val="17"/>
        </w:rPr>
        <w:t xml:space="preserve"> Daniel Ospina; Infobae Colombia; "Murió soldado herido en bombardeo contra el frente 33 de las disidencias de las Farc en el Catatumbo"; 14 October 2026, 0105 UTC; </w:t>
      </w:r>
      <w:hyperlink r:id="rId103">
        <w:r>
          <w:rPr>
            <w:color w:val="8A5D00"/>
            <w:sz w:val="17"/>
          </w:rPr>
          <w:t xml:space="preserve">https://www.infobae.com/colombia/2026/10/14/murio-soldado-herido-en-bombardeo-contra-el-frente-33-de-las-disidencias-de-las-farc-en-el-catatumbo/</w:t>
        </w:r>
      </w:hyperlink>
      <w:r>
        <w:rPr>
          <w:sz w:val="17"/>
        </w:rPr>
        <w:t>; accessed 15 October 2026; Source descriptor: regional digital news outlet.</w:t>
      </w:r>
    </w:p>
    <w:p>
      <w:r>
        <w:rPr>
          <w:sz w:val="17"/>
          <w:vertAlign w:val="superscript"/>
        </w:rPr>
        <w:t>[96]</w:t>
      </w:r>
      <w:r>
        <w:rPr>
          <w:sz w:val="17"/>
        </w:rPr>
        <w:t xml:space="preserve"> Al Jazeera Staff with AFP and Reuters; Al Jazeera; "US lifts sanctions on Venezuela's top legislator"; 14 October 2026, 1953; </w:t>
      </w:r>
      <w:hyperlink r:id="rId104">
        <w:r>
          <w:rPr>
            <w:color w:val="8A5D00"/>
            <w:sz w:val="17"/>
          </w:rPr>
          <w:t xml:space="preserve">https://www.aljazeera.com/news/2026/10/14/us-lifts-sanctions-on-venezuelas-top-legislator</w:t>
        </w:r>
      </w:hyperlink>
      <w:r>
        <w:rPr>
          <w:sz w:val="17"/>
        </w:rPr>
        <w:t>; accessed 15 October 2026; Source descriptor: Qatari state-funded broadcaster with wire input.</w:t>
      </w:r>
    </w:p>
    <w:p>
      <w:r>
        <w:rPr>
          <w:sz w:val="17"/>
          <w:vertAlign w:val="superscript"/>
        </w:rPr>
        <w:t>[97]</w:t>
      </w:r>
      <w:r>
        <w:rPr>
          <w:sz w:val="17"/>
        </w:rPr>
        <w:t xml:space="preserve"> Staff; TAG24; "Venezuela government and opposition hold third round of US-sponsored transition talks"; 15 October 2026, 0731 UTC; </w:t>
      </w:r>
      <w:hyperlink r:id="rId105">
        <w:r>
          <w:rPr>
            <w:color w:val="8A5D00"/>
            <w:sz w:val="17"/>
          </w:rPr>
          <w:t xml:space="preserve">https://www.tag24.com/en/topic/world/venezuela/venezuela-government-and-opposition-hold-third-round-of-us-sponsored-transition-talks-3540361</w:t>
        </w:r>
      </w:hyperlink>
      <w:r>
        <w:rPr>
          <w:sz w:val="17"/>
        </w:rPr>
        <w:t>; accessed 15 October 2026; Source descriptor: digital news outlet carrying AFP reporting citing a State Department official.</w:t>
      </w:r>
    </w:p>
    <w:p>
      <w:r>
        <w:rPr>
          <w:sz w:val="17"/>
          <w:vertAlign w:val="superscript"/>
        </w:rPr>
        <w:t>[98]</w:t>
      </w:r>
      <w:r>
        <w:rPr>
          <w:sz w:val="17"/>
        </w:rPr>
        <w:t xml:space="preserve"> Pedro Pablo Peñaloza; Infobae; "Venezuela: sindicatos advierten que aumentarán sus protestas si no se atienden sus reclamos"; 14 October 2026, 1515 UTC; </w:t>
      </w:r>
      <w:hyperlink r:id="rId106">
        <w:r>
          <w:rPr>
            <w:color w:val="8A5D00"/>
            <w:sz w:val="17"/>
          </w:rPr>
          <w:t xml:space="preserve">https://www.infobae.com/venezuela/2026/10/14/venezuela-sindicatos-advierten-que-aumentaran-sus-protestas-no-se-atienden-sus-reclamos/</w:t>
        </w:r>
      </w:hyperlink>
      <w:r>
        <w:rPr>
          <w:sz w:val="17"/>
        </w:rPr>
        <w:t>; accessed 15 October 2026; Source descriptor: regional digital news outlet quoting named union leaders.</w:t>
      </w:r>
    </w:p>
    <w:p>
      <w:r>
        <w:rPr>
          <w:sz w:val="17"/>
          <w:vertAlign w:val="superscript"/>
        </w:rPr>
        <w:t>[99]</w:t>
      </w:r>
      <w:r>
        <w:rPr>
          <w:sz w:val="17"/>
        </w:rPr>
        <w:t xml:space="preserve"> Cristina Cotari; Red Uno de Bolivia; "Sectores evistas anuncian movilizaciones en los nueve departamentos y una marcha hacia La Paz"; 14 October 2026, 1534 BOT; </w:t>
      </w:r>
      <w:hyperlink r:id="rId107">
        <w:r>
          <w:rPr>
            <w:color w:val="8A5D00"/>
            <w:sz w:val="17"/>
          </w:rPr>
          <w:t xml:space="preserve">https://www.reduno.com.bo/noticias/sectores-evistas-anuncian-movilizaciones-en-los-nueve-departamentos-y-una-marcha-hacia-la-paz-20261014142558</w:t>
        </w:r>
      </w:hyperlink>
      <w:r>
        <w:rPr>
          <w:sz w:val="17"/>
        </w:rPr>
        <w:t>; accessed 15 October 2026; Source descriptor: Bolivian national television network.</w:t>
      </w:r>
    </w:p>
    <w:p>
      <w:r>
        <w:rPr>
          <w:sz w:val="17"/>
          <w:vertAlign w:val="superscript"/>
        </w:rPr>
        <w:t>[100]</w:t>
      </w:r>
      <w:r>
        <w:rPr>
          <w:sz w:val="17"/>
        </w:rPr>
        <w:t xml:space="preserve"> Julio César Aizprúa; Infobae Panamá; "Un total 11,460 personas están afectadas por el terremoto de 7.5 grados que afectó a Panamá, según el último informe oficial"; 14 October 2026, 1206 UTC; </w:t>
      </w:r>
      <w:hyperlink r:id="rId108">
        <w:r>
          <w:rPr>
            <w:color w:val="8A5D00"/>
            <w:sz w:val="17"/>
          </w:rPr>
          <w:t xml:space="preserve">https://www.infobae.com/panama/2026/10/14/un-total-11460-personas-estan-afectadas-por-el-terremoto-de-75-grados-que-afecto-a-panama-segun-el-ultimo-informe-oficial/</w:t>
        </w:r>
      </w:hyperlink>
      <w:r>
        <w:rPr>
          <w:sz w:val="17"/>
        </w:rPr>
        <w:t>; accessed 15 October 2026; Source descriptor: regional digital news outlet citing Panama's national emergency centre.</w:t>
      </w:r>
    </w:p>
    <w:p>
      <w:r>
        <w:rPr>
          <w:sz w:val="17"/>
          <w:vertAlign w:val="superscript"/>
        </w:rPr>
        <w:t>[101]</w:t>
      </w:r>
      <w:r>
        <w:rPr>
          <w:sz w:val="17"/>
        </w:rPr>
        <w:t xml:space="preserve"> Alex Hernández; Infobae Panamá; "Más de 8,300 niños necesitan ayuda tras el terremoto en Panamá, según Unicef"; 14 October 2026, 0050 UTC; </w:t>
      </w:r>
      <w:hyperlink r:id="rId109">
        <w:r>
          <w:rPr>
            <w:color w:val="8A5D00"/>
            <w:sz w:val="17"/>
          </w:rPr>
          <w:t xml:space="preserve">https://www.infobae.com/panama/2026/10/14/mas-de-8300-ninos-necesitan-ayuda-tras-el-terremoto-en-panama-segun-unicef/</w:t>
        </w:r>
      </w:hyperlink>
      <w:r>
        <w:rPr>
          <w:sz w:val="17"/>
        </w:rPr>
        <w:t>; accessed 15 October 2026; Source descriptor: regional digital news outlet citing UNICEF.</w:t>
      </w:r>
    </w:p>
    <w:p>
      <w:r>
        <w:rPr>
          <w:sz w:val="17"/>
          <w:vertAlign w:val="superscript"/>
        </w:rPr>
        <w:t>[102]</w:t>
      </w:r>
      <w:r>
        <w:rPr>
          <w:sz w:val="17"/>
        </w:rPr>
        <w:t xml:space="preserve"> Roger Vélez; Primicias; "Nuevo toque de queda en provincias de la Costa de Ecuador será en noviembre 2026, dice presidente Noboa"; 14 October 2026, 0824 ECT; </w:t>
      </w:r>
      <w:hyperlink r:id="rId110">
        <w:r>
          <w:rPr>
            <w:color w:val="8A5D00"/>
            <w:sz w:val="17"/>
          </w:rPr>
          <w:t xml:space="preserve">https://www.primicias.ec/politica/daniel-noboa-anuncio-toque-queda-ecuador-costa-provincias-feriado-noviembre2026-134871/</w:t>
        </w:r>
      </w:hyperlink>
      <w:r>
        <w:rPr>
          <w:sz w:val="17"/>
        </w:rPr>
        <w:t>; accessed 15 October 2026; Source descriptor: Ecuadorian national digital outlet quoting the president.</w:t>
      </w:r>
    </w:p>
    <w:p>
      <w:r>
        <w:rPr>
          <w:sz w:val="17"/>
          <w:vertAlign w:val="superscript"/>
        </w:rPr>
        <w:t>[103]</w:t>
      </w:r>
      <w:r>
        <w:rPr>
          <w:sz w:val="17"/>
        </w:rPr>
        <w:t xml:space="preserve"> Abigail Parada; Infobae; "Crisis eléctrica: una nueva protesta expone el impacto de los apagones en Cuba"; 14 October 2026, 1845 UTC; </w:t>
      </w:r>
      <w:hyperlink r:id="rId111">
        <w:r>
          <w:rPr>
            <w:color w:val="8A5D00"/>
            <w:sz w:val="17"/>
          </w:rPr>
          <w:t xml:space="preserve">https://www.infobae.com/cuba/2026/10/14/crisis-electrica-una-nueva-protesta-expone-el-impacto-de-los-apagones-en-cuba/</w:t>
        </w:r>
      </w:hyperlink>
      <w:r>
        <w:rPr>
          <w:sz w:val="17"/>
        </w:rPr>
        <w:t>; accessed 15 October 2026; Source descriptor: regional digital news outlet citing CiberCuba and state utility data.</w:t>
      </w:r>
    </w:p>
    <w:p>
      <w:r>
        <w:rPr>
          <w:sz w:val="17"/>
          <w:vertAlign w:val="superscript"/>
        </w:rPr>
        <w:t>[104]</w:t>
      </w:r>
      <w:r>
        <w:rPr>
          <w:sz w:val="17"/>
        </w:rPr>
        <w:t xml:space="preserve"> Contributing Reporter; The Rio Times; "Milei Lands in Washington for 36-Hour Visit on 14 October"; 14 October 2026, 1849 UTC; </w:t>
      </w:r>
      <w:hyperlink r:id="rId112">
        <w:r>
          <w:rPr>
            <w:color w:val="8A5D00"/>
            <w:sz w:val="17"/>
          </w:rPr>
          <w:t xml:space="preserve">https://www.riotimesonline.com/argentina-milei-washington-us-visit-2026/</w:t>
        </w:r>
      </w:hyperlink>
      <w:r>
        <w:rPr>
          <w:sz w:val="17"/>
        </w:rPr>
        <w:t>; accessed 15 October 2026; Source descriptor: regional English-language news site.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ubc.go.ug/2026/10/14/ethiopian-forces-approach-eritrea-border-town-militia-resident" TargetMode="External"/><Relationship Id="rId11" Type="http://schemas.openxmlformats.org/officeDocument/2006/relationships/hyperlink" Target="https://militarnyi.com/en/news/ethiopian-army-reaches-eritrean-border-after-counteroffensive-raising-fears-of-war/" TargetMode="External"/><Relationship Id="rId12" Type="http://schemas.openxmlformats.org/officeDocument/2006/relationships/hyperlink" Target="https://actualite.cd/2026/10/15/rdc-felix-tshisekedi-evalue-la-situation-operationnelle-des-fardc-sur-fond-de-creation" TargetMode="External"/><Relationship Id="rId13" Type="http://schemas.openxmlformats.org/officeDocument/2006/relationships/hyperlink" Target="https://actualite.cd/2026/10/14/lonu-paris-reagit-la-restructuration-des-mouvements-armes-et-appelle-au-respect-de-la" TargetMode="External"/><Relationship Id="rId14" Type="http://schemas.openxmlformats.org/officeDocument/2006/relationships/hyperlink" Target="https://www.netic-news.net/rdc-le-frn-maintient-les-engagements-de-doha-malgre-la-dissolution-de-lafc/" TargetMode="External"/><Relationship Id="rId15" Type="http://schemas.openxmlformats.org/officeDocument/2006/relationships/hyperlink" Target="https://oeildafrique.com/2026/10/14/frn-kabila-nyabiondo-masisi/" TargetMode="External"/><Relationship Id="rId16" Type="http://schemas.openxmlformats.org/officeDocument/2006/relationships/hyperlink" Target="https://actualite.cd/2026/10/14/bruxelles-des-perquisitions-menees-dans-lentourage-de-felix-tshisekedi-pour-soupcons-de" TargetMode="External"/><Relationship Id="rId17" Type="http://schemas.openxmlformats.org/officeDocument/2006/relationships/hyperlink" Target="https://actualite.cd/2026/10/14/ituri-trois-chauffeurs-tues-par-balles-sur-la-rn27-le-trafic-paralyse-entre-bunia-et" TargetMode="External"/><Relationship Id="rId18" Type="http://schemas.openxmlformats.org/officeDocument/2006/relationships/hyperlink" Target="https://www.radiookapi.net/2026/10/14/actualite/sante/ituri-25-eleves-touches-par-ebola-les-ecoles-appelees-renforcer-la" TargetMode="External"/><Relationship Id="rId19" Type="http://schemas.openxmlformats.org/officeDocument/2006/relationships/hyperlink" Target="https://sudantribune.com/article/319943" TargetMode="External"/><Relationship Id="rId20" Type="http://schemas.openxmlformats.org/officeDocument/2006/relationships/hyperlink" Target="https://sudantribune.com/article/319953" TargetMode="External"/><Relationship Id="rId21" Type="http://schemas.openxmlformats.org/officeDocument/2006/relationships/hyperlink" Target="https://sudantribune.com/article/319933" TargetMode="External"/><Relationship Id="rId22" Type="http://schemas.openxmlformats.org/officeDocument/2006/relationships/hyperlink" Target="https://allafrica.com/stories/202610150237.html" TargetMode="External"/><Relationship Id="rId23" Type="http://schemas.openxmlformats.org/officeDocument/2006/relationships/hyperlink" Target="https://www.horndiplomat.com/somaliland-president-returns-thanks-trump-for-remarks/" TargetMode="External"/><Relationship Id="rId24" Type="http://schemas.openxmlformats.org/officeDocument/2006/relationships/hyperlink" Target="https://www.premiumtimesng.com/news/top-news/917252-bandits-kill-five-abduct-18-in-niger-communities.html" TargetMode="External"/><Relationship Id="rId25" Type="http://schemas.openxmlformats.org/officeDocument/2006/relationships/hyperlink" Target="https://www.premiumtimesng.com/regional/north-central/917281-gunmen-kill-traditional-ruler-in-plateau.html" TargetMode="External"/><Relationship Id="rId26" Type="http://schemas.openxmlformats.org/officeDocument/2006/relationships/hyperlink" Target="https://www.mpa.gov.sg/media-centre/details/two-singapore-registered-vessels-struck-in-strait-of-hormuz" TargetMode="External"/><Relationship Id="rId27" Type="http://schemas.openxmlformats.org/officeDocument/2006/relationships/hyperlink" Target="https://gcaptain.com/containership-sinks-as-hormuz-attacks-spiral-out-of-control/" TargetMode="External"/><Relationship Id="rId28" Type="http://schemas.openxmlformats.org/officeDocument/2006/relationships/hyperlink" Target="https://english.aawsat.com/world/5329480-iran-says-cargo-ship-sank-after-hitting-naval-mine" TargetMode="External"/><Relationship Id="rId29" Type="http://schemas.openxmlformats.org/officeDocument/2006/relationships/hyperlink" Target="https://www.thenationalnews.com/news/gulf/2026/10/15/fire-sinking-and-reported-scramble-for-cargo-what-we-know-about-ship-lost-in-strait-of-hormuz/" TargetMode="External"/><Relationship Id="rId30" Type="http://schemas.openxmlformats.org/officeDocument/2006/relationships/hyperlink" Target="https://www.opb.org/article/2026/10/14/iran-says-a-ship-sank-after-striking-a-mine-in-strait-of-hormuz-and-other-middle-east-developments/" TargetMode="External"/><Relationship Id="rId31" Type="http://schemas.openxmlformats.org/officeDocument/2006/relationships/hyperlink" Target="https://www.cbsnews.com/live-updates/iran-war-us-houthi-saudi-arabia-trump/" TargetMode="External"/><Relationship Id="rId32" Type="http://schemas.openxmlformats.org/officeDocument/2006/relationships/hyperlink" Target="https://www.ukmto.org/-/media/ukmto/products/20261014-ukmto_warning_172-26.pdf?rev=15f90d4d8a324f28a5b2dbc1a6d17bae" TargetMode="External"/><Relationship Id="rId33" Type="http://schemas.openxmlformats.org/officeDocument/2006/relationships/hyperlink" Target="https://www.arabnews.com/middle-east/us-military-weighs-use-of-mother-of-all-bombs-in-potential-future-strikes-on-iran-cnn-says-3006439" TargetMode="External"/><Relationship Id="rId34" Type="http://schemas.openxmlformats.org/officeDocument/2006/relationships/hyperlink" Target="https://thehill.com/homenews/6149366-trump-rally-leakers-shot/amp/" TargetMode="External"/><Relationship Id="rId35" Type="http://schemas.openxmlformats.org/officeDocument/2006/relationships/hyperlink" Target="https://tribune.com.pk/story/2634972/saudi-led-coalition-intercepts-and-destroys-drone-in-eastern-saudi-arabia" TargetMode="External"/><Relationship Id="rId36" Type="http://schemas.openxmlformats.org/officeDocument/2006/relationships/hyperlink" Target="https://tass.com/world/2202231" TargetMode="External"/><Relationship Id="rId37" Type="http://schemas.openxmlformats.org/officeDocument/2006/relationships/hyperlink" Target="https://thesoufancenter.org/intelbrief-2026-october-15/" TargetMode="External"/><Relationship Id="rId38" Type="http://schemas.openxmlformats.org/officeDocument/2006/relationships/hyperlink" Target="https://www.abc.net.au/news/2026-10-15/houthi-saudi-arabia-conflict-and-problem-for-us-iran-war/107263724" TargetMode="External"/><Relationship Id="rId39" Type="http://schemas.openxmlformats.org/officeDocument/2006/relationships/hyperlink" Target="https://www.israelhayom.com/2026/10/15/israel-blocks-trump-gaza-base" TargetMode="External"/><Relationship Id="rId40" Type="http://schemas.openxmlformats.org/officeDocument/2006/relationships/hyperlink" Target="https://www.timesofisrael.com/liveblog-october-15-2026/" TargetMode="External"/><Relationship Id="rId41" Type="http://schemas.openxmlformats.org/officeDocument/2006/relationships/hyperlink" Target="https://www.dawn.com/news/2037086/national-assembly-passes-resolution-endorsing-centres-imposition-of-emergency-in-kp" TargetMode="External"/><Relationship Id="rId42" Type="http://schemas.openxmlformats.org/officeDocument/2006/relationships/hyperlink" Target="https://www.nation.com.pk/14-Oct-2026/national-assembly-endorses-emergency-kp-amid-pti-protests-legal-challenge" TargetMode="External"/><Relationship Id="rId43" Type="http://schemas.openxmlformats.org/officeDocument/2006/relationships/hyperlink" Target="https://www.24newshd.tv/15-Oct-2026/joint-session-stamps-resolution-endorsing-governor-s-rule-kp" TargetMode="External"/><Relationship Id="rId44" Type="http://schemas.openxmlformats.org/officeDocument/2006/relationships/hyperlink" Target="https://www.irishtimes.com/world/europe/2026/10/15/ukraine-to-resume-strikes-on-russian-refineries-zelenskiy-says/" TargetMode="External"/><Relationship Id="rId45" Type="http://schemas.openxmlformats.org/officeDocument/2006/relationships/hyperlink" Target="https://kesq.com/news/national-world/cnn-world/2026/10/15/zelensky-says-he-feels-betrayed-by-trump-after-russia-fuel-deal/" TargetMode="External"/><Relationship Id="rId46" Type="http://schemas.openxmlformats.org/officeDocument/2006/relationships/hyperlink" Target="https://meduza.io/en/news/2026/10/15/we-re-done-zelensky-says-ukraine-will-resume-strikes-on-russian-oil-refineries" TargetMode="External"/><Relationship Id="rId47" Type="http://schemas.openxmlformats.org/officeDocument/2006/relationships/hyperlink" Target="https://www.wdbo.com/news/business/ukraine-resumes/CH7MYWCVEQ5BHMRQUI2BKK2X2Y/" TargetMode="External"/><Relationship Id="rId48" Type="http://schemas.openxmlformats.org/officeDocument/2006/relationships/hyperlink" Target="https://www.themoscowtimes.com/2026/10/15/ukrainian-drones-spark-fire-at-ryazan-refinery-as-zelensky-vows-to-resume-attacks-a93981" TargetMode="External"/><Relationship Id="rId49" Type="http://schemas.openxmlformats.org/officeDocument/2006/relationships/hyperlink" Target="https://meduza.io/en/news/2026/10/14/trump-said-russia-and-ukraine-agreed-to-stop-attacking-oil-refineries-three-days-later-moscow-alleges-two-ukrainian-strikes-neither-reported-by-regional-authorities" TargetMode="External"/><Relationship Id="rId50" Type="http://schemas.openxmlformats.org/officeDocument/2006/relationships/hyperlink" Target="https://www.kyivpost.com/post/87118" TargetMode="External"/><Relationship Id="rId51" Type="http://schemas.openxmlformats.org/officeDocument/2006/relationships/hyperlink" Target="https://www.ukrinform.net/rubric-ato/4174564-russia-launches-massive-drone-attack-on-ukraine-air-defence-neutralizes-536-of-580-targets.html" TargetMode="External"/><Relationship Id="rId52" Type="http://schemas.openxmlformats.org/officeDocument/2006/relationships/hyperlink" Target="https://1027wbow.com/2026/10/15/central-ukrainian-region-hit-by-vast-drone-attack-killing-three/" TargetMode="External"/><Relationship Id="rId53" Type="http://schemas.openxmlformats.org/officeDocument/2006/relationships/hyperlink" Target="https://www.forbes.com/sites/siladityaray/2026/10/15/musk-says-us-military-and-trump-control-starshield-limits-as-zelenskyy-vows-renewed-russian-oil-strikes/" TargetMode="External"/><Relationship Id="rId54" Type="http://schemas.openxmlformats.org/officeDocument/2006/relationships/hyperlink" Target="https://meduza.io/en/news/2026/10/15/axios-white-house-denies-role-in-starlink-restrictions-in-ukraine" TargetMode="External"/><Relationship Id="rId55" Type="http://schemas.openxmlformats.org/officeDocument/2006/relationships/hyperlink" Target="https://kyivpost.com/post/87121" TargetMode="External"/><Relationship Id="rId56" Type="http://schemas.openxmlformats.org/officeDocument/2006/relationships/hyperlink" Target="https://meduza.io/en/news/2026/10/15/ft-u-s-proposed-unfreezing-some-russian-assets-and-placing-them-under-washington-s-control-europe-rejected-the-plan" TargetMode="External"/><Relationship Id="rId57" Type="http://schemas.openxmlformats.org/officeDocument/2006/relationships/hyperlink" Target="https://www.euronews.com/2026/10/15/eu-summit-leaders-seek-fast-solutions-to-spiralling-energy-prices" TargetMode="External"/><Relationship Id="rId58" Type="http://schemas.openxmlformats.org/officeDocument/2006/relationships/hyperlink" Target="https://www.aljazeera.com/news/2026/10/15/ship-catches-fire-in-romanias-waters-amid-rising-attacks-in-the-black-sea" TargetMode="External"/><Relationship Id="rId59" Type="http://schemas.openxmlformats.org/officeDocument/2006/relationships/hyperlink" Target="https://militarnyi.com/en/news/unidentified-drone-strikes-yara-j-tanker-in-romanian-waters/" TargetMode="External"/><Relationship Id="rId60" Type="http://schemas.openxmlformats.org/officeDocument/2006/relationships/hyperlink" Target="https://www.kyivpost.com/post/87133" TargetMode="External"/><Relationship Id="rId61" Type="http://schemas.openxmlformats.org/officeDocument/2006/relationships/hyperlink" Target="https://www.933thedrive.com/2026/10/14/nato-member-poland-finds-possible-drone-on-baltic-sea-beach/" TargetMode="External"/><Relationship Id="rId62" Type="http://schemas.openxmlformats.org/officeDocument/2006/relationships/hyperlink" Target="https://meduza.io/en/news/2026/10/15/fsb-says-it-detained-a-swedish-citizen-in-russia-accuses-him-of-fighting-for-ukraine-and-plotting-sabotage" TargetMode="External"/><Relationship Id="rId63" Type="http://schemas.openxmlformats.org/officeDocument/2006/relationships/hyperlink" Target="https://oc-media.org/georgian-opposition-leader-japaridze-detained-at-turkish-airport/" TargetMode="External"/><Relationship Id="rId64" Type="http://schemas.openxmlformats.org/officeDocument/2006/relationships/hyperlink" Target="https://www.nknews.org/2026/10/north-korea-says-it-tested-submarine-launched-cruise-missiles/" TargetMode="External"/><Relationship Id="rId65" Type="http://schemas.openxmlformats.org/officeDocument/2006/relationships/hyperlink" Target="https://www.stripes.com/theaters/asia_pacific/2026-10-15/north-korea-submarine-launched-cruise-missiles-23160219.html" TargetMode="External"/><Relationship Id="rId66" Type="http://schemas.openxmlformats.org/officeDocument/2006/relationships/hyperlink" Target="https://www.aljazeera.com/news/2026/10/15/north-korea-tests-two-submarine-launched-missiles-state-media-reports" TargetMode="External"/><Relationship Id="rId67" Type="http://schemas.openxmlformats.org/officeDocument/2006/relationships/hyperlink" Target="https://en.sedaily.com/politics/2026/10/15/north-korea-fires-two-types-of-cruise-missiles-from" TargetMode="External"/><Relationship Id="rId68" Type="http://schemas.openxmlformats.org/officeDocument/2006/relationships/hyperlink" Target="https://news.sbs.co.kr/english/article.do?news_id=N1008799349" TargetMode="External"/><Relationship Id="rId69" Type="http://schemas.openxmlformats.org/officeDocument/2006/relationships/hyperlink" Target="https://www.khan.co.kr/en/article/202610151159007/" TargetMode="External"/><Relationship Id="rId70" Type="http://schemas.openxmlformats.org/officeDocument/2006/relationships/hyperlink" Target="https://www.koreajoongangdaily.com/korea/bridge-between-north-korea-china-opens-over-10-years-after-construction-was-completed/12922226" TargetMode="External"/><Relationship Id="rId71" Type="http://schemas.openxmlformats.org/officeDocument/2006/relationships/hyperlink" Target="https://www.koreajoongangdaily.com/korea/russia-vows-closer-ties-with-north-korea-at-diplomatic-anniversary-reception/12921653" TargetMode="External"/><Relationship Id="rId72" Type="http://schemas.openxmlformats.org/officeDocument/2006/relationships/hyperlink" Target="https://en.sedaily.com/politics/2026/10/15/us-commander-signals-doubts-on-wartime-command-transfer" TargetMode="External"/><Relationship Id="rId73" Type="http://schemas.openxmlformats.org/officeDocument/2006/relationships/hyperlink" Target="https://news.usni.org/2026/10/14/chinese-carrier-strike-group-drills-in-the-philippine-sea" TargetMode="External"/><Relationship Id="rId74" Type="http://schemas.openxmlformats.org/officeDocument/2006/relationships/hyperlink" Target="https://www.taipeitimes.com/News/taiwan/archives/2026/10/15/2003866021" TargetMode="External"/><Relationship Id="rId75" Type="http://schemas.openxmlformats.org/officeDocument/2006/relationships/hyperlink" Target="https://focustaiwan.tw/politics/202610140020" TargetMode="External"/><Relationship Id="rId76" Type="http://schemas.openxmlformats.org/officeDocument/2006/relationships/hyperlink" Target="https://focustaiwan.tw/politics/202610140023" TargetMode="External"/><Relationship Id="rId77" Type="http://schemas.openxmlformats.org/officeDocument/2006/relationships/hyperlink" Target="https://www.anews.com.tr/middle-east/2026/10/15/japan-to-seriously-consider-nuclear-powered-submarines-amid-regional-tensions" TargetMode="External"/><Relationship Id="rId78" Type="http://schemas.openxmlformats.org/officeDocument/2006/relationships/hyperlink" Target="https://www.24newshd.tv/15-Oct-2026/fiji-asks-new-zealand-spies-review-intelligence-service" TargetMode="External"/><Relationship Id="rId79" Type="http://schemas.openxmlformats.org/officeDocument/2006/relationships/hyperlink" Target="https://www.philstar.com/headlines/2026/10/15/2563325/vp-house-prosecutors-wheres-evidence" TargetMode="External"/><Relationship Id="rId80" Type="http://schemas.openxmlformats.org/officeDocument/2006/relationships/hyperlink" Target="https://www.philstar.com/headlines/2026/10/15/2563327/most-pinoys-want-sara-impeach-trial-pulse-asia" TargetMode="External"/><Relationship Id="rId81" Type="http://schemas.openxmlformats.org/officeDocument/2006/relationships/hyperlink" Target="https://www.nhc.noaa.gov/text/MIATCPEP1.shtml" TargetMode="External"/><Relationship Id="rId82" Type="http://schemas.openxmlformats.org/officeDocument/2006/relationships/hyperlink" Target="https://www.nhc.noaa.gov/text/MIATCDEP1.shtml" TargetMode="External"/><Relationship Id="rId83" Type="http://schemas.openxmlformats.org/officeDocument/2006/relationships/hyperlink" Target="https://www.riotimesonline.com/hurricane-trudy-mexico-manzanillo-puerto-vallarta-2026" TargetMode="External"/><Relationship Id="rId84" Type="http://schemas.openxmlformats.org/officeDocument/2006/relationships/hyperlink" Target="https://www.nhc.noaa.gov/text/MIATCPEP5.shtml" TargetMode="External"/><Relationship Id="rId85" Type="http://schemas.openxmlformats.org/officeDocument/2006/relationships/hyperlink" Target="https://www.nhc.noaa.gov/text/MIATCDEP5.shtml" TargetMode="External"/><Relationship Id="rId86" Type="http://schemas.openxmlformats.org/officeDocument/2006/relationships/hyperlink" Target="https://www.ajc.com/news/2026/10/death-toll-rises-to-6-as-hurricane-simon-and-rachel-remnants-unleash-floods-in-mexico/" TargetMode="External"/><Relationship Id="rId87" Type="http://schemas.openxmlformats.org/officeDocument/2006/relationships/hyperlink" Target="https://www.nhc.noaa.gov/text/MIATWOAT.shtml" TargetMode="External"/><Relationship Id="rId88" Type="http://schemas.openxmlformats.org/officeDocument/2006/relationships/hyperlink" Target="https://mysuncoast.com/2026/10/14/power-restored-95-florida-customers-after-hurricane-isaias" TargetMode="External"/><Relationship Id="rId89" Type="http://schemas.openxmlformats.org/officeDocument/2006/relationships/hyperlink" Target="https://nbcmontana.com/news/nation-world/fema-10-14-fema-individual-aid-not-yet-set-for-isaias-pensacola-escambia-to-meet-state-on-damages" TargetMode="External"/><Relationship Id="rId90" Type="http://schemas.openxmlformats.org/officeDocument/2006/relationships/hyperlink" Target="https://www.theexchangepost.com/2026/10/14/gulf-coast-exchanges-suffer-some-damage-but-back-to-normal-after-hurricane/" TargetMode="External"/><Relationship Id="rId91" Type="http://schemas.openxmlformats.org/officeDocument/2006/relationships/hyperlink" Target="https://www.latintimes.com/us-army-shifts-hundreds-soldiers-rio-grande-valley-officials-cite-cartel-activity-600159" TargetMode="External"/><Relationship Id="rId92" Type="http://schemas.openxmlformats.org/officeDocument/2006/relationships/hyperlink" Target="https://home.treasury.gov/news/press-releases/sb0656" TargetMode="External"/><Relationship Id="rId93" Type="http://schemas.openxmlformats.org/officeDocument/2006/relationships/hyperlink" Target="https://www.imagenzac.com.mx/pais/sheinbaum-exige-a-washington-evidencias-sobre-presuntos-nexos-de-11-empresas-con-el-crimen-organizado" TargetMode="External"/><Relationship Id="rId94" Type="http://schemas.openxmlformats.org/officeDocument/2006/relationships/hyperlink" Target="https://www.infobae.com/mexico/2026/10/14/en-vivo-seguridad-narcotrafico-y-crimen-en-mexico-hoy-14-de-octubre-capturan-en-jalisco-a-lider-de-los-cromos/" TargetMode="External"/><Relationship Id="rId95" Type="http://schemas.openxmlformats.org/officeDocument/2006/relationships/hyperlink" Target="https://www.unotv.com/estados/sinaloa/sinaloa-vive-jornada-violenta-fosa-clandestina-homicidios-y-balaceras/" TargetMode="External"/><Relationship Id="rId96" Type="http://schemas.openxmlformats.org/officeDocument/2006/relationships/hyperlink" Target="https://infonews.ca/news/7954632/carney-to-attend-pro-canada-rally-in-calgary-as-alberta-races-toward-referendum-vote/" TargetMode="External"/><Relationship Id="rId97" Type="http://schemas.openxmlformats.org/officeDocument/2006/relationships/hyperlink" Target="https://www.ksat.com/news/politics/2026/10/14/appeals-court-will-hear-arguments-on-trumps-national-guard-deployment-in-the-nations-capital/" TargetMode="External"/><Relationship Id="rId98" Type="http://schemas.openxmlformats.org/officeDocument/2006/relationships/hyperlink" Target="https://www.opovo.com.br/noticias/brasil/2026/10/15/pesquisa-quaest-flavio-bolsonaro-tem-46-lula-44-no-2-turno.html" TargetMode="External"/><Relationship Id="rId99" Type="http://schemas.openxmlformats.org/officeDocument/2006/relationships/hyperlink" Target="https://aloalobahia.com/noticias/2026/10/14/band-confirma-debate-entre-lula-e-flavio-bolsonaro-neste-domingo-18/" TargetMode="External"/><Relationship Id="rId100" Type="http://schemas.openxmlformats.org/officeDocument/2006/relationships/hyperlink" Target="https://www.elespectador.com/politica/de-la-espriella-dijo-que-las-marchas-muestra-que-la-oposicion-es-minoria-en-colombia/" TargetMode="External"/><Relationship Id="rId101" Type="http://schemas.openxmlformats.org/officeDocument/2006/relationships/hyperlink" Target="https://cambiocolombia.com/pais/articulo/2026/10/granizo-estaciones-cerradas-y-marchas-en-mas-de-diez-ciudades-asi-van-las-primeras-protestas-de-la-oposicion" TargetMode="External"/><Relationship Id="rId102" Type="http://schemas.openxmlformats.org/officeDocument/2006/relationships/hyperlink" Target="https://vanguardia.com/colombia/2026/10/14/ataque-del-eln-con-drones-explosivos-en-choco-deja-diez-militares-heridos" TargetMode="External"/><Relationship Id="rId103" Type="http://schemas.openxmlformats.org/officeDocument/2006/relationships/hyperlink" Target="https://www.infobae.com/colombia/2026/10/14/murio-soldado-herido-en-bombardeo-contra-el-frente-33-de-las-disidencias-de-las-farc-en-el-catatumbo/" TargetMode="External"/><Relationship Id="rId104" Type="http://schemas.openxmlformats.org/officeDocument/2006/relationships/hyperlink" Target="https://www.aljazeera.com/news/2026/10/14/us-lifts-sanctions-on-venezuelas-top-legislator" TargetMode="External"/><Relationship Id="rId105" Type="http://schemas.openxmlformats.org/officeDocument/2006/relationships/hyperlink" Target="https://www.tag24.com/en/topic/world/venezuela/venezuela-government-and-opposition-hold-third-round-of-us-sponsored-transition-talks-3540361" TargetMode="External"/><Relationship Id="rId106" Type="http://schemas.openxmlformats.org/officeDocument/2006/relationships/hyperlink" Target="https://www.infobae.com/venezuela/2026/10/14/venezuela-sindicatos-advierten-que-aumentaran-sus-protestas-no-se-atienden-sus-reclamos/" TargetMode="External"/><Relationship Id="rId107" Type="http://schemas.openxmlformats.org/officeDocument/2006/relationships/hyperlink" Target="https://www.reduno.com.bo/noticias/sectores-evistas-anuncian-movilizaciones-en-los-nueve-departamentos-y-una-marcha-hacia-la-paz-20261014142558" TargetMode="External"/><Relationship Id="rId108" Type="http://schemas.openxmlformats.org/officeDocument/2006/relationships/hyperlink" Target="https://www.infobae.com/panama/2026/10/14/un-total-11460-personas-estan-afectadas-por-el-terremoto-de-75-grados-que-afecto-a-panama-segun-el-ultimo-informe-oficial/" TargetMode="External"/><Relationship Id="rId109" Type="http://schemas.openxmlformats.org/officeDocument/2006/relationships/hyperlink" Target="https://www.infobae.com/panama/2026/10/14/mas-de-8300-ninos-necesitan-ayuda-tras-el-terremoto-en-panama-segun-unicef/" TargetMode="External"/><Relationship Id="rId110" Type="http://schemas.openxmlformats.org/officeDocument/2006/relationships/hyperlink" Target="https://www.primicias.ec/politica/daniel-noboa-anuncio-toque-queda-ecuador-costa-provincias-feriado-noviembre2026-134871/" TargetMode="External"/><Relationship Id="rId111" Type="http://schemas.openxmlformats.org/officeDocument/2006/relationships/hyperlink" Target="https://www.infobae.com/cuba/2026/10/14/crisis-electrica-una-nueva-protesta-expone-el-impacto-de-los-apagones-en-cuba/" TargetMode="External"/><Relationship Id="rId112" Type="http://schemas.openxmlformats.org/officeDocument/2006/relationships/hyperlink" Target="https://www.riotimesonline.com/argentina-milei-washington-us-visi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