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OSIR-20261016</w:t>
            </w:r>
          </w:p>
        </w:tc>
      </w:tr>
      <w:tr>
        <w:tc>
          <w:tcPr>
            <w:tcW w:type="dxa" w:w="4968"/>
          </w:tcPr>
          <w:p>
            <w:r/>
            <w:r>
              <w:rPr>
                <w:b/>
                <w:sz w:val="19"/>
              </w:rPr>
              <w:t>Produced</w:t>
            </w:r>
          </w:p>
        </w:tc>
        <w:tc>
          <w:tcPr>
            <w:tcW w:type="dxa" w:w="4968"/>
          </w:tcPr>
          <w:p>
            <w:r/>
            <w:r>
              <w:rPr>
                <w:sz w:val="19"/>
              </w:rPr>
              <w:t>161000Z OCT 2026 (0600 EDT, Friday 16 October 2026)</w:t>
            </w:r>
          </w:p>
        </w:tc>
      </w:tr>
      <w:tr>
        <w:tc>
          <w:tcPr>
            <w:tcW w:type="dxa" w:w="4968"/>
          </w:tcPr>
          <w:p>
            <w:r/>
            <w:r>
              <w:rPr>
                <w:b/>
                <w:sz w:val="19"/>
              </w:rPr>
              <w:t>Coverage window</w:t>
            </w:r>
          </w:p>
        </w:tc>
        <w:tc>
          <w:tcPr>
            <w:tcW w:type="dxa" w:w="4968"/>
          </w:tcPr>
          <w:p>
            <w:r/>
            <w:r>
              <w:rPr>
                <w:sz w:val="19"/>
              </w:rPr>
              <w:t>150930Z OCT 2026 to 160930Z OCT 2026 (Thursday 0530 EDT through Friday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CENTCOM says an IRGC projectile, not a mine, sank the GFS PRIDE, while Iran's army chief says Hormuz stays closed. Trump ruled out nuclear use against Iran but named "Pickaxe Mountain" as a possible target. Houthi missiles hit the presidential palace in Aden, and Saudi Arabia publicly accused Iran of encouraging the Houthi escalation. </w:t>
      </w:r>
      <w:r>
        <w:rPr>
          <w:vertAlign w:val="superscript"/>
        </w:rPr>
        <w:t>[20]</w:t>
      </w:r>
      <w:r>
        <w:rPr>
          <w:vertAlign w:val="superscript"/>
        </w:rPr>
        <w:t>[25]</w:t>
      </w:r>
      <w:r>
        <w:rPr>
          <w:vertAlign w:val="superscript"/>
        </w:rPr>
        <w:t>[26]</w:t>
      </w:r>
      <w:r>
        <w:rPr>
          <w:vertAlign w:val="superscript"/>
        </w:rPr>
        <w:t>[32]</w:t>
      </w:r>
      <w:r>
        <w:rPr>
          <w:vertAlign w:val="superscript"/>
        </w:rPr>
        <w:t>[38]</w:t>
      </w:r>
    </w:p>
    <w:p>
      <w:pPr>
        <w:pStyle w:val="ListBullet"/>
      </w:pPr>
      <w:r>
        <w:rPr>
          <w:b/>
        </w:rPr>
        <w:t>EUCOM:</w:t>
      </w:r>
      <w:r>
        <w:t xml:space="preserve"> Reuters reports the order to throttle Ukraine's Starshield service came from inside the White House, and Trump said he is "not a big fan of Zelensky." Russian strikes killed 17 across Ukraine and cut power in parts of Kyiv, as Putin said "They started it." EU leaders rejected a US idea to take control of frozen Russian assets. </w:t>
      </w:r>
      <w:r>
        <w:rPr>
          <w:vertAlign w:val="superscript"/>
        </w:rPr>
        <w:t>[49]</w:t>
      </w:r>
      <w:r>
        <w:rPr>
          <w:vertAlign w:val="superscript"/>
        </w:rPr>
        <w:t>[51]</w:t>
      </w:r>
      <w:r>
        <w:rPr>
          <w:vertAlign w:val="superscript"/>
        </w:rPr>
        <w:t>[53]</w:t>
      </w:r>
      <w:r>
        <w:rPr>
          <w:vertAlign w:val="superscript"/>
        </w:rPr>
        <w:t>[58]</w:t>
      </w:r>
      <w:r>
        <w:rPr>
          <w:vertAlign w:val="superscript"/>
        </w:rPr>
        <w:t>[62]</w:t>
      </w:r>
    </w:p>
    <w:p>
      <w:pPr>
        <w:pStyle w:val="ListBullet"/>
      </w:pPr>
      <w:r>
        <w:rPr>
          <w:b/>
        </w:rPr>
        <w:t>AFRICOM:</w:t>
      </w:r>
      <w:r>
        <w:t xml:space="preserve"> Ethiopian forces entered Aksum and moved tanks toward the Eritrean border, where the two armies now face each other at Zalambessa. DRC Ebola cases passed 9,100 and Kenya confirmed a second case. Jihadists overran a military base in northern Borno, killing 10 to 15 soldiers. </w:t>
      </w:r>
      <w:r>
        <w:rPr>
          <w:vertAlign w:val="superscript"/>
        </w:rPr>
        <w:t>[1]</w:t>
      </w:r>
      <w:r>
        <w:rPr>
          <w:vertAlign w:val="superscript"/>
        </w:rPr>
        <w:t>[2]</w:t>
      </w:r>
      <w:r>
        <w:rPr>
          <w:vertAlign w:val="superscript"/>
        </w:rPr>
        <w:t>[5]</w:t>
      </w:r>
      <w:r>
        <w:rPr>
          <w:vertAlign w:val="superscript"/>
        </w:rPr>
        <w:t>[14]</w:t>
      </w:r>
      <w:r>
        <w:rPr>
          <w:vertAlign w:val="superscript"/>
        </w:rPr>
        <w:t>[15]</w:t>
      </w:r>
    </w:p>
    <w:p>
      <w:pPr>
        <w:pStyle w:val="ListBullet"/>
      </w:pPr>
      <w:r>
        <w:rPr>
          <w:b/>
        </w:rPr>
        <w:t>INDOPACOM:</w:t>
      </w:r>
      <w:r>
        <w:t xml:space="preserve"> The Philippine president said a Chinese ambassador's remark that China "may easily win" if it used force "sounds very much like a threat." The Liaoning carrier group moved into the South China Sea, and USS Theodore Roosevelt docked at Yokosuka before the Keen Sword exercise. </w:t>
      </w:r>
      <w:r>
        <w:rPr>
          <w:vertAlign w:val="superscript"/>
        </w:rPr>
        <w:t>[73]</w:t>
      </w:r>
      <w:r>
        <w:rPr>
          <w:vertAlign w:val="superscript"/>
        </w:rPr>
        <w:t>[77]</w:t>
      </w:r>
      <w:r>
        <w:rPr>
          <w:vertAlign w:val="superscript"/>
        </w:rPr>
        <w:t>[78]</w:t>
      </w:r>
      <w:r>
        <w:rPr>
          <w:vertAlign w:val="superscript"/>
        </w:rPr>
        <w:t>[84]</w:t>
      </w:r>
    </w:p>
    <w:p>
      <w:pPr>
        <w:pStyle w:val="ListBullet"/>
      </w:pPr>
      <w:r>
        <w:rPr>
          <w:b/>
        </w:rPr>
        <w:t>NORTHCOM:</w:t>
      </w:r>
      <w:r>
        <w:t xml:space="preserve"> Hurricane Trudy reached Category 3 and is forecast to peak at 145 mph before passing close to the Colima-Jalisco coast this weekend under a hurricane watch. Mexico's navy put 3,538 personnel on alert and closed several Pacific ports. Simon is dissipating. </w:t>
      </w:r>
      <w:r>
        <w:rPr>
          <w:vertAlign w:val="superscript"/>
        </w:rPr>
        <w:t>[92]</w:t>
      </w:r>
      <w:r>
        <w:rPr>
          <w:vertAlign w:val="superscript"/>
        </w:rPr>
        <w:t>[93]</w:t>
      </w:r>
      <w:r>
        <w:rPr>
          <w:vertAlign w:val="superscript"/>
        </w:rPr>
        <w:t>[95]</w:t>
      </w:r>
      <w:r>
        <w:rPr>
          <w:vertAlign w:val="superscript"/>
        </w:rPr>
        <w:t>[98]</w:t>
      </w:r>
    </w:p>
    <w:p>
      <w:pPr>
        <w:pStyle w:val="ListBullet"/>
      </w:pPr>
      <w:r>
        <w:rPr>
          <w:b/>
        </w:rPr>
        <w:t>SOUTHCOM:</w:t>
      </w:r>
      <w:r>
        <w:t xml:space="preserve"> Datafolha has Brazil's runoff at 47-45 for Flávio Bolsonaro. Gunmen attacked an international bus in Colombia's Cauca, killing 5 and injuring 64, mostly migrants. Reports say a 10th Mountain Division battalion is deploying to Panama to train partner forces. </w:t>
      </w:r>
      <w:r>
        <w:rPr>
          <w:vertAlign w:val="superscript"/>
        </w:rPr>
        <w:t>[104]</w:t>
      </w:r>
      <w:r>
        <w:rPr>
          <w:vertAlign w:val="superscript"/>
        </w:rPr>
        <w:t>[105]</w:t>
      </w:r>
      <w:r>
        <w:rPr>
          <w:vertAlign w:val="superscript"/>
        </w:rPr>
        <w:t>[108]</w:t>
      </w:r>
    </w:p>
    <w:p>
      <w:pPr>
        <w:pStyle w:val="Heading1"/>
      </w:pPr>
      <w:r>
        <w:rPr>
          <w:rFonts w:ascii="Consolas" w:hAnsi="Consolas"/>
          <w:color w:val="FFB000"/>
        </w:rPr>
        <w:t xml:space="preserve">// </w:t>
      </w:r>
      <w:r>
        <w:rPr>
          <w:color w:val="282828"/>
        </w:rPr>
        <w:t>AFRICOM</w:t>
      </w:r>
    </w:p>
    <w:p>
      <w:r>
        <w:rPr>
          <w:b/>
        </w:rPr>
        <w:t>ETHIOPIA / ERITREA: Ethiopian forces enter Aksum and move armour toward the border</w:t>
      </w:r>
    </w:p>
    <w:p>
      <w:r>
        <w:t xml:space="preserve">Ethiopian forces and the allied Tigray Peace Force say they have expanded control across Tigray and entered Aksum. The militia claims Eritrean troops retreated with heavy casualties; Eritrea calls this false. </w:t>
      </w:r>
      <w:r>
        <w:rPr>
          <w:vertAlign w:val="superscript"/>
        </w:rPr>
        <w:t>[1]</w:t>
      </w:r>
      <w:r>
        <w:t xml:space="preserve"> Ethiopian tanks and heavy weapons are reported moving from Adigrat toward Zalambessa, where Eritrean troops have set up positions north of the town. A resident told AFP that "Ethiopian troops are on one side, and Eritrean troops are on the other," with no active fighting. Eritrea asked the UN Security Council to act under Chapter VII, and Ethiopia told the Council it had "no option" but to defend itself. </w:t>
      </w:r>
      <w:r>
        <w:rPr>
          <w:vertAlign w:val="superscript"/>
        </w:rPr>
        <w:t>[2]</w:t>
      </w:r>
    </w:p>
    <w:p>
      <w:r>
        <w:rPr>
          <w:rFonts w:ascii="Consolas" w:hAnsi="Consolas"/>
          <w:b/>
          <w:color w:val="55604B"/>
        </w:rPr>
        <w:t>Assessment:</w:t>
      </w:r>
      <w:r>
        <w:t xml:space="preserve"> The two armies are now directly facing each other at Zalambessa, and a direct clash in the coming weeks is likely.</w:t>
      </w:r>
    </w:p>
    <w:p>
      <w:r>
        <w:rPr>
          <w:b/>
        </w:rPr>
        <w:t>DRC: Kabila's front reportedly uses drones against government forces in Masisi</w:t>
      </w:r>
    </w:p>
    <w:p>
      <w:r>
        <w:t xml:space="preserve">A Congolese aggregator, citing Actualite.cd, reports kamikaze drone strikes by Kabila's FRN on army and Wazalendo positions in Masisi territory on the morning of 15 Oct, with casualties not quantified. This is low-reliability reporting and the original was not read. </w:t>
      </w:r>
      <w:r>
        <w:rPr>
          <w:vertAlign w:val="superscript"/>
        </w:rPr>
        <w:t>[3]</w:t>
      </w:r>
      <w:r>
        <w:t xml:space="preserve"> AFP reports that Kinshasa has still not officially responded to the FRN, and a diplomatic source warned of possible mass arrests. </w:t>
      </w:r>
      <w:r>
        <w:rPr>
          <w:vertAlign w:val="superscript"/>
        </w:rPr>
        <w:t>[4]</w:t>
      </w:r>
    </w:p>
    <w:p>
      <w:r>
        <w:rPr>
          <w:rFonts w:ascii="Consolas" w:hAnsi="Consolas"/>
          <w:b/>
          <w:color w:val="55604B"/>
        </w:rPr>
        <w:t>Assessment:</w:t>
      </w:r>
      <w:r>
        <w:t xml:space="preserve"> The FRN is likely to keep military pressure on Masisi while holding its political line on the Doha process.</w:t>
      </w:r>
    </w:p>
    <w:p>
      <w:r>
        <w:rPr>
          <w:b/>
        </w:rPr>
        <w:t>DRC / KENYA: Ebola passes 9,100 cases; Kenya confirms second case</w:t>
      </w:r>
    </w:p>
    <w:p>
      <w:r>
        <w:t xml:space="preserve">Citing WHO, the DRC has 9,144 confirmed cases and 4,410 deaths across seven provinces, up from 9,066 and 4,381. Kenya confirmed a second case, a relative of its first patient. </w:t>
      </w:r>
      <w:r>
        <w:rPr>
          <w:vertAlign w:val="superscript"/>
        </w:rPr>
        <w:t>[5]</w:t>
      </w:r>
      <w:r>
        <w:t xml:space="preserve"> Africa CDC's director general said donors reported disbursing $962 million, but only about $200 million can be traced. </w:t>
      </w:r>
      <w:r>
        <w:rPr>
          <w:vertAlign w:val="superscript"/>
        </w:rPr>
        <w:t>[6]</w:t>
      </w:r>
    </w:p>
    <w:p>
      <w:r>
        <w:rPr>
          <w:rFonts w:ascii="Consolas" w:hAnsi="Consolas"/>
          <w:b/>
          <w:color w:val="55604B"/>
        </w:rPr>
        <w:t>Assessment:</w:t>
      </w:r>
      <w:r>
        <w:t xml:space="preserve"> Further case growth is almost certain. Wider spread in Kenya is a roughly even chance, and the funding dispute will likely slow the response.</w:t>
      </w:r>
    </w:p>
    <w:p>
      <w:r>
        <w:rPr>
          <w:b/>
        </w:rPr>
        <w:t>SUDAN: Burhan writes to Trump backing US peace efforts; Geneva meeting planned</w:t>
      </w:r>
    </w:p>
    <w:p>
      <w:r>
        <w:t xml:space="preserve">Army chief al-Burhan said on 15 Oct he had sent Trump a message "expressing Sudan's commitment to peace efforts sponsored by the United States." </w:t>
      </w:r>
      <w:r>
        <w:rPr>
          <w:vertAlign w:val="superscript"/>
        </w:rPr>
        <w:t>[7]</w:t>
      </w:r>
      <w:r>
        <w:t xml:space="preserve"> The UN and Switzerland will co-host a sixth Geneva meeting on coordinating Sudan peace initiatives; no date was given. </w:t>
      </w:r>
      <w:r>
        <w:rPr>
          <w:vertAlign w:val="superscript"/>
        </w:rPr>
        <w:t>[8]</w:t>
      </w:r>
    </w:p>
    <w:p>
      <w:r>
        <w:rPr>
          <w:rFonts w:ascii="Consolas" w:hAnsi="Consolas"/>
          <w:b/>
          <w:color w:val="55604B"/>
        </w:rPr>
        <w:t>Assessment:</w:t>
      </w:r>
      <w:r>
        <w:t xml:space="preserve"> The outreach is likely tactical and is unlikely to produce army acceptance of an unconditional truce soon.</w:t>
      </w:r>
    </w:p>
    <w:p>
      <w:r>
        <w:rPr>
          <w:b/>
        </w:rPr>
        <w:t>SUDAN / EGYPT: Egypt halts truck freight at Qustul crossing</w:t>
      </w:r>
    </w:p>
    <w:p>
      <w:r>
        <w:t xml:space="preserve">Egyptian authorities stopped Sudan-bound cargo trucks and suspended river ferries at the Qustul crossing, following the gold-mine strike and the killing of Egyptian drivers in Khartoum. Bilateral trade was $759 million in the first half of 2026. </w:t>
      </w:r>
      <w:r>
        <w:rPr>
          <w:vertAlign w:val="superscript"/>
        </w:rPr>
        <w:t>[9]</w:t>
      </w:r>
    </w:p>
    <w:p>
      <w:r>
        <w:rPr>
          <w:rFonts w:ascii="Consolas" w:hAnsi="Consolas"/>
          <w:b/>
          <w:color w:val="55604B"/>
        </w:rPr>
        <w:t>Assessment:</w:t>
      </w:r>
      <w:r>
        <w:t xml:space="preserve"> The freight halt will likely deepen economic strain on army-held areas.</w:t>
      </w:r>
    </w:p>
    <w:p>
      <w:r>
        <w:rPr>
          <w:b/>
        </w:rPr>
        <w:t>SUDAN: RSF reportedly holds 6,500 detainees in El Geneina; army airstrike kills five children</w:t>
      </w:r>
    </w:p>
    <w:p>
      <w:r>
        <w:t xml:space="preserve">The Sudan Doctors Network says the RSF holds more than 6,500 detainees in El Geneina, including 709 women and about 500 children. </w:t>
      </w:r>
      <w:r>
        <w:rPr>
          <w:vertAlign w:val="superscript"/>
        </w:rPr>
        <w:t>[10]</w:t>
      </w:r>
      <w:r>
        <w:t xml:space="preserve"> An army Antonov reportedly bombed a house in North Kordofan on 15 Oct, killing five children. </w:t>
      </w:r>
      <w:r>
        <w:rPr>
          <w:vertAlign w:val="superscript"/>
        </w:rPr>
        <w:t>[11]</w:t>
      </w:r>
      <w:r>
        <w:t xml:space="preserve"> A drone strike in North Darfur killed two people. </w:t>
      </w:r>
      <w:r>
        <w:rPr>
          <w:vertAlign w:val="superscript"/>
        </w:rPr>
        <w:t>[12]</w:t>
      </w:r>
    </w:p>
    <w:p>
      <w:r>
        <w:rPr>
          <w:rFonts w:ascii="Consolas" w:hAnsi="Consolas"/>
          <w:b/>
          <w:color w:val="55604B"/>
        </w:rPr>
        <w:t>Assessment:</w:t>
      </w:r>
      <w:r>
        <w:t xml:space="preserve"> Civilian harm from both sides' air campaigns will almost certainly continue.</w:t>
      </w:r>
    </w:p>
    <w:p>
      <w:r>
        <w:rPr>
          <w:b/>
        </w:rPr>
        <w:t>SOMALIA: Laftagareen loyalists reportedly seize Buurhakaba</w:t>
      </w:r>
    </w:p>
    <w:p>
      <w:r>
        <w:t xml:space="preserve">Forces loyal to the ousted Southwest State leader Laftagareen reportedly captured Buurhakaba, on the Mogadishu-Baidoa road, after clashes with federal troops on 15 Oct. Control and casualties are unverified. </w:t>
      </w:r>
      <w:r>
        <w:rPr>
          <w:vertAlign w:val="superscript"/>
        </w:rPr>
        <w:t>[13]</w:t>
      </w:r>
    </w:p>
    <w:p>
      <w:r>
        <w:rPr>
          <w:rFonts w:ascii="Consolas" w:hAnsi="Consolas"/>
          <w:b/>
          <w:color w:val="55604B"/>
        </w:rPr>
        <w:t>Assessment:</w:t>
      </w:r>
      <w:r>
        <w:t xml:space="preserve"> Federal forces will likely counterattack to reopen the supply road, and the fighting very likely benefits al-Shabaab.</w:t>
      </w:r>
    </w:p>
    <w:p>
      <w:r>
        <w:rPr>
          <w:b/>
        </w:rPr>
        <w:t>NIGERIA: Jihadists overrun military base in northern Borno</w:t>
      </w:r>
    </w:p>
    <w:p>
      <w:r>
        <w:rPr>
          <w:i/>
        </w:rPr>
        <w:t>Pre-window onset:</w:t>
      </w:r>
      <w:r>
        <w:t xml:space="preserve"> Suspected ISWAP and Boko Haram fighters stormed the Mairari base in Guzamala on 13 Oct. Reports surfaced on 15 Oct, with tolls of at least 10 soldiers and 4 civilians, or about 15 soldiers by another count. </w:t>
      </w:r>
      <w:r>
        <w:rPr>
          <w:vertAlign w:val="superscript"/>
        </w:rPr>
        <w:t>[14]</w:t>
      </w:r>
      <w:r>
        <w:rPr>
          <w:vertAlign w:val="superscript"/>
        </w:rPr>
        <w:t>[15]</w:t>
      </w:r>
      <w:r>
        <w:t xml:space="preserve"> On 16 Oct, the defence minister said President Tinubu ordered security agencies to rescue all kidnap victims. </w:t>
      </w:r>
      <w:r>
        <w:rPr>
          <w:vertAlign w:val="superscript"/>
        </w:rPr>
        <w:t>[16]</w:t>
      </w:r>
    </w:p>
    <w:p>
      <w:r>
        <w:rPr>
          <w:rFonts w:ascii="Consolas" w:hAnsi="Consolas"/>
          <w:b/>
          <w:color w:val="55604B"/>
        </w:rPr>
        <w:t>Assessment:</w:t>
      </w:r>
      <w:r>
        <w:t xml:space="preserve"> ISWAP will very likely continue large raids on isolated bases in northern Borno.</w:t>
      </w:r>
    </w:p>
    <w:p>
      <w:r>
        <w:rPr>
          <w:b/>
        </w:rPr>
        <w:t>SOUTH AFRICA: Court restores 181 ANC candidates; ANC to review coalition with DA</w:t>
      </w:r>
    </w:p>
    <w:p>
      <w:r>
        <w:rPr>
          <w:i/>
        </w:rPr>
        <w:t>Pre-window onset:</w:t>
      </w:r>
      <w:r>
        <w:t xml:space="preserve"> The Constitutional Court ordered 181 ANC council candidates restored to the 4 Nov ballots. The ANC secretary-general said the party will review its coalition with the Democratic Alliance, which had opposed the appeal. </w:t>
      </w:r>
      <w:r>
        <w:rPr>
          <w:vertAlign w:val="superscript"/>
        </w:rPr>
        <w:t>[17]</w:t>
      </w:r>
    </w:p>
    <w:p>
      <w:r>
        <w:rPr>
          <w:rFonts w:ascii="Consolas" w:hAnsi="Consolas"/>
          <w:b/>
          <w:color w:val="55604B"/>
        </w:rPr>
        <w:t>Assessment:</w:t>
      </w:r>
      <w:r>
        <w:t xml:space="preserve"> A coalition collapse before the elections is unlikely, but ANC-DA friction will likely rise.</w:t>
      </w:r>
    </w:p>
    <w:p>
      <w:r>
        <w:rPr>
          <w:b/>
        </w:rPr>
        <w:t>SOUTH SUDAN: 16 killed in Tonj East fighting</w:t>
      </w:r>
    </w:p>
    <w:p>
      <w:r>
        <w:rPr>
          <w:i/>
        </w:rPr>
        <w:t>Pre-window onset:</w:t>
      </w:r>
      <w:r>
        <w:t xml:space="preserve"> Intercommunal clashes in Tonj East, Warrap State, on 12-13 Oct killed at least 16 and wounded 34. </w:t>
      </w:r>
      <w:r>
        <w:rPr>
          <w:vertAlign w:val="superscript"/>
        </w:rPr>
        <w:t>[18]</w:t>
      </w:r>
    </w:p>
    <w:p>
      <w:r>
        <w:rPr>
          <w:rFonts w:ascii="Consolas" w:hAnsi="Consolas"/>
          <w:b/>
          <w:color w:val="55604B"/>
        </w:rPr>
        <w:t>Assessment:</w:t>
      </w:r>
      <w:r>
        <w:t xml:space="preserve"> Intercommunal violence will almost certainly recur and complicate security for December's elections.</w:t>
      </w:r>
    </w:p>
    <w:p>
      <w:r>
        <w:rPr>
          <w:b/>
        </w:rPr>
        <w:t>MALI: Army reports airstrikes near Dioura and in Ségou</w:t>
      </w:r>
    </w:p>
    <w:p>
      <w:r>
        <w:t xml:space="preserve">Mali's army says airstrikes hit a militant logistics camp near Dioura on 14 Oct and a position in Ségou region on 15 Oct. The claims are unverified and come from a low-profile source. </w:t>
      </w:r>
      <w:r>
        <w:rPr>
          <w:vertAlign w:val="superscript"/>
        </w:rPr>
        <w:t>[19]</w:t>
      </w:r>
    </w:p>
    <w:p>
      <w:r>
        <w:rPr>
          <w:rFonts w:ascii="Consolas" w:hAnsi="Consolas"/>
          <w:b/>
          <w:color w:val="55604B"/>
        </w:rPr>
        <w:t>Assessment:</w:t>
      </w:r>
      <w:r>
        <w:t xml:space="preserve"> This is likely routine activity against JNIM rear areas.</w:t>
      </w:r>
    </w:p>
    <w:p>
      <w:r>
        <w:rPr>
          <w:i/>
        </w:rPr>
        <w:t>Collection gap: no in-window UN Security Council or African Union action on Ethiopia-Eritrea was found. BBC, RFI, France 24, UN News and EWN were blocked. Coverage of the Sahel, Libya and Mozambique is thin.</w:t>
      </w:r>
    </w:p>
    <w:p>
      <w:pPr>
        <w:pStyle w:val="Heading1"/>
      </w:pPr>
      <w:r>
        <w:rPr>
          <w:rFonts w:ascii="Consolas" w:hAnsi="Consolas"/>
          <w:color w:val="FFB000"/>
        </w:rPr>
        <w:t xml:space="preserve">// </w:t>
      </w:r>
      <w:r>
        <w:rPr>
          <w:color w:val="282828"/>
        </w:rPr>
        <w:t>CENTCOM</w:t>
      </w:r>
    </w:p>
    <w:p>
      <w:r>
        <w:rPr>
          <w:b/>
        </w:rPr>
        <w:t>GULF SHIPPING: CENTCOM says an IRGC projectile sank the GFS PRIDE</w:t>
      </w:r>
    </w:p>
    <w:p>
      <w:r>
        <w:t xml:space="preserve">CENTCOM said on 15 Oct that "the civilian container ship M/V GFS Pride was hit by an IRGC projectile" and sank under tow, rejecting Iran's mine claim, and said the main shipping routes are clear of mines. It said more than 40 commercial ships transited in 24 hours. </w:t>
      </w:r>
      <w:r>
        <w:rPr>
          <w:vertAlign w:val="superscript"/>
        </w:rPr>
        <w:t>[20]</w:t>
      </w:r>
      <w:r>
        <w:rPr>
          <w:vertAlign w:val="superscript"/>
        </w:rPr>
        <w:t>[21]</w:t>
      </w:r>
      <w:r>
        <w:t xml:space="preserve"> The multinational maritime information centre lists nine new confirmed incidents on 11 and 13 Oct and 149 since 1 March. It calls the mine claim "unsubstantiated" and warns of the wreck and floating containers. </w:t>
      </w:r>
      <w:r>
        <w:rPr>
          <w:vertAlign w:val="superscript"/>
        </w:rPr>
        <w:t>[22]</w:t>
      </w:r>
    </w:p>
    <w:p>
      <w:r>
        <w:rPr>
          <w:rFonts w:ascii="Consolas" w:hAnsi="Consolas"/>
          <w:b/>
          <w:color w:val="55604B"/>
        </w:rPr>
        <w:t>Assessment:</w:t>
      </w:r>
      <w:r>
        <w:t xml:space="preserve"> Iran is almost certainly using projectiles or drones, not mines, against merchant traffic. Further strikes in the next 72 hours are likely.</w:t>
      </w:r>
    </w:p>
    <w:p>
      <w:r>
        <w:rPr>
          <w:b/>
        </w:rPr>
        <w:t>IRAN: Navy says another tanker on fire; army chief says Hormuz stays closed</w:t>
      </w:r>
    </w:p>
    <w:p>
      <w:r>
        <w:t xml:space="preserve">Iranian state TV said an oil tanker caught fire after entering an area "closed to navigation" in the Gulf of Oman with its tracking systems disabled. The tanker's name and flag are unknown. </w:t>
      </w:r>
      <w:r>
        <w:rPr>
          <w:vertAlign w:val="superscript"/>
        </w:rPr>
        <w:t>[23]</w:t>
      </w:r>
      <w:r>
        <w:rPr>
          <w:vertAlign w:val="superscript"/>
        </w:rPr>
        <w:t>[24]</w:t>
      </w:r>
      <w:r>
        <w:t xml:space="preserve"> Iran's army commander said the strait "remains closed today, and will remain closed" until Iran's rights are respected. </w:t>
      </w:r>
      <w:r>
        <w:rPr>
          <w:vertAlign w:val="superscript"/>
        </w:rPr>
        <w:t>[25]</w:t>
      </w:r>
    </w:p>
    <w:p>
      <w:r>
        <w:rPr>
          <w:rFonts w:ascii="Consolas" w:hAnsi="Consolas"/>
          <w:b/>
          <w:color w:val="55604B"/>
        </w:rPr>
        <w:t>Assessment:</w:t>
      </w:r>
      <w:r>
        <w:t xml:space="preserve"> Iran very likely intends to enforce its declared closure through selective strikes on ships running without tracking systems.</w:t>
      </w:r>
    </w:p>
    <w:p>
      <w:r>
        <w:rPr>
          <w:b/>
        </w:rPr>
        <w:t>US / IRAN: Trump rules out nuclear use but names "Pickaxe Mountain" as a possible target</w:t>
      </w:r>
    </w:p>
    <w:p>
      <w:r>
        <w:t xml:space="preserve">In a Newsmax interview on 15 Oct, Trump said, "No, I wouldn't use nuclear," and that the "mother of all bombs is not nuclear." He said, "Now, we're looking at Pickaxe Mountain. We may have to go there," and that the war "will be over very soon." </w:t>
      </w:r>
      <w:r>
        <w:rPr>
          <w:vertAlign w:val="superscript"/>
        </w:rPr>
        <w:t>[26]</w:t>
      </w:r>
      <w:r>
        <w:t xml:space="preserve"> Fox, citing CNN, reported officials said strikes could come before or after the midterms; the White House declined to comment on the bomb planning. </w:t>
      </w:r>
      <w:r>
        <w:rPr>
          <w:vertAlign w:val="superscript"/>
        </w:rPr>
        <w:t>[27]</w:t>
      </w:r>
      <w:r>
        <w:rPr>
          <w:vertAlign w:val="superscript"/>
        </w:rPr>
        <w:t>[28]</w:t>
      </w:r>
    </w:p>
    <w:p>
      <w:r>
        <w:rPr>
          <w:rFonts w:ascii="Consolas" w:hAnsi="Consolas"/>
          <w:b/>
          <w:color w:val="55604B"/>
        </w:rPr>
        <w:t>Assessment:</w:t>
      </w:r>
      <w:r>
        <w:t xml:space="preserve"> Trump is likely keeping strike options ambiguous as leverage. A decision before 3 Nov remains unlikely.</w:t>
      </w:r>
    </w:p>
    <w:p>
      <w:r>
        <w:rPr>
          <w:b/>
        </w:rPr>
        <w:t>US / IRAQ / IRAN: Treasury sanctions Iraqi bank and Iranian shadow-banking networks</w:t>
      </w:r>
    </w:p>
    <w:p>
      <w:r>
        <w:t xml:space="preserve">Treasury designated Iraq's International Development Bank for allegedly giving Iran access to US dollars, among 16 people and 10 entities. Treasury Secretary Bessent said, "The noose is tightening around Iran's economy." </w:t>
      </w:r>
      <w:r>
        <w:rPr>
          <w:vertAlign w:val="superscript"/>
        </w:rPr>
        <w:t>[29]</w:t>
      </w:r>
      <w:r>
        <w:rPr>
          <w:vertAlign w:val="superscript"/>
        </w:rPr>
        <w:t>[30]</w:t>
      </w:r>
      <w:r>
        <w:t xml:space="preserve"> The State Department separately designated a Cuban bank for serving an Iranian bank. </w:t>
      </w:r>
      <w:r>
        <w:rPr>
          <w:vertAlign w:val="superscript"/>
        </w:rPr>
        <w:t>[31]</w:t>
      </w:r>
    </w:p>
    <w:p>
      <w:r>
        <w:rPr>
          <w:rFonts w:ascii="Consolas" w:hAnsi="Consolas"/>
          <w:b/>
          <w:color w:val="55604B"/>
        </w:rPr>
        <w:t>Assessment:</w:t>
      </w:r>
      <w:r>
        <w:t xml:space="preserve"> Pressure on Baghdad to cut Iran's dollar access is likely to grow, with further Iraqi bank designations likely.</w:t>
      </w:r>
    </w:p>
    <w:p>
      <w:r>
        <w:rPr>
          <w:b/>
        </w:rPr>
        <w:t>SAUDI ARABIA: Riyadh accuses Iran of encouraging the Houthi escalation</w:t>
      </w:r>
    </w:p>
    <w:p>
      <w:r>
        <w:t xml:space="preserve">A Saudi deputy minister said the escalation "is encouraged by Iran" and that the Houthis refused a Saudi request to meet in Muscat. </w:t>
      </w:r>
      <w:r>
        <w:rPr>
          <w:vertAlign w:val="superscript"/>
        </w:rPr>
        <w:t>[32]</w:t>
      </w:r>
      <w:r>
        <w:t xml:space="preserve"> The coalition spokesman said there have been 20 Houthi attacks on King Khalid airport since 1 Oct, killing 17, and that 1,104 missiles and 1,135 drones have been fired at Saudi Arabia since operations began. </w:t>
      </w:r>
      <w:r>
        <w:rPr>
          <w:vertAlign w:val="superscript"/>
        </w:rPr>
        <w:t>[33]</w:t>
      </w:r>
    </w:p>
    <w:p>
      <w:r>
        <w:rPr>
          <w:rFonts w:ascii="Consolas" w:hAnsi="Consolas"/>
          <w:b/>
          <w:color w:val="55604B"/>
        </w:rPr>
        <w:t>Assessment:</w:t>
      </w:r>
      <w:r>
        <w:t xml:space="preserve"> The public attribution to Iran very likely prepares the ground for requests for more US support. A negotiated pause within a week is unlikely.</w:t>
      </w:r>
    </w:p>
    <w:p>
      <w:r>
        <w:rPr>
          <w:b/>
        </w:rPr>
        <w:t>SAUDI ARABIA: Interceptions over Madinah and Khamis Mushait; Houthis deny Madinah attack</w:t>
      </w:r>
    </w:p>
    <w:p>
      <w:r>
        <w:t xml:space="preserve">The coalition reported intercepting a cruise missile over Madinah region on 15 Oct, a drone over Khamis Mushait, and another drone heading for the Eastern Province early on 16 Oct. </w:t>
      </w:r>
      <w:r>
        <w:rPr>
          <w:vertAlign w:val="superscript"/>
        </w:rPr>
        <w:t>[34]</w:t>
      </w:r>
      <w:r>
        <w:rPr>
          <w:vertAlign w:val="superscript"/>
        </w:rPr>
        <w:t>[35]</w:t>
      </w:r>
      <w:r>
        <w:t xml:space="preserve"> The Houthis denied attacking Saudi territory that day. Saudi Arabia had not commented on the claimed Typhoon hit. </w:t>
      </w:r>
      <w:r>
        <w:rPr>
          <w:vertAlign w:val="superscript"/>
        </w:rPr>
        <w:t>[36]</w:t>
      </w:r>
    </w:p>
    <w:p>
      <w:r>
        <w:rPr>
          <w:rFonts w:ascii="Consolas" w:hAnsi="Consolas"/>
          <w:b/>
          <w:color w:val="55604B"/>
        </w:rPr>
        <w:t>Assessment:</w:t>
      </w:r>
      <w:r>
        <w:t xml:space="preserve"> Houthi strikes will almost certainly continue. The Madinah denial likely reflects sensitivity about being seen to target holy cities.</w:t>
      </w:r>
    </w:p>
    <w:p>
      <w:r>
        <w:rPr>
          <w:b/>
        </w:rPr>
        <w:t>SAUDI ARABIA / US: US Mission tightens staff travel rules</w:t>
      </w:r>
    </w:p>
    <w:p>
      <w:r>
        <w:t xml:space="preserve">The US Mission says Riyadh's King Khalid airport remains suspended through 17 Oct and US government staff need authorisation to use any Saudi airport or travel to several southern and eastern areas. Some US citizens have been detained for filming interception sites. </w:t>
      </w:r>
      <w:r>
        <w:rPr>
          <w:vertAlign w:val="superscript"/>
        </w:rPr>
        <w:t>[37]</w:t>
      </w:r>
    </w:p>
    <w:p>
      <w:r>
        <w:rPr>
          <w:rFonts w:ascii="Consolas" w:hAnsi="Consolas"/>
          <w:b/>
          <w:color w:val="55604B"/>
        </w:rPr>
        <w:t>Assessment:</w:t>
      </w:r>
      <w:r>
        <w:t xml:space="preserve"> Reopening of the Riyadh airport on 18 Oct is a roughly even chance.</w:t>
      </w:r>
    </w:p>
    <w:p>
      <w:r>
        <w:rPr>
          <w:b/>
        </w:rPr>
        <w:t>YEMEN: Houthi missiles hit presidential palace in Aden</w:t>
      </w:r>
    </w:p>
    <w:p>
      <w:r>
        <w:t xml:space="preserve">The Houthis fired five ballistic missiles at the al-Maashiq palace in Aden on 15 Oct, the first attack of its kind. The prime minister was unhurt. Tolls conflict: five killed and 16 injured according to the health minister, or four killed and 10 wounded by AFP's count. </w:t>
      </w:r>
      <w:r>
        <w:rPr>
          <w:vertAlign w:val="superscript"/>
        </w:rPr>
        <w:t>[38]</w:t>
      </w:r>
      <w:r>
        <w:t xml:space="preserve"> A minister said a coalition command centre in the complex was hit. </w:t>
      </w:r>
      <w:r>
        <w:rPr>
          <w:vertAlign w:val="superscript"/>
        </w:rPr>
        <w:t>[39]</w:t>
      </w:r>
      <w:r>
        <w:t xml:space="preserve"> Fighting continues around Taiz. </w:t>
      </w:r>
      <w:r>
        <w:rPr>
          <w:vertAlign w:val="superscript"/>
        </w:rPr>
        <w:t>[40]</w:t>
      </w:r>
    </w:p>
    <w:p>
      <w:r>
        <w:rPr>
          <w:rFonts w:ascii="Consolas" w:hAnsi="Consolas"/>
          <w:b/>
          <w:color w:val="55604B"/>
        </w:rPr>
        <w:t>Assessment:</w:t>
      </w:r>
      <w:r>
        <w:t xml:space="preserve"> Houthi targeting of government and coalition leadership sites in Aden is likely to continue.</w:t>
      </w:r>
    </w:p>
    <w:p>
      <w:r>
        <w:rPr>
          <w:b/>
        </w:rPr>
        <w:t>LEBANON: Rubio presses Aoun not to return seized explosives to Hezbollah</w:t>
      </w:r>
    </w:p>
    <w:p>
      <w:r>
        <w:t xml:space="preserve">Secretary of State Rubio told President Aoun that returning explosives seized from Hezbollah "should be out of the question." A Hezbollah official said the explosives were for drones to be used against Israeli troops. </w:t>
      </w:r>
      <w:r>
        <w:rPr>
          <w:vertAlign w:val="superscript"/>
        </w:rPr>
        <w:t>[41]</w:t>
      </w:r>
      <w:r>
        <w:rPr>
          <w:vertAlign w:val="superscript"/>
        </w:rPr>
        <w:t>[42]</w:t>
      </w:r>
      <w:r>
        <w:t xml:space="preserve"> The UN peacekeeping chief said no decision has been made on a UN presence after UNIFIL's mandate ends. </w:t>
      </w:r>
      <w:r>
        <w:rPr>
          <w:vertAlign w:val="superscript"/>
        </w:rPr>
        <w:t>[43]</w:t>
      </w:r>
    </w:p>
    <w:p>
      <w:r>
        <w:rPr>
          <w:rFonts w:ascii="Consolas" w:hAnsi="Consolas"/>
          <w:b/>
          <w:color w:val="55604B"/>
        </w:rPr>
        <w:t>Assessment:</w:t>
      </w:r>
      <w:r>
        <w:t xml:space="preserve"> Hezbollah's open claim makes Beirut's disarmament commitments harder to keep.</w:t>
      </w:r>
    </w:p>
    <w:p>
      <w:r>
        <w:rPr>
          <w:b/>
        </w:rPr>
        <w:t>ISRAEL: Poll shows Eisenkot's party leading; IDF reports 31 Gaza ceasefire violations</w:t>
      </w:r>
    </w:p>
    <w:p>
      <w:r>
        <w:t xml:space="preserve">A Times of Israel poll gives Eisenkot's party 26 seats to Likud's 20, with neither bloc at a majority. Other recent polls diverge. </w:t>
      </w:r>
      <w:r>
        <w:rPr>
          <w:vertAlign w:val="superscript"/>
        </w:rPr>
        <w:t>[44]</w:t>
      </w:r>
      <w:r>
        <w:t xml:space="preserve"> FDD's Long War Journal compiles IDF reports of 31 ceasefire violations in Gaza from 1 to 15 Oct, with at least 38 killed in IDF responses. </w:t>
      </w:r>
      <w:r>
        <w:rPr>
          <w:vertAlign w:val="superscript"/>
        </w:rPr>
        <w:t>[45]</w:t>
      </w:r>
    </w:p>
    <w:p>
      <w:r>
        <w:rPr>
          <w:rFonts w:ascii="Consolas" w:hAnsi="Consolas"/>
          <w:b/>
          <w:color w:val="55604B"/>
        </w:rPr>
        <w:t>Assessment:</w:t>
      </w:r>
      <w:r>
        <w:t xml:space="preserve"> Netanyahu probably cannot form a majority on current polling.</w:t>
      </w:r>
    </w:p>
    <w:p>
      <w:r>
        <w:rPr>
          <w:b/>
        </w:rPr>
        <w:t>PAKISTAN: High court to hear PTI challenge on 20 October</w:t>
      </w:r>
    </w:p>
    <w:p>
      <w:r>
        <w:t xml:space="preserve">The Peshawar High Court set 20 Oct to hear PTI's petitions against the emergency and governor's rule in Khyber Pakhtunkhwa. </w:t>
      </w:r>
      <w:r>
        <w:rPr>
          <w:vertAlign w:val="superscript"/>
        </w:rPr>
        <w:t>[46]</w:t>
      </w:r>
      <w:r>
        <w:t xml:space="preserve"> Dawn reports a 214-56 vote on a procedural motion in the joint session and gives no tally for the resolution itself; yesterday's edition reported 240-46 from another outlet, and the figure is unconfirmed. </w:t>
      </w:r>
      <w:r>
        <w:rPr>
          <w:vertAlign w:val="superscript"/>
        </w:rPr>
        <w:t>[47]</w:t>
      </w:r>
    </w:p>
    <w:p>
      <w:r>
        <w:rPr>
          <w:rFonts w:ascii="Consolas" w:hAnsi="Consolas"/>
          <w:b/>
          <w:color w:val="55604B"/>
        </w:rPr>
        <w:t>Assessment:</w:t>
      </w:r>
      <w:r>
        <w:t xml:space="preserve"> A ruling striking down the measures before late October is unlikely.</w:t>
      </w:r>
    </w:p>
    <w:p>
      <w:r>
        <w:rPr>
          <w:b/>
        </w:rPr>
        <w:t>SYRIA: Two pipelines damaged</w:t>
      </w:r>
    </w:p>
    <w:p>
      <w:r>
        <w:t xml:space="preserve">A leak hit the Baniyas-Homs products pipeline, and an explosion struck a gas pipeline in Hasakah that the state petroleum company called sabotage. No perpetrator was named. </w:t>
      </w:r>
      <w:r>
        <w:rPr>
          <w:vertAlign w:val="superscript"/>
        </w:rPr>
        <w:t>[48]</w:t>
      </w:r>
    </w:p>
    <w:p>
      <w:r>
        <w:rPr>
          <w:rFonts w:ascii="Consolas" w:hAnsi="Consolas"/>
          <w:b/>
          <w:color w:val="55604B"/>
        </w:rPr>
        <w:t>Assessment:</w:t>
      </w:r>
      <w:r>
        <w:t xml:space="preserve"> Attacks on Syrian energy infrastructure are likely to continue.</w:t>
      </w:r>
    </w:p>
    <w:p>
      <w:r>
        <w:rPr>
          <w:i/>
        </w:rPr>
        <w:t>Collection gap: no GACA statement on the Riyadh airport was found. Bloomberg and NPR were blocked. CENTCOM's and Treasury's own posts were seen only via secondary reporting. No in-window reporting for Egypt, Jordan, Afghanistan or Central Asia.</w:t>
      </w:r>
    </w:p>
    <w:p>
      <w:pPr>
        <w:pStyle w:val="Heading1"/>
      </w:pPr>
      <w:r>
        <w:rPr>
          <w:rFonts w:ascii="Consolas" w:hAnsi="Consolas"/>
          <w:color w:val="FFB000"/>
        </w:rPr>
        <w:t xml:space="preserve">// </w:t>
      </w:r>
      <w:r>
        <w:rPr>
          <w:color w:val="282828"/>
        </w:rPr>
        <w:t>EUCOM</w:t>
      </w:r>
    </w:p>
    <w:p>
      <w:r>
        <w:rPr>
          <w:b/>
        </w:rPr>
        <w:t>US / UKRAINE: Reuters says Starshield throttle order came from White House; Trump "not a big fan of Zelensky"</w:t>
      </w:r>
    </w:p>
    <w:p>
      <w:r>
        <w:t xml:space="preserve">Reuters reports that the White House told the Pentagon to slow Ukraine's Starshield service; a senior official said the order did not come from the president. </w:t>
      </w:r>
      <w:r>
        <w:rPr>
          <w:vertAlign w:val="superscript"/>
        </w:rPr>
        <w:t>[49]</w:t>
      </w:r>
      <w:r>
        <w:rPr>
          <w:vertAlign w:val="superscript"/>
        </w:rPr>
        <w:t>[50]</w:t>
      </w:r>
      <w:r>
        <w:t xml:space="preserve"> In a Newsmax interview, Trump said, "I'm not a big fan of Zelensky." </w:t>
      </w:r>
      <w:r>
        <w:rPr>
          <w:vertAlign w:val="superscript"/>
        </w:rPr>
        <w:t>[51]</w:t>
      </w:r>
      <w:r>
        <w:t xml:space="preserve"> The Washington Post and CNN report that Ukraine's Patriot interceptor stocks are critically low. </w:t>
      </w:r>
      <w:r>
        <w:rPr>
          <w:vertAlign w:val="superscript"/>
        </w:rPr>
        <w:t>[52]</w:t>
      </w:r>
    </w:p>
    <w:p>
      <w:r>
        <w:rPr>
          <w:rFonts w:ascii="Consolas" w:hAnsi="Consolas"/>
          <w:b/>
          <w:color w:val="55604B"/>
        </w:rPr>
        <w:t>Assessment:</w:t>
      </w:r>
      <w:r>
        <w:t xml:space="preserve"> US-Ukraine relations are very likely at their lowest point of the year, and further US use of support as leverage is likely.</w:t>
      </w:r>
    </w:p>
    <w:p>
      <w:r>
        <w:rPr>
          <w:b/>
        </w:rPr>
        <w:t>UKRAINE: Russian strikes kill 17 and cut power in parts of Kyiv</w:t>
      </w:r>
    </w:p>
    <w:p>
      <w:r>
        <w:t xml:space="preserve">Regional tallies give 17 killed and 67 injured over 24 hours, with Lutsk hardest hit. </w:t>
      </w:r>
      <w:r>
        <w:rPr>
          <w:vertAlign w:val="superscript"/>
        </w:rPr>
        <w:t>[53]</w:t>
      </w:r>
      <w:r>
        <w:t xml:space="preserve"> Late on 15 Oct, strikes on energy infrastructure cut power to parts of Kyiv. </w:t>
      </w:r>
      <w:r>
        <w:rPr>
          <w:vertAlign w:val="superscript"/>
        </w:rPr>
        <w:t>[54]</w:t>
      </w:r>
      <w:r>
        <w:t xml:space="preserve"> A Russian drone set fire to an oil depot in Khmelnytskyi region overnight. </w:t>
      </w:r>
      <w:r>
        <w:rPr>
          <w:vertAlign w:val="superscript"/>
        </w:rPr>
        <w:t>[55]</w:t>
      </w:r>
      <w:r>
        <w:t xml:space="preserve"> Reuters satellite imagery shows Russia built a new jet-drone launch base in Rostov region in six weeks. </w:t>
      </w:r>
      <w:r>
        <w:rPr>
          <w:vertAlign w:val="superscript"/>
        </w:rPr>
        <w:t>[56]</w:t>
      </w:r>
    </w:p>
    <w:p>
      <w:r>
        <w:rPr>
          <w:rFonts w:ascii="Consolas" w:hAnsi="Consolas"/>
          <w:b/>
          <w:color w:val="55604B"/>
        </w:rPr>
        <w:t>Assessment:</w:t>
      </w:r>
      <w:r>
        <w:t xml:space="preserve"> Russia will almost certainly keep attacking the grid. The Patriot shortage makes successful ballistic strikes on Kyiv very likely.</w:t>
      </w:r>
    </w:p>
    <w:p>
      <w:r>
        <w:rPr>
          <w:b/>
        </w:rPr>
        <w:t>RUSSIA / UKRAINE: Strikes widen to data centre and warehouses; Putin says "They started it"</w:t>
      </w:r>
    </w:p>
    <w:p>
      <w:r>
        <w:t xml:space="preserve">Drones reportedly targeted a Yandex data centre in Vladimir region and sites in Rostov overnight, and four Moscow airports shut. </w:t>
      </w:r>
      <w:r>
        <w:rPr>
          <w:vertAlign w:val="superscript"/>
        </w:rPr>
        <w:t>[57]</w:t>
      </w:r>
      <w:r>
        <w:t xml:space="preserve"> Putin acknowledged hits on major online retailers' warehouses and said, "They started it." </w:t>
      </w:r>
      <w:r>
        <w:rPr>
          <w:vertAlign w:val="superscript"/>
        </w:rPr>
        <w:t>[58]</w:t>
      </w:r>
      <w:r>
        <w:t xml:space="preserve"> The Kremlin said there had been no Ukrainian moratorium. </w:t>
      </w:r>
      <w:r>
        <w:rPr>
          <w:vertAlign w:val="superscript"/>
        </w:rPr>
        <w:t>[59]</w:t>
      </w:r>
      <w:r>
        <w:t xml:space="preserve"> Ukraine told the OSCE it would stop refinery strikes only under a mutual energy truce. </w:t>
      </w:r>
      <w:r>
        <w:rPr>
          <w:vertAlign w:val="superscript"/>
        </w:rPr>
        <w:t>[60]</w:t>
      </w:r>
      <w:r>
        <w:t xml:space="preserve"> Bloomberg reports the UK will resupply Storm Shadow missiles. </w:t>
      </w:r>
      <w:r>
        <w:rPr>
          <w:vertAlign w:val="superscript"/>
        </w:rPr>
        <w:t>[61]</w:t>
      </w:r>
    </w:p>
    <w:p>
      <w:r>
        <w:rPr>
          <w:rFonts w:ascii="Consolas" w:hAnsi="Consolas"/>
          <w:b/>
          <w:color w:val="55604B"/>
        </w:rPr>
        <w:t>Assessment:</w:t>
      </w:r>
      <w:r>
        <w:t xml:space="preserve"> Ukraine will very likely keep expanding strikes on Russian infrastructure. A mutual energy truce in the near term is unlikely.</w:t>
      </w:r>
    </w:p>
    <w:p>
      <w:r>
        <w:rPr>
          <w:b/>
        </w:rPr>
        <w:t>EU: Leaders reject US control of frozen Russian assets</w:t>
      </w:r>
    </w:p>
    <w:p>
      <w:r>
        <w:t xml:space="preserve">At the summit on 15 Oct, leaders rejected a US idea to move frozen Russian assets under US control. Germany's Merz said, "The assets are frozen in Europe, and they shall remain frozen in Europe." </w:t>
      </w:r>
      <w:r>
        <w:rPr>
          <w:vertAlign w:val="superscript"/>
        </w:rPr>
        <w:t>[62]</w:t>
      </w:r>
      <w:r>
        <w:t xml:space="preserve"> Zelensky met Belgium's prime minister without public movement on the assets. </w:t>
      </w:r>
      <w:r>
        <w:rPr>
          <w:vertAlign w:val="superscript"/>
        </w:rPr>
        <w:t>[63]</w:t>
      </w:r>
      <w:r>
        <w:t xml:space="preserve"> Draft conclusions were set to criticise the US diesel waiver. </w:t>
      </w:r>
      <w:r>
        <w:rPr>
          <w:vertAlign w:val="superscript"/>
        </w:rPr>
        <w:t>[64]</w:t>
      </w:r>
      <w:r>
        <w:t xml:space="preserve"> On 16 Oct, von der Leyen confirmed work on a 22nd sanctions package. </w:t>
      </w:r>
      <w:r>
        <w:rPr>
          <w:vertAlign w:val="superscript"/>
        </w:rPr>
        <w:t>[65]</w:t>
      </w:r>
    </w:p>
    <w:p>
      <w:r>
        <w:rPr>
          <w:rFonts w:ascii="Consolas" w:hAnsi="Consolas"/>
          <w:b/>
          <w:color w:val="55604B"/>
        </w:rPr>
        <w:t>Assessment:</w:t>
      </w:r>
      <w:r>
        <w:t xml:space="preserve"> The EU will very likely keep the assets under European control. A decision to use them for Ukraine at this summit is unlikely given Belgian opposition.</w:t>
      </w:r>
    </w:p>
    <w:p>
      <w:r>
        <w:rPr>
          <w:b/>
        </w:rPr>
        <w:t>EU: Council sanctions 12 targets for evading Russia sanctions</w:t>
      </w:r>
    </w:p>
    <w:p>
      <w:r>
        <w:t xml:space="preserve">The EU listed three individuals and nine entities in Russia, Türkiye, the UAE and the Seychelles, including shadow-fleet shipping intermediaries. </w:t>
      </w:r>
      <w:r>
        <w:rPr>
          <w:vertAlign w:val="superscript"/>
        </w:rPr>
        <w:t>[66]</w:t>
      </w:r>
    </w:p>
    <w:p>
      <w:r>
        <w:rPr>
          <w:rFonts w:ascii="Consolas" w:hAnsi="Consolas"/>
          <w:b/>
          <w:color w:val="55604B"/>
        </w:rPr>
        <w:t>Assessment:</w:t>
      </w:r>
      <w:r>
        <w:t xml:space="preserve"> The EU is likely to keep tightening on the shadow fleet even as Washington weighs easing.</w:t>
      </w:r>
    </w:p>
    <w:p>
      <w:r>
        <w:rPr>
          <w:b/>
        </w:rPr>
        <w:t>BLACK SEA: Romania blames Russia for ship attacks; NATO to take up the issue</w:t>
      </w:r>
    </w:p>
    <w:p>
      <w:r>
        <w:t xml:space="preserve">AP counts at least seven cargo ships attacked off Romania and Bulgaria this month, with 2 dead and at least 25 missing. </w:t>
      </w:r>
      <w:r>
        <w:rPr>
          <w:vertAlign w:val="superscript"/>
        </w:rPr>
        <w:t>[67]</w:t>
      </w:r>
      <w:r>
        <w:t xml:space="preserve"> Romania's foreign minister said "Russia bears full responsibility." </w:t>
      </w:r>
      <w:r>
        <w:rPr>
          <w:vertAlign w:val="superscript"/>
        </w:rPr>
        <w:t>[68]</w:t>
      </w:r>
      <w:r>
        <w:t xml:space="preserve"> The Wine Trader's missing crew was revised to seven. </w:t>
      </w:r>
      <w:r>
        <w:rPr>
          <w:vertAlign w:val="superscript"/>
        </w:rPr>
        <w:t>[69]</w:t>
      </w:r>
    </w:p>
    <w:p>
      <w:r>
        <w:rPr>
          <w:rFonts w:ascii="Consolas" w:hAnsi="Consolas"/>
          <w:b/>
          <w:color w:val="55604B"/>
        </w:rPr>
        <w:t>Assessment:</w:t>
      </w:r>
      <w:r>
        <w:t xml:space="preserve"> More attacks on Black Sea shipping are very likely. A collective NATO military response beyond more surveillance is unlikely soon.</w:t>
      </w:r>
    </w:p>
    <w:p>
      <w:r>
        <w:rPr>
          <w:b/>
        </w:rPr>
        <w:t>MOLDOVA: Another drone enters Moldovan airspace</w:t>
      </w:r>
    </w:p>
    <w:p>
      <w:r>
        <w:t xml:space="preserve">A drone entered Moldova from Ukraine's Odesa region overnight into 16 Oct and left after about eight minutes. </w:t>
      </w:r>
      <w:r>
        <w:rPr>
          <w:vertAlign w:val="superscript"/>
        </w:rPr>
        <w:t>[70]</w:t>
      </w:r>
    </w:p>
    <w:p>
      <w:r>
        <w:rPr>
          <w:rFonts w:ascii="Consolas" w:hAnsi="Consolas"/>
          <w:b/>
          <w:color w:val="55604B"/>
        </w:rPr>
        <w:t>Assessment:</w:t>
      </w:r>
      <w:r>
        <w:t xml:space="preserve"> Further incursions are very likely while Russia attacks Odesa region.</w:t>
      </w:r>
    </w:p>
    <w:p>
      <w:r>
        <w:rPr>
          <w:b/>
        </w:rPr>
        <w:t>UKRAINE: Russian incursion near Anyshchyne in Kharkiv region</w:t>
      </w:r>
    </w:p>
    <w:p>
      <w:r>
        <w:t xml:space="preserve">A Ukrainian military spokesman confirmed Russian troops broke in near Anyshchyne and are trying to widen the position. </w:t>
      </w:r>
      <w:r>
        <w:rPr>
          <w:vertAlign w:val="superscript"/>
        </w:rPr>
        <w:t>[71]</w:t>
      </w:r>
    </w:p>
    <w:p>
      <w:r>
        <w:rPr>
          <w:rFonts w:ascii="Consolas" w:hAnsi="Consolas"/>
          <w:b/>
          <w:color w:val="55604B"/>
        </w:rPr>
        <w:t>Assessment:</w:t>
      </w:r>
      <w:r>
        <w:t xml:space="preserve"> Russian pressure on the Kharkiv border will likely continue without major gains.</w:t>
      </w:r>
    </w:p>
    <w:p>
      <w:r>
        <w:rPr>
          <w:b/>
        </w:rPr>
        <w:t>RUSSIA / JAPAN: Tokyo denies spying after FSB detains journalist</w:t>
      </w:r>
    </w:p>
    <w:p>
      <w:r>
        <w:t xml:space="preserve">Prime Minister Takaichi denied that Japan spies in Russia, and Tokyo cannot contact detained reporter Yuki Imai. </w:t>
      </w:r>
      <w:r>
        <w:rPr>
          <w:vertAlign w:val="superscript"/>
        </w:rPr>
        <w:t>[72]</w:t>
      </w:r>
    </w:p>
    <w:p>
      <w:r>
        <w:rPr>
          <w:rFonts w:ascii="Consolas" w:hAnsi="Consolas"/>
          <w:b/>
          <w:color w:val="55604B"/>
        </w:rPr>
        <w:t>Assessment:</w:t>
      </w:r>
      <w:r>
        <w:t xml:space="preserve"> The FSB is likely using detentions of foreigners as diplomatic leverage.</w:t>
      </w:r>
    </w:p>
    <w:p>
      <w:r>
        <w:rPr>
          <w:i/>
        </w:rPr>
        <w:t>Collection gap: BBC, Guardian, CNN and RFE/RL were blocked, and Reuters was read only through syndication. The EU summit's final conclusions were not yet published. No in-window developments found for the UK-Iran Fairford case, Georgia or the Balkans.</w:t>
      </w:r>
    </w:p>
    <w:p>
      <w:pPr>
        <w:pStyle w:val="Heading1"/>
      </w:pPr>
      <w:r>
        <w:rPr>
          <w:rFonts w:ascii="Consolas" w:hAnsi="Consolas"/>
          <w:color w:val="FFB000"/>
        </w:rPr>
        <w:t xml:space="preserve">// </w:t>
      </w:r>
      <w:r>
        <w:rPr>
          <w:color w:val="282828"/>
        </w:rPr>
        <w:t>INDOPACOM</w:t>
      </w:r>
    </w:p>
    <w:p>
      <w:r>
        <w:rPr>
          <w:b/>
        </w:rPr>
        <w:t>CHINA: Liaoning carrier group heads into the South China Sea</w:t>
      </w:r>
    </w:p>
    <w:p>
      <w:r>
        <w:t xml:space="preserve">Japan's Joint Staff Office saw the Liaoning group entering the Luzon Strait on 15 Oct toward the South China Sea. China is also running coastal drills in five areas through Saturday, none around Taiwan. </w:t>
      </w:r>
      <w:r>
        <w:rPr>
          <w:vertAlign w:val="superscript"/>
        </w:rPr>
        <w:t>[73]</w:t>
      </w:r>
    </w:p>
    <w:p>
      <w:r>
        <w:rPr>
          <w:rFonts w:ascii="Consolas" w:hAnsi="Consolas"/>
          <w:b/>
          <w:color w:val="55604B"/>
        </w:rPr>
        <w:t>Assessment:</w:t>
      </w:r>
      <w:r>
        <w:t xml:space="preserve"> The group is likely on an extended deployment timed near the Keen Sword exercise, and unlikely to signal imminent action against Taiwan.</w:t>
      </w:r>
    </w:p>
    <w:p>
      <w:r>
        <w:rPr>
          <w:b/>
        </w:rPr>
        <w:t>TAIWAN: Defence ministry watching for large PLA exercises</w:t>
      </w:r>
    </w:p>
    <w:p>
      <w:r>
        <w:t xml:space="preserve">A senior Taiwanese intelligence officer said the ministry is watching for large-scale PLA exercises; there have been none in 2026 so far after annual encirclement drills from 2022 to 2025. </w:t>
      </w:r>
      <w:r>
        <w:rPr>
          <w:vertAlign w:val="superscript"/>
        </w:rPr>
        <w:t>[74]</w:t>
      </w:r>
      <w:r>
        <w:t xml:space="preserve"> October detections stand at 96 aircraft and 164 ships. </w:t>
      </w:r>
      <w:r>
        <w:rPr>
          <w:vertAlign w:val="superscript"/>
        </w:rPr>
        <w:t>[75]</w:t>
      </w:r>
    </w:p>
    <w:p>
      <w:r>
        <w:rPr>
          <w:rFonts w:ascii="Consolas" w:hAnsi="Consolas"/>
          <w:b/>
          <w:color w:val="55604B"/>
        </w:rPr>
        <w:t>Assessment:</w:t>
      </w:r>
      <w:r>
        <w:t xml:space="preserve"> China will likely hold at least one large exercise around Taiwan before year-end.</w:t>
      </w:r>
    </w:p>
    <w:p>
      <w:r>
        <w:rPr>
          <w:b/>
        </w:rPr>
        <w:t>PALAU / CHINA: Palau's president rejects Chinese threats over Taiwan ties</w:t>
      </w:r>
    </w:p>
    <w:p>
      <w:r>
        <w:t xml:space="preserve">President Whipps told Politico that recognising Taiwan is "our choice, not yours," and said China's ambassador threatened retaliation. </w:t>
      </w:r>
      <w:r>
        <w:rPr>
          <w:vertAlign w:val="superscript"/>
        </w:rPr>
        <w:t>[76]</w:t>
      </w:r>
    </w:p>
    <w:p>
      <w:r>
        <w:rPr>
          <w:rFonts w:ascii="Consolas" w:hAnsi="Consolas"/>
          <w:b/>
          <w:color w:val="55604B"/>
        </w:rPr>
        <w:t>Assessment:</w:t>
      </w:r>
      <w:r>
        <w:t xml:space="preserve"> Palau will very likely keep its ties with Taiwan.</w:t>
      </w:r>
    </w:p>
    <w:p>
      <w:r>
        <w:rPr>
          <w:b/>
        </w:rPr>
        <w:t>PHILIPPINES / CHINA: Marcos says Chinese envoy's "easily win" remark sounds like a threat</w:t>
      </w:r>
    </w:p>
    <w:p>
      <w:r>
        <w:t xml:space="preserve">China's ambassador said on 15 Oct, "If we want to use force, we may easily win. But no, we will not use force." </w:t>
      </w:r>
      <w:r>
        <w:rPr>
          <w:vertAlign w:val="superscript"/>
        </w:rPr>
        <w:t>[77]</w:t>
      </w:r>
      <w:r>
        <w:t xml:space="preserve"> The Department of Foreign Affairs called it "a thinly veiled threat," and Marcos said it "sounds very much like a threat." </w:t>
      </w:r>
      <w:r>
        <w:rPr>
          <w:vertAlign w:val="superscript"/>
        </w:rPr>
        <w:t>[77]</w:t>
      </w:r>
      <w:r>
        <w:rPr>
          <w:vertAlign w:val="superscript"/>
        </w:rPr>
        <w:t>[78]</w:t>
      </w:r>
      <w:r>
        <w:t xml:space="preserve"> The Chinese embassy called the reaction "overinterpretation." </w:t>
      </w:r>
      <w:r>
        <w:rPr>
          <w:vertAlign w:val="superscript"/>
        </w:rPr>
        <w:t>[79]</w:t>
      </w:r>
    </w:p>
    <w:p>
      <w:r>
        <w:rPr>
          <w:rFonts w:ascii="Consolas" w:hAnsi="Consolas"/>
          <w:b/>
          <w:color w:val="55604B"/>
        </w:rPr>
        <w:t>Assessment:</w:t>
      </w:r>
      <w:r>
        <w:t xml:space="preserve"> Manila-Beijing relations will likely keep deteriorating, though the remark is unlikely to signal a change in Chinese intent.</w:t>
      </w:r>
    </w:p>
    <w:p>
      <w:r>
        <w:rPr>
          <w:b/>
        </w:rPr>
        <w:t>SOUTH KOREA: Defence minister says command transfer could happen "right now"</w:t>
      </w:r>
    </w:p>
    <w:p>
      <w:r>
        <w:t xml:space="preserve">South Korea's defence minister told lawmakers there would be "no problem transferring wartime operational control right now" if alliance trust is assured. </w:t>
      </w:r>
      <w:r>
        <w:rPr>
          <w:vertAlign w:val="superscript"/>
        </w:rPr>
        <w:t>[80]</w:t>
      </w:r>
      <w:r>
        <w:t xml:space="preserve"> The US commander said the armistice "is not peace." </w:t>
      </w:r>
      <w:r>
        <w:rPr>
          <w:vertAlign w:val="superscript"/>
        </w:rPr>
        <w:t>[81]</w:t>
      </w:r>
      <w:r>
        <w:t xml:space="preserve"> The annual defence talks are expected in December. </w:t>
      </w:r>
      <w:r>
        <w:rPr>
          <w:vertAlign w:val="superscript"/>
        </w:rPr>
        <w:t>[82]</w:t>
      </w:r>
    </w:p>
    <w:p>
      <w:r>
        <w:rPr>
          <w:rFonts w:ascii="Consolas" w:hAnsi="Consolas"/>
          <w:b/>
          <w:color w:val="55604B"/>
        </w:rPr>
        <w:t>Assessment:</w:t>
      </w:r>
      <w:r>
        <w:t xml:space="preserve"> The command transfer timeline will likely not be settled before December.</w:t>
      </w:r>
    </w:p>
    <w:p>
      <w:r>
        <w:rPr>
          <w:b/>
        </w:rPr>
        <w:t>NORTH KOREA: Missile chief disputes South Korea's hypersonic test</w:t>
      </w:r>
    </w:p>
    <w:p>
      <w:r>
        <w:t xml:space="preserve">North Korea's missile administration chief said photos of South Korea's 8 Oct hypersonic glide vehicle test showed no signs of hypersonic flight; Seoul rejected the claim. </w:t>
      </w:r>
      <w:r>
        <w:rPr>
          <w:vertAlign w:val="superscript"/>
        </w:rPr>
        <w:t>[83]</w:t>
      </w:r>
    </w:p>
    <w:p>
      <w:r>
        <w:rPr>
          <w:rFonts w:ascii="Consolas" w:hAnsi="Consolas"/>
          <w:b/>
          <w:color w:val="55604B"/>
        </w:rPr>
        <w:t>Assessment:</w:t>
      </w:r>
      <w:r>
        <w:t xml:space="preserve"> Further North Korean launches in October are likely.</w:t>
      </w:r>
    </w:p>
    <w:p>
      <w:r>
        <w:rPr>
          <w:b/>
        </w:rPr>
        <w:t>JAPAN / US: USS Theodore Roosevelt docks at Yokosuka before Keen Sword</w:t>
      </w:r>
    </w:p>
    <w:p>
      <w:r>
        <w:t xml:space="preserve">The Theodore Roosevelt carrier group docked at Yokosuka on 16 Oct, the first visiting US carrier there in more than four years, before the Keen Sword exercise from 19 to 29 Oct. </w:t>
      </w:r>
      <w:r>
        <w:rPr>
          <w:vertAlign w:val="superscript"/>
        </w:rPr>
        <w:t>[84]</w:t>
      </w:r>
    </w:p>
    <w:p>
      <w:r>
        <w:rPr>
          <w:rFonts w:ascii="Consolas" w:hAnsi="Consolas"/>
          <w:b/>
          <w:color w:val="55604B"/>
        </w:rPr>
        <w:t>Assessment:</w:t>
      </w:r>
      <w:r>
        <w:t xml:space="preserve"> Keen Sword will very likely proceed with a US carrier, drawing Chinese criticism.</w:t>
      </w:r>
    </w:p>
    <w:p>
      <w:r>
        <w:rPr>
          <w:b/>
        </w:rPr>
        <w:t>JAPAN / CHINA: Chinese state media attack Takaichi's nuclear submarine remarks</w:t>
      </w:r>
    </w:p>
    <w:p>
      <w:r>
        <w:t xml:space="preserve">A Global Times commentary called Takaichi's remarks a step toward breaking postwar nuclear taboos; no new official Chinese statement was found. </w:t>
      </w:r>
      <w:r>
        <w:rPr>
          <w:vertAlign w:val="superscript"/>
        </w:rPr>
        <w:t>[85]</w:t>
      </w:r>
      <w:r>
        <w:t xml:space="preserve"> Japan said a Yasukuni visit during the autumn festival is for the prime minister to judge. </w:t>
      </w:r>
      <w:r>
        <w:rPr>
          <w:vertAlign w:val="superscript"/>
        </w:rPr>
        <w:t>[86]</w:t>
      </w:r>
    </w:p>
    <w:p>
      <w:r>
        <w:rPr>
          <w:rFonts w:ascii="Consolas" w:hAnsi="Consolas"/>
          <w:b/>
          <w:color w:val="55604B"/>
        </w:rPr>
        <w:t>Assessment:</w:t>
      </w:r>
      <w:r>
        <w:t xml:space="preserve"> China will likely raise the issue officially once Japan's revised security documents are released.</w:t>
      </w:r>
    </w:p>
    <w:p>
      <w:r>
        <w:rPr>
          <w:b/>
        </w:rPr>
        <w:t>INDIA / PAKISTAN: Indian defence minister warns of "stronger response" to terror attacks</w:t>
      </w:r>
    </w:p>
    <w:p>
      <w:r>
        <w:t xml:space="preserve">Rajnath Singh said any further terror attack originating from Pakistan would bring a stronger response than before. </w:t>
      </w:r>
      <w:r>
        <w:rPr>
          <w:vertAlign w:val="superscript"/>
        </w:rPr>
        <w:t>[87]</w:t>
      </w:r>
      <w:r>
        <w:t xml:space="preserve"> A Pakistani outlet framed it as a threat of a larger strike. </w:t>
      </w:r>
      <w:r>
        <w:rPr>
          <w:vertAlign w:val="superscript"/>
        </w:rPr>
        <w:t>[88]</w:t>
      </w:r>
    </w:p>
    <w:p>
      <w:r>
        <w:rPr>
          <w:rFonts w:ascii="Consolas" w:hAnsi="Consolas"/>
          <w:b/>
          <w:color w:val="55604B"/>
        </w:rPr>
        <w:t>Assessment:</w:t>
      </w:r>
      <w:r>
        <w:t xml:space="preserve"> An India-Pakistan crisis is unlikely absent a major attack, but India would very likely respond militarily to one.</w:t>
      </w:r>
    </w:p>
    <w:p>
      <w:r>
        <w:rPr>
          <w:b/>
        </w:rPr>
        <w:t>INDONESIA: Prabowo reshuffles army leadership</w:t>
      </w:r>
    </w:p>
    <w:p>
      <w:r>
        <w:t xml:space="preserve">President Prabowo moved the army chief to deputy armed forces commander and promoted the deputy commander to army chief. </w:t>
      </w:r>
      <w:r>
        <w:rPr>
          <w:vertAlign w:val="superscript"/>
        </w:rPr>
        <w:t>[89]</w:t>
      </w:r>
    </w:p>
    <w:p>
      <w:r>
        <w:rPr>
          <w:rFonts w:ascii="Consolas" w:hAnsi="Consolas"/>
          <w:b/>
          <w:color w:val="55604B"/>
        </w:rPr>
        <w:t>Assessment:</w:t>
      </w:r>
      <w:r>
        <w:t xml:space="preserve"> Prabowo will likely replace the armed forces commander in the coming months.</w:t>
      </w:r>
    </w:p>
    <w:p>
      <w:r>
        <w:rPr>
          <w:b/>
        </w:rPr>
        <w:t>AUSTRALIA / AUKUS: US Navy awards $56 million AUKUS support contract</w:t>
      </w:r>
    </w:p>
    <w:p>
      <w:r>
        <w:t xml:space="preserve">HII's Newport News Shipbuilding won a $56 million contract for AUKUS engineering and design support. </w:t>
      </w:r>
      <w:r>
        <w:rPr>
          <w:vertAlign w:val="superscript"/>
        </w:rPr>
        <w:t>[90]</w:t>
      </w:r>
    </w:p>
    <w:p>
      <w:r>
        <w:rPr>
          <w:rFonts w:ascii="Consolas" w:hAnsi="Consolas"/>
          <w:b/>
          <w:color w:val="55604B"/>
        </w:rPr>
        <w:t>Assessment:</w:t>
      </w:r>
      <w:r>
        <w:t xml:space="preserve"> AUKUS submarine industrial integration very likely continues on track.</w:t>
      </w:r>
    </w:p>
    <w:p>
      <w:r>
        <w:rPr>
          <w:b/>
        </w:rPr>
        <w:t>MYANMAR: Junta airstrike in Mon State</w:t>
      </w:r>
    </w:p>
    <w:p>
      <w:r>
        <w:t xml:space="preserve">A junta airstrike hit the Ye Chaung Pyar area of Mon State around midnight on 14 Oct with no casualties. </w:t>
      </w:r>
      <w:r>
        <w:rPr>
          <w:vertAlign w:val="superscript"/>
        </w:rPr>
        <w:t>[91]</w:t>
      </w:r>
    </w:p>
    <w:p>
      <w:r>
        <w:rPr>
          <w:rFonts w:ascii="Consolas" w:hAnsi="Consolas"/>
          <w:b/>
          <w:color w:val="55604B"/>
        </w:rPr>
        <w:t>Assessment:</w:t>
      </w:r>
      <w:r>
        <w:t xml:space="preserve"> Junta airstrikes will very likely continue.</w:t>
      </w:r>
    </w:p>
    <w:p>
      <w:r>
        <w:rPr>
          <w:i/>
        </w:rPr>
        <w:t>Collection gap: Yonhap, NBC and 38 North were blocked. Nothing new found on Trump-Kim prospects, US-China trade, the Yalu bridge after its opening, or Thailand-Cambodia.</w:t>
      </w:r>
    </w:p>
    <w:p>
      <w:pPr>
        <w:pStyle w:val="Heading1"/>
      </w:pPr>
      <w:r>
        <w:rPr>
          <w:rFonts w:ascii="Consolas" w:hAnsi="Consolas"/>
          <w:color w:val="FFB000"/>
        </w:rPr>
        <w:t xml:space="preserve">// </w:t>
      </w:r>
      <w:r>
        <w:rPr>
          <w:color w:val="282828"/>
        </w:rPr>
        <w:t>NORTHCOM</w:t>
      </w:r>
    </w:p>
    <w:p>
      <w:r>
        <w:rPr>
          <w:b/>
        </w:rPr>
        <w:t>MEXICO: Hurricane Trudy reaches Category 3; hurricane watch for Colima-Jalisco coast</w:t>
      </w:r>
    </w:p>
    <w:p>
      <w:r>
        <w:t xml:space="preserve">NHC Advisory 12 (0900Z 16 Oct) puts Trudy about 355 miles south-southeast of Manzanillo with 120 mph winds. A hurricane watch covers the coast from north of Punta San Telmo to Cabo Corrientes, and a tropical storm warning covers Zihuatanejo to Manzanillo. </w:t>
      </w:r>
      <w:r>
        <w:rPr>
          <w:vertAlign w:val="superscript"/>
        </w:rPr>
        <w:t>[92]</w:t>
      </w:r>
      <w:r>
        <w:t xml:space="preserve"> NHC forecasts a peak of 145 mph early on 17 Oct and closest approach to the coast Saturday night into Sunday, with 4 to 8 inches of rain in Michoacán, Colima and Jalisco. </w:t>
      </w:r>
      <w:r>
        <w:rPr>
          <w:vertAlign w:val="superscript"/>
        </w:rPr>
        <w:t>[93]</w:t>
      </w:r>
      <w:r>
        <w:t xml:space="preserve"> AP reported Trudy strengthening to Category 3 overnight. </w:t>
      </w:r>
      <w:r>
        <w:rPr>
          <w:vertAlign w:val="superscript"/>
        </w:rPr>
        <w:t>[94]</w:t>
      </w:r>
    </w:p>
    <w:p>
      <w:r>
        <w:rPr>
          <w:rFonts w:ascii="Consolas" w:hAnsi="Consolas"/>
          <w:b/>
          <w:color w:val="55604B"/>
        </w:rPr>
        <w:t>Assessment:</w:t>
      </w:r>
      <w:r>
        <w:t xml:space="preserve"> Trudy will likely bring major-hurricane conditions to or near the Manzanillo-Cabo Corrientes coast on 17-18 Oct. Landfall itself is roughly even odds given the coast-parallel track.</w:t>
      </w:r>
    </w:p>
    <w:p>
      <w:r>
        <w:rPr>
          <w:b/>
        </w:rPr>
        <w:t>MEXICO: Navy puts 3,538 personnel on alert and closes ports</w:t>
      </w:r>
    </w:p>
    <w:p>
      <w:r>
        <w:t xml:space="preserve">Mexico's navy put 3,538 personnel on alert and closed Puerto Escondido and other Guerrero and Oaxaca ports to some traffic. </w:t>
      </w:r>
      <w:r>
        <w:rPr>
          <w:vertAlign w:val="superscript"/>
        </w:rPr>
        <w:t>[95]</w:t>
      </w:r>
      <w:r>
        <w:t xml:space="preserve"> Civil Protection has 1,614 shelters ready across Guerrero, Jalisco, Michoacán and Colima. </w:t>
      </w:r>
      <w:r>
        <w:rPr>
          <w:vertAlign w:val="superscript"/>
        </w:rPr>
        <w:t>[96]</w:t>
      </w:r>
      <w:r>
        <w:t xml:space="preserve"> Guerrero suspended classes on 16 Oct. </w:t>
      </w:r>
      <w:r>
        <w:rPr>
          <w:vertAlign w:val="superscript"/>
        </w:rPr>
        <w:t>[97]</w:t>
      </w:r>
      <w:r>
        <w:t xml:space="preserve"> No activation of the army's Plan DN-III for Trudy or closure of Manzanillo port was found.</w:t>
      </w:r>
    </w:p>
    <w:p>
      <w:r>
        <w:rPr>
          <w:rFonts w:ascii="Consolas" w:hAnsi="Consolas"/>
          <w:b/>
          <w:color w:val="55604B"/>
        </w:rPr>
        <w:t>Assessment:</w:t>
      </w:r>
      <w:r>
        <w:t xml:space="preserve"> Preparations will likely expand to Colima and Jalisco within 24 hours.</w:t>
      </w:r>
    </w:p>
    <w:p>
      <w:r>
        <w:rPr>
          <w:b/>
        </w:rPr>
        <w:t>MEXICO: Simon dissipating; Atlantic quiet</w:t>
      </w:r>
    </w:p>
    <w:p>
      <w:r>
        <w:t xml:space="preserve">Simon has weakened to 40 mph about 210 miles south-southeast of Cabo San Lucas and will become a remnant low within 24 hours. </w:t>
      </w:r>
      <w:r>
        <w:rPr>
          <w:vertAlign w:val="superscript"/>
        </w:rPr>
        <w:t>[98]</w:t>
      </w:r>
      <w:r>
        <w:rPr>
          <w:vertAlign w:val="superscript"/>
        </w:rPr>
        <w:t>[99]</w:t>
      </w:r>
      <w:r>
        <w:t xml:space="preserve"> NHC expects no Atlantic formation for seven days. </w:t>
      </w:r>
      <w:r>
        <w:rPr>
          <w:vertAlign w:val="superscript"/>
        </w:rPr>
        <w:t>[100]</w:t>
      </w:r>
    </w:p>
    <w:p>
      <w:r>
        <w:rPr>
          <w:rFonts w:ascii="Consolas" w:hAnsi="Consolas"/>
          <w:b/>
          <w:color w:val="55604B"/>
        </w:rPr>
        <w:t>Assessment:</w:t>
      </w:r>
      <w:r>
        <w:t xml:space="preserve"> Simon is very unlikely to cause further significant impacts.</w:t>
      </w:r>
    </w:p>
    <w:p>
      <w:r>
        <w:rPr>
          <w:b/>
        </w:rPr>
        <w:t>UNITED STATES / MEXICO: Border task force says it has defeated more than 300 cartel drones</w:t>
      </w:r>
    </w:p>
    <w:p>
      <w:r>
        <w:t xml:space="preserve">The border task force says it has defeated more than 300 cartel drones in 2026. A DEA official said one cartel sent operatives to a conflict zone in Eastern Europe to learn battlefield drone tactics. </w:t>
      </w:r>
      <w:r>
        <w:rPr>
          <w:vertAlign w:val="superscript"/>
        </w:rPr>
        <w:t>[101]</w:t>
      </w:r>
    </w:p>
    <w:p>
      <w:r>
        <w:rPr>
          <w:rFonts w:ascii="Consolas" w:hAnsi="Consolas"/>
          <w:b/>
          <w:color w:val="55604B"/>
        </w:rPr>
        <w:t>Assessment:</w:t>
      </w:r>
      <w:r>
        <w:t xml:space="preserve"> Cartel drone surveillance will very likely persist; armed drone attacks on US forces remain unlikely.</w:t>
      </w:r>
    </w:p>
    <w:p>
      <w:r>
        <w:rPr>
          <w:b/>
        </w:rPr>
        <w:t>CANADA: Carney draws about 5,000 to Calgary rally</w:t>
      </w:r>
    </w:p>
    <w:p>
      <w:r>
        <w:t xml:space="preserve">About 5,000 people attended Carney's Calgary rally on 15 Oct, where he urged a "remain" vote and a "no" on the referendum's nine other questions. </w:t>
      </w:r>
      <w:r>
        <w:rPr>
          <w:vertAlign w:val="superscript"/>
        </w:rPr>
        <w:t>[102]</w:t>
      </w:r>
      <w:r>
        <w:t xml:space="preserve"> He appears with Premier Smith in Red Deer on 16 Oct. </w:t>
      </w:r>
      <w:r>
        <w:rPr>
          <w:vertAlign w:val="superscript"/>
        </w:rPr>
        <w:t>[103]</w:t>
      </w:r>
    </w:p>
    <w:p>
      <w:r>
        <w:rPr>
          <w:rFonts w:ascii="Consolas" w:hAnsi="Consolas"/>
          <w:b/>
          <w:color w:val="55604B"/>
        </w:rPr>
        <w:t>Assessment:</w:t>
      </w:r>
      <w:r>
        <w:t xml:space="preserve"> The 19 Oct vote is likely to return a "remain" majority.</w:t>
      </w:r>
    </w:p>
    <w:p>
      <w:r>
        <w:rPr>
          <w:i/>
        </w:rPr>
        <w:t>Collection gap: NHC products were read through a summarising tool, not raw text. Nothing new in the window on Isaias, the DC National Guard case, NORAD or Sinaloa. Mexican coastal evacuations were not confirmed.</w:t>
      </w:r>
    </w:p>
    <w:p>
      <w:pPr>
        <w:pStyle w:val="Heading1"/>
      </w:pPr>
      <w:r>
        <w:rPr>
          <w:rFonts w:ascii="Consolas" w:hAnsi="Consolas"/>
          <w:color w:val="FFB000"/>
        </w:rPr>
        <w:t xml:space="preserve">// </w:t>
      </w:r>
      <w:r>
        <w:rPr>
          <w:color w:val="282828"/>
        </w:rPr>
        <w:t>SOUTHCOM</w:t>
      </w:r>
    </w:p>
    <w:p>
      <w:r>
        <w:rPr>
          <w:b/>
        </w:rPr>
        <w:t>BRAZIL: Datafolha shows Flávio Bolsonaro 47%, Lula 45%</w:t>
      </w:r>
    </w:p>
    <w:p>
      <w:r>
        <w:t xml:space="preserve">A Datafolha poll fielded 13-14 Oct shows Flávio Bolsonaro at 47% and Lula at 45%, or 51-49 in valid votes, halving Flávio's earlier lead. </w:t>
      </w:r>
      <w:r>
        <w:rPr>
          <w:vertAlign w:val="superscript"/>
        </w:rPr>
        <w:t>[104]</w:t>
      </w:r>
    </w:p>
    <w:p>
      <w:r>
        <w:rPr>
          <w:rFonts w:ascii="Consolas" w:hAnsi="Consolas"/>
          <w:b/>
          <w:color w:val="55604B"/>
        </w:rPr>
        <w:t>Assessment:</w:t>
      </w:r>
      <w:r>
        <w:t xml:space="preserve"> The 25 Oct runoff will likely stay within the margin of error through Sunday's debate.</w:t>
      </w:r>
    </w:p>
    <w:p>
      <w:r>
        <w:rPr>
          <w:b/>
        </w:rPr>
        <w:t>COLOMBIA: Gunmen attack international bus in Cauca, killing 5</w:t>
      </w:r>
    </w:p>
    <w:p>
      <w:r>
        <w:t xml:space="preserve">Four gunmen fired on an international bus on the Panamericana highway in Cauca late on 14 Oct. Five people, including a minor, were killed and 64 treated, mostly Venezuelan and Ecuadorian migrants. </w:t>
      </w:r>
      <w:r>
        <w:rPr>
          <w:vertAlign w:val="superscript"/>
        </w:rPr>
        <w:t>[105]</w:t>
      </w:r>
      <w:r>
        <w:rPr>
          <w:vertAlign w:val="superscript"/>
        </w:rPr>
        <w:t>[106]</w:t>
      </w:r>
    </w:p>
    <w:p>
      <w:r>
        <w:rPr>
          <w:rFonts w:ascii="Consolas" w:hAnsi="Consolas"/>
          <w:b/>
          <w:color w:val="55604B"/>
        </w:rPr>
        <w:t>Assessment:</w:t>
      </w:r>
      <w:r>
        <w:t xml:space="preserve"> Armed groups will very likely keep attacking traffic on the Panamericana corridor.</w:t>
      </w:r>
    </w:p>
    <w:p>
      <w:r>
        <w:rPr>
          <w:b/>
        </w:rPr>
        <w:t>COLOMBIA: Grenade attack on police in Cali</w:t>
      </w:r>
    </w:p>
    <w:p>
      <w:r>
        <w:t xml:space="preserve">A grenade attack in south Cali on the night of 15 Oct wounded four police officers and a civilian. </w:t>
      </w:r>
      <w:r>
        <w:rPr>
          <w:vertAlign w:val="superscript"/>
        </w:rPr>
        <w:t>[107]</w:t>
      </w:r>
    </w:p>
    <w:p>
      <w:r>
        <w:rPr>
          <w:rFonts w:ascii="Consolas" w:hAnsi="Consolas"/>
          <w:b/>
          <w:color w:val="55604B"/>
        </w:rPr>
        <w:t>Assessment:</w:t>
      </w:r>
      <w:r>
        <w:t xml:space="preserve"> Urban attacks on security forces in Valle del Cauca will likely continue.</w:t>
      </w:r>
    </w:p>
    <w:p>
      <w:r>
        <w:rPr>
          <w:b/>
        </w:rPr>
        <w:t>REGIONAL / US: Army battalion reportedly deploying to Panama to train partner forces</w:t>
      </w:r>
    </w:p>
    <w:p>
      <w:r>
        <w:t xml:space="preserve">Reports citing the New York Times say a 600-soldier battalion from the 10th Mountain Division is deploying to a jungle training facility in Panama and will train partner forces in Colombia and Honduras. </w:t>
      </w:r>
      <w:r>
        <w:rPr>
          <w:vertAlign w:val="superscript"/>
        </w:rPr>
        <w:t>[108]</w:t>
      </w:r>
      <w:r>
        <w:t xml:space="preserve"> Democracy Now reports MQ-9 drones moved to Colombia and Ecuador. SOUTHCOM declined to confirm. </w:t>
      </w:r>
      <w:r>
        <w:rPr>
          <w:vertAlign w:val="superscript"/>
        </w:rPr>
        <w:t>[109]</w:t>
      </w:r>
    </w:p>
    <w:p>
      <w:r>
        <w:rPr>
          <w:rFonts w:ascii="Consolas" w:hAnsi="Consolas"/>
          <w:b/>
          <w:color w:val="55604B"/>
        </w:rPr>
        <w:t>Assessment:</w:t>
      </w:r>
      <w:r>
        <w:t xml:space="preserve"> US counter-drug operations in the region will likely expand in the coming months.</w:t>
      </w:r>
    </w:p>
    <w:p>
      <w:r>
        <w:rPr>
          <w:b/>
        </w:rPr>
        <w:t>HAITI: UN Security Council extends sanctions</w:t>
      </w:r>
    </w:p>
    <w:p>
      <w:r>
        <w:rPr>
          <w:i/>
        </w:rPr>
        <w:t>Pre-window onset:</w:t>
      </w:r>
      <w:r>
        <w:t xml:space="preserve"> The Security Council extended the Haiti sanctions regime for 13 months on 14 Oct. A UN panel found the arms embargo is routinely breached. </w:t>
      </w:r>
      <w:r>
        <w:rPr>
          <w:vertAlign w:val="superscript"/>
        </w:rPr>
        <w:t>[110]</w:t>
      </w:r>
    </w:p>
    <w:p>
      <w:r>
        <w:rPr>
          <w:rFonts w:ascii="Consolas" w:hAnsi="Consolas"/>
          <w:b/>
          <w:color w:val="55604B"/>
        </w:rPr>
        <w:t>Assessment:</w:t>
      </w:r>
      <w:r>
        <w:t xml:space="preserve"> The renewal very likely will not materially reduce gang access to weapons.</w:t>
      </w:r>
    </w:p>
    <w:p>
      <w:r>
        <w:rPr>
          <w:b/>
        </w:rPr>
        <w:t>BOLIVIA: Protest coalition rules out road blockades</w:t>
      </w:r>
    </w:p>
    <w:p>
      <w:r>
        <w:t xml:space="preserve">Protest organisers confirmed department-level protests from 19 Oct and a march on La Paz on 6 Nov, and said they will not block roads. </w:t>
      </w:r>
      <w:r>
        <w:rPr>
          <w:vertAlign w:val="superscript"/>
        </w:rPr>
        <w:t>[111]</w:t>
      </w:r>
    </w:p>
    <w:p>
      <w:r>
        <w:rPr>
          <w:rFonts w:ascii="Consolas" w:hAnsi="Consolas"/>
          <w:b/>
          <w:color w:val="55604B"/>
        </w:rPr>
        <w:t>Assessment:</w:t>
      </w:r>
      <w:r>
        <w:t xml:space="preserve"> Protests from 19 Oct are likely to be lower-intensity than past blockades.</w:t>
      </w:r>
    </w:p>
    <w:p>
      <w:r>
        <w:rPr>
          <w:b/>
        </w:rPr>
        <w:t>VENEZUELA: Third round of transition talks under way</w:t>
      </w:r>
    </w:p>
    <w:p>
      <w:r>
        <w:rPr>
          <w:i/>
        </w:rPr>
        <w:t>Pre-window onset:</w:t>
      </w:r>
      <w:r>
        <w:t xml:space="preserve"> The third round of government-opposition talks opened on 14 Oct in Caracas, covering the electoral calendar and party participation. </w:t>
      </w:r>
      <w:r>
        <w:rPr>
          <w:vertAlign w:val="superscript"/>
        </w:rPr>
        <w:t>[112]</w:t>
      </w:r>
    </w:p>
    <w:p>
      <w:r>
        <w:rPr>
          <w:rFonts w:ascii="Consolas" w:hAnsi="Consolas"/>
          <w:b/>
          <w:color w:val="55604B"/>
        </w:rPr>
        <w:t>Assessment:</w:t>
      </w:r>
      <w:r>
        <w:t xml:space="preserve"> A presidential election date this week is unlikely.</w:t>
      </w:r>
    </w:p>
    <w:p>
      <w:r>
        <w:rPr>
          <w:i/>
        </w:rPr>
        <w:t>Collection gap: France 24, Haitian Times and La Patilla were blocked. The New York Times report on troop deployments was not read directly. Nothing new on Cuba, Ecuador or Panama in the window.</w:t>
      </w:r>
    </w:p>
    <w:p>
      <w:pPr>
        <w:pStyle w:val="Heading1"/>
      </w:pPr>
      <w:r>
        <w:rPr>
          <w:rFonts w:ascii="Consolas" w:hAnsi="Consolas"/>
          <w:color w:val="FFB000"/>
        </w:rPr>
        <w:t xml:space="preserve">// </w:t>
      </w:r>
      <w:r>
        <w:rPr>
          <w:color w:val="282828"/>
        </w:rPr>
        <w:t>WATCH ITEMS (NEXT 72 HOURS)</w:t>
      </w:r>
    </w:p>
    <w:p>
      <w:pPr>
        <w:pStyle w:val="ListBullet"/>
      </w:pPr>
      <w:r>
        <w:t xml:space="preserve">Hurricane Trudy's closest approach to the Colima-Jalisco coast on 17-18 Oct. </w:t>
      </w:r>
      <w:r>
        <w:rPr>
          <w:vertAlign w:val="superscript"/>
        </w:rPr>
        <w:t>[92]</w:t>
      </w:r>
      <w:r>
        <w:rPr>
          <w:vertAlign w:val="superscript"/>
        </w:rPr>
        <w:t>[93]</w:t>
      </w:r>
    </w:p>
    <w:p>
      <w:pPr>
        <w:pStyle w:val="ListBullet"/>
      </w:pPr>
      <w:r>
        <w:t xml:space="preserve">Ethiopian-Eritrean contact at Zalambessa. </w:t>
      </w:r>
      <w:r>
        <w:rPr>
          <w:vertAlign w:val="superscript"/>
        </w:rPr>
        <w:t>[2]</w:t>
      </w:r>
    </w:p>
    <w:p>
      <w:pPr>
        <w:pStyle w:val="ListBullet"/>
      </w:pPr>
      <w:r>
        <w:t xml:space="preserve">Further Hormuz attacks and any US strike decision on Iran. </w:t>
      </w:r>
      <w:r>
        <w:rPr>
          <w:vertAlign w:val="superscript"/>
        </w:rPr>
        <w:t>[20]</w:t>
      </w:r>
      <w:r>
        <w:rPr>
          <w:vertAlign w:val="superscript"/>
        </w:rPr>
        <w:t>[26]</w:t>
      </w:r>
    </w:p>
    <w:p>
      <w:pPr>
        <w:pStyle w:val="ListBullet"/>
      </w:pPr>
      <w:r>
        <w:t xml:space="preserve">Whether Riyadh airport reopens after 17 Oct. </w:t>
      </w:r>
      <w:r>
        <w:rPr>
          <w:vertAlign w:val="superscript"/>
        </w:rPr>
        <w:t>[37]</w:t>
      </w:r>
    </w:p>
    <w:p>
      <w:pPr>
        <w:pStyle w:val="ListBullet"/>
      </w:pPr>
      <w:r>
        <w:t xml:space="preserve">Further US limits on Ukraine support and Russian strikes on the grid. </w:t>
      </w:r>
      <w:r>
        <w:rPr>
          <w:vertAlign w:val="superscript"/>
        </w:rPr>
        <w:t>[49]</w:t>
      </w:r>
      <w:r>
        <w:rPr>
          <w:vertAlign w:val="superscript"/>
        </w:rPr>
        <w:t>[53]</w:t>
      </w:r>
    </w:p>
    <w:p>
      <w:pPr>
        <w:pStyle w:val="ListBullet"/>
      </w:pPr>
      <w:r>
        <w:t xml:space="preserve">NATO discussion of Black Sea shipping attacks. </w:t>
      </w:r>
      <w:r>
        <w:rPr>
          <w:vertAlign w:val="superscript"/>
        </w:rPr>
        <w:t>[67]</w:t>
      </w:r>
    </w:p>
    <w:p>
      <w:pPr>
        <w:pStyle w:val="ListBullet"/>
      </w:pPr>
      <w:r>
        <w:t xml:space="preserve">Brazil's runoff debate on 18 Oct and Alberta's referendum on 19 Oct. </w:t>
      </w:r>
      <w:r>
        <w:rPr>
          <w:vertAlign w:val="superscript"/>
        </w:rPr>
        <w:t>[104]</w:t>
      </w:r>
      <w:r>
        <w:rPr>
          <w:vertAlign w:val="superscript"/>
        </w:rPr>
        <w:t>[102]</w:t>
      </w:r>
    </w:p>
    <w:p>
      <w:pPr>
        <w:pStyle w:val="ListBullet"/>
      </w:pPr>
      <w:r>
        <w:t xml:space="preserve">The Keen Sword exercise starting 19 Oct. </w:t>
      </w:r>
      <w:r>
        <w:rPr>
          <w:vertAlign w:val="superscript"/>
        </w:rPr>
        <w:t>[84]</w:t>
      </w:r>
    </w:p>
    <w:p>
      <w:pPr>
        <w:pStyle w:val="Heading1"/>
      </w:pPr>
      <w:r>
        <w:rPr>
          <w:rFonts w:ascii="Consolas" w:hAnsi="Consolas"/>
          <w:color w:val="FFB000"/>
        </w:rPr>
        <w:t xml:space="preserve">// </w:t>
      </w:r>
      <w:r>
        <w:rPr>
          <w:color w:val="282828"/>
        </w:rPr>
        <w:t>SOURCE SUMMARY STATEMENT</w:t>
      </w:r>
    </w:p>
    <w:p>
      <w:r>
        <w:t>This report draws on 112 open-source items published or updated between 13 and 16 October 2026. They include international wire services (AP, AFP, Reuters, Anadolu, ANI, EFE, Canadian Press) carried by Al Jazeera, Dawn, KSAT and others; US and international outlets (Fox News, CBS News, Stars and Stripes, USNI News, Naval News, gCaptain, Euronews); regional press in the affected areas (Radio Okapi, Sudan Tribune, Radio Dabanga, Garowe Online, Daily Trust, Premium Times, Mail &amp; Guardian, Radio Tamazuj, Arab News, Khaleej Times, Times of Israel, Geo News, Kyiv Independent, Ukrinform, Meduza, Taipei Times, Philstar, Korea Times, Jakarta Post, La Razón, El Tiempo, El Heraldo); and official sources (US National Hurricane Center, the Joint Maritime Information Center, the US Mission to Saudi Arabia, the Philippine News Agency). Ukrinform and the Philippine News Agency are state news agencies, PressTV is Iranian state media, Global Times is Chinese state-affiliated media, the Uganda Broadcasting Corporation is a state broadcaster and Al Jazeera is Qatari state-funded. Several items rest on unverified claims by parties to conflicts (Tigray militia losses claims, Houthi claims, Malian army claims) or on secondary accounts of other reporting (Reuters on Starshield, the New York Times on US troop deployments). One DRC item comes from a low-reliability aggregator. NHC products were read through a summarising tool. BBC, CNN, Reuters, Bloomberg, France 24, RFI, Yonhap and NPR were blocked or failed to load during collection. Coverage gaps include the Sahel, Libya, Cuba and Ecuador.</w:t>
      </w:r>
    </w:p>
    <w:p>
      <w:pPr>
        <w:pStyle w:val="Heading1"/>
      </w:pPr>
      <w:r>
        <w:rPr>
          <w:rFonts w:ascii="Consolas" w:hAnsi="Consolas"/>
          <w:color w:val="FFB000"/>
        </w:rPr>
        <w:t xml:space="preserve">// </w:t>
      </w:r>
      <w:r>
        <w:rPr>
          <w:color w:val="282828"/>
        </w:rPr>
        <w:t>ENDNOTES (ICD 206)</w:t>
      </w:r>
    </w:p>
    <w:p>
      <w:r>
        <w:rPr>
          <w:i/>
        </w:rPr>
        <w:t>All sources accessed 16 October 2026. All sources are publicly available reporting.</w:t>
      </w:r>
    </w:p>
    <w:p>
      <w:r>
        <w:rPr>
          <w:b/>
        </w:rPr>
        <w:t>AFRICOM</w:t>
      </w:r>
    </w:p>
    <w:p>
      <w:r>
        <w:rPr>
          <w:sz w:val="17"/>
          <w:vertAlign w:val="superscript"/>
        </w:rPr>
        <w:t>[1]</w:t>
      </w:r>
      <w:r>
        <w:rPr>
          <w:sz w:val="17"/>
        </w:rPr>
        <w:t xml:space="preserve"> AFP and Anadolu Agency; Al Jazeera; "Ethiopian forces expand control in Tigray as militia claims Eritrean losses"; 15 October 2026, 1841; </w:t>
      </w:r>
      <w:hyperlink r:id="rId10">
        <w:r>
          <w:rPr>
            <w:color w:val="8A5D00"/>
            <w:sz w:val="17"/>
          </w:rPr>
          <w:t xml:space="preserve">https://www.aljazeera.com/news/2026/10/15/ethiopian-forces-expand-control-in-tigray-as-militia-claims-eritrean-losses</w:t>
        </w:r>
      </w:hyperlink>
      <w:r>
        <w:rPr>
          <w:sz w:val="17"/>
        </w:rPr>
        <w:t>; accessed 16 October 2026; Source descriptor: international wire services carried by Qatari state-funded broadcaster.</w:t>
      </w:r>
    </w:p>
    <w:p>
      <w:r>
        <w:rPr>
          <w:sz w:val="17"/>
          <w:vertAlign w:val="superscript"/>
        </w:rPr>
        <w:t>[2]</w:t>
      </w:r>
      <w:r>
        <w:rPr>
          <w:sz w:val="17"/>
        </w:rPr>
        <w:t xml:space="preserve"> Anadolu Agency; Garowe Online; "Ethiopian troops mass heavy weapons near Eritrean border amid war fears"; 15 October 2026, 1249; </w:t>
      </w:r>
      <w:hyperlink r:id="rId11">
        <w:r>
          <w:rPr>
            <w:color w:val="8A5D00"/>
            <w:sz w:val="17"/>
          </w:rPr>
          <w:t xml:space="preserve">https://www.garoweonline.com/en/world/africa/ethiopian-troops-mass-heavy-weapons-near-eritrean-border-amid-war-fears</w:t>
        </w:r>
      </w:hyperlink>
      <w:r>
        <w:rPr>
          <w:sz w:val="17"/>
        </w:rPr>
        <w:t>; accessed 16 October 2026; Source descriptor: Turkish state wire service carried by Somali regional outlet, citing ACLED, the Critical Threats Project and named officials.</w:t>
      </w:r>
    </w:p>
    <w:p>
      <w:r>
        <w:rPr>
          <w:sz w:val="17"/>
          <w:vertAlign w:val="superscript"/>
        </w:rPr>
        <w:t>[3]</w:t>
      </w:r>
      <w:r>
        <w:rPr>
          <w:sz w:val="17"/>
        </w:rPr>
        <w:t xml:space="preserve"> Cédric Botela; CongoQuotidien; "Drones du FRN frappent FARDC et wazalendo à Musimba/Shovu"; 15 October 2026, 1159 CAT; </w:t>
      </w:r>
      <w:hyperlink r:id="rId12">
        <w:r>
          <w:rPr>
            <w:color w:val="8A5D00"/>
            <w:sz w:val="17"/>
          </w:rPr>
          <w:t xml:space="preserve">https://www.congoquotidien.com/2026/10/15/nord-kivu-drones-frn-frappent-fardc-wazalendo/</w:t>
        </w:r>
      </w:hyperlink>
      <w:r>
        <w:rPr>
          <w:sz w:val="17"/>
        </w:rPr>
        <w:t>; accessed 16 October 2026; Source descriptor: Congolese aggregator citing Actualite.cd; content stated to be AI-generated; low reliability.</w:t>
      </w:r>
    </w:p>
    <w:p>
      <w:r>
        <w:rPr>
          <w:sz w:val="17"/>
          <w:vertAlign w:val="superscript"/>
        </w:rPr>
        <w:t>[4]</w:t>
      </w:r>
      <w:r>
        <w:rPr>
          <w:sz w:val="17"/>
        </w:rPr>
        <w:t xml:space="preserve"> AFP; Uganda Broadcasting Corporation; "Ex-DR Congo leader Kabila takes over eastern rebellion, but next move unclear"; 16 October 2026, 0019 EAT; </w:t>
      </w:r>
      <w:hyperlink r:id="rId13">
        <w:r>
          <w:rPr>
            <w:color w:val="8A5D00"/>
            <w:sz w:val="17"/>
          </w:rPr>
          <w:t xml:space="preserve">https://ubc.go.ug/2026/10/16/ex-dr-congo-leader-kabila-takes-over-eastern-rebellion-but-next-move-unclear</w:t>
        </w:r>
      </w:hyperlink>
      <w:r>
        <w:rPr>
          <w:sz w:val="17"/>
        </w:rPr>
        <w:t>; accessed 16 October 2026; Source descriptor: international wire service analysis carried by Ugandan state broadcaster.</w:t>
      </w:r>
    </w:p>
    <w:p>
      <w:r>
        <w:rPr>
          <w:sz w:val="17"/>
          <w:vertAlign w:val="superscript"/>
        </w:rPr>
        <w:t>[5]</w:t>
      </w:r>
      <w:r>
        <w:rPr>
          <w:sz w:val="17"/>
        </w:rPr>
        <w:t xml:space="preserve"> Staff; Radio Okapi; "Ebola: plus de 9 000 cas et 4 410 décès en RDC, un deuxième cas confirmé au Kenya"; 16 October 2026, 0509 WAT; </w:t>
      </w:r>
      <w:hyperlink r:id="rId14">
        <w:r>
          <w:rPr>
            <w:color w:val="8A5D00"/>
            <w:sz w:val="17"/>
          </w:rPr>
          <w:t xml:space="preserve">https://www.radiookapi.net/2026/10/16/actualite/sante/ebola-plus-de-9-000-cas-et-4-410-deces-en-rdc-un-deuxieme-cas-confirme-au</w:t>
        </w:r>
      </w:hyperlink>
      <w:r>
        <w:rPr>
          <w:sz w:val="17"/>
        </w:rPr>
        <w:t>; accessed 16 October 2026; Source descriptor: UN-backed Congolese radio citing WHO.</w:t>
      </w:r>
    </w:p>
    <w:p>
      <w:r>
        <w:rPr>
          <w:sz w:val="17"/>
          <w:vertAlign w:val="superscript"/>
        </w:rPr>
        <w:t>[6]</w:t>
      </w:r>
      <w:r>
        <w:rPr>
          <w:sz w:val="17"/>
        </w:rPr>
        <w:t xml:space="preserve"> Staff; Radio Okapi; "RDC : le CDC Afrique exige des comptes sur plus de 700 millions USD destinés à la riposte contre Ebola"; 15 October 2026, 1232 WAT; </w:t>
      </w:r>
      <w:hyperlink r:id="rId15">
        <w:r>
          <w:rPr>
            <w:color w:val="8A5D00"/>
            <w:sz w:val="17"/>
          </w:rPr>
          <w:t xml:space="preserve">https://www.radiookapi.net/2026/10/15/actualite/sante/rdc-le-cdc-afrique-exige-des-comptes-sur-plus-de-700-millions-usd</w:t>
        </w:r>
      </w:hyperlink>
      <w:r>
        <w:rPr>
          <w:sz w:val="17"/>
        </w:rPr>
        <w:t>; accessed 16 October 2026; Source descriptor: UN-backed Congolese radio citing Africa CDC.</w:t>
      </w:r>
    </w:p>
    <w:p>
      <w:r>
        <w:rPr>
          <w:sz w:val="17"/>
          <w:vertAlign w:val="superscript"/>
        </w:rPr>
        <w:t>[7]</w:t>
      </w:r>
      <w:r>
        <w:rPr>
          <w:sz w:val="17"/>
        </w:rPr>
        <w:t xml:space="preserve"> Staff; Sudan Tribune; "Sudan's Burhan affirms commitment to U.S.-backed peace efforts in message to Trump"; 15 October 2026, 2315 UTC; </w:t>
      </w:r>
      <w:hyperlink r:id="rId16">
        <w:r>
          <w:rPr>
            <w:color w:val="8A5D00"/>
            <w:sz w:val="17"/>
          </w:rPr>
          <w:t xml:space="preserve">https://sudantribune.com/article/320009</w:t>
        </w:r>
      </w:hyperlink>
      <w:r>
        <w:rPr>
          <w:sz w:val="17"/>
        </w:rPr>
        <w:t>; accessed 16 October 2026; Source descriptor: Sudanese news outlet citing an official social media statement.</w:t>
      </w:r>
    </w:p>
    <w:p>
      <w:r>
        <w:rPr>
          <w:sz w:val="17"/>
          <w:vertAlign w:val="superscript"/>
        </w:rPr>
        <w:t>[8]</w:t>
      </w:r>
      <w:r>
        <w:rPr>
          <w:sz w:val="17"/>
        </w:rPr>
        <w:t xml:space="preserve"> Amgad; Radio Dabanga; "UN and Switzerland plan Sudan peace talks as US lawmaker proposes resource partnership"; 15 October 2026, 1524 UTC; </w:t>
      </w:r>
      <w:hyperlink r:id="rId17">
        <w:r>
          <w:rPr>
            <w:color w:val="8A5D00"/>
            <w:sz w:val="17"/>
          </w:rPr>
          <w:t xml:space="preserve">https://www.dabangasudan.org/en/all-news/article/un-and-switzerland-plan-sudan-peace-talks-as-us-lawmaker-proposes-resource-partnership</w:t>
        </w:r>
      </w:hyperlink>
      <w:r>
        <w:rPr>
          <w:sz w:val="17"/>
        </w:rPr>
        <w:t>; accessed 16 October 2026; Source descriptor: Sudanese independent outlet citing the UN spokesperson.</w:t>
      </w:r>
    </w:p>
    <w:p>
      <w:r>
        <w:rPr>
          <w:sz w:val="17"/>
          <w:vertAlign w:val="superscript"/>
        </w:rPr>
        <w:t>[9]</w:t>
      </w:r>
      <w:r>
        <w:rPr>
          <w:sz w:val="17"/>
        </w:rPr>
        <w:t xml:space="preserve"> Staff; Sudan Tribune; "Exceptional measures at Qustul port halt Egypt-Sudan truck freight"; 15 October 2026, 2228 UTC; </w:t>
      </w:r>
      <w:hyperlink r:id="rId18">
        <w:r>
          <w:rPr>
            <w:color w:val="8A5D00"/>
            <w:sz w:val="17"/>
          </w:rPr>
          <w:t xml:space="preserve">https://sudantribune.com/article/319999</w:t>
        </w:r>
      </w:hyperlink>
      <w:r>
        <w:rPr>
          <w:sz w:val="17"/>
        </w:rPr>
        <w:t>; accessed 16 October 2026; Source descriptor: Sudanese news outlet.</w:t>
      </w:r>
    </w:p>
    <w:p>
      <w:r>
        <w:rPr>
          <w:sz w:val="17"/>
          <w:vertAlign w:val="superscript"/>
        </w:rPr>
        <w:t>[10]</w:t>
      </w:r>
      <w:r>
        <w:rPr>
          <w:sz w:val="17"/>
        </w:rPr>
        <w:t xml:space="preserve"> Staff; Sudan Tribune; "Sudan doctors say RSF holding over 6,500 detainees in West Darfur"; 15 October 2026, 2258 UTC; </w:t>
      </w:r>
      <w:hyperlink r:id="rId19">
        <w:r>
          <w:rPr>
            <w:color w:val="8A5D00"/>
            <w:sz w:val="17"/>
          </w:rPr>
          <w:t xml:space="preserve">https://sudantribune.com/article/320004</w:t>
        </w:r>
      </w:hyperlink>
      <w:r>
        <w:rPr>
          <w:sz w:val="17"/>
        </w:rPr>
        <w:t>; accessed 16 October 2026; Source descriptor: Sudanese news outlet citing a medical advocacy network.</w:t>
      </w:r>
    </w:p>
    <w:p>
      <w:r>
        <w:rPr>
          <w:sz w:val="17"/>
          <w:vertAlign w:val="superscript"/>
        </w:rPr>
        <w:t>[11]</w:t>
      </w:r>
      <w:r>
        <w:rPr>
          <w:sz w:val="17"/>
        </w:rPr>
        <w:t xml:space="preserve"> Staff; Sudan Tribune; "Five children killed in Sudanese army airstrike on North Kordofan"; 15 October 2026, 2340 UTC; </w:t>
      </w:r>
      <w:hyperlink r:id="rId20">
        <w:r>
          <w:rPr>
            <w:color w:val="8A5D00"/>
            <w:sz w:val="17"/>
          </w:rPr>
          <w:t xml:space="preserve">https://sudantribune.com/article/320013</w:t>
        </w:r>
      </w:hyperlink>
      <w:r>
        <w:rPr>
          <w:sz w:val="17"/>
        </w:rPr>
        <w:t>; accessed 16 October 2026; Source descriptor: Sudanese news outlet citing a rights group.</w:t>
      </w:r>
    </w:p>
    <w:p>
      <w:r>
        <w:rPr>
          <w:sz w:val="17"/>
          <w:vertAlign w:val="superscript"/>
        </w:rPr>
        <w:t>[12]</w:t>
      </w:r>
      <w:r>
        <w:rPr>
          <w:sz w:val="17"/>
        </w:rPr>
        <w:t xml:space="preserve"> Amgad; Radio Dabanga; "Drone attack kills two in North Darfur as Red Crescent volunteer killed in Blue Nile"; 15 October 2026, 1518 UTC; </w:t>
      </w:r>
      <w:hyperlink r:id="rId21">
        <w:r>
          <w:rPr>
            <w:color w:val="8A5D00"/>
            <w:sz w:val="17"/>
          </w:rPr>
          <w:t xml:space="preserve">https://www.dabangasudan.org/en/all-news/article/drone-attack-kills-two-in-north-darfur-as-red-crescent-volunteer-killed-in-blue-nile</w:t>
        </w:r>
      </w:hyperlink>
      <w:r>
        <w:rPr>
          <w:sz w:val="17"/>
        </w:rPr>
        <w:t>; accessed 16 October 2026; Source descriptor: Sudanese independent outlet.</w:t>
      </w:r>
    </w:p>
    <w:p>
      <w:r>
        <w:rPr>
          <w:sz w:val="17"/>
          <w:vertAlign w:val="superscript"/>
        </w:rPr>
        <w:t>[13]</w:t>
      </w:r>
      <w:r>
        <w:rPr>
          <w:sz w:val="17"/>
        </w:rPr>
        <w:t xml:space="preserve"> Staff Reporter; Garowe Online; "Somalia: Laftagareen's Forces Expand Territorial Gains in Southwest as Buurhakaba Falls"; 15 October 2026, 1739; </w:t>
      </w:r>
      <w:hyperlink r:id="rId22">
        <w:r>
          <w:rPr>
            <w:color w:val="8A5D00"/>
            <w:sz w:val="17"/>
          </w:rPr>
          <w:t xml:space="preserve">https://www.garoweonline.com/en/news/somalia/somalia-laftagareen-s-forces-expand-territorial-gains-in-southwest-as-buurhakaba-falls</w:t>
        </w:r>
      </w:hyperlink>
      <w:r>
        <w:rPr>
          <w:sz w:val="17"/>
        </w:rPr>
        <w:t>; accessed 16 October 2026; Source descriptor: Puntland-based Somali outlet; claims unverified.</w:t>
      </w:r>
    </w:p>
    <w:p>
      <w:r>
        <w:rPr>
          <w:sz w:val="17"/>
          <w:vertAlign w:val="superscript"/>
        </w:rPr>
        <w:t>[14]</w:t>
      </w:r>
      <w:r>
        <w:rPr>
          <w:sz w:val="17"/>
        </w:rPr>
        <w:t xml:space="preserve"> Hamisu Kabir Matazu; Daily Trust; "14 Feared Dead as Terrorists hit Military Base in Borno"; 15 October 2026, 1640 WAT; </w:t>
      </w:r>
      <w:hyperlink r:id="rId23">
        <w:r>
          <w:rPr>
            <w:color w:val="8A5D00"/>
            <w:sz w:val="17"/>
          </w:rPr>
          <w:t xml:space="preserve">https://dailytrust.com/14-feared-dead-as-terrorists-hit-military-base-in-borno/</w:t>
        </w:r>
      </w:hyperlink>
      <w:r>
        <w:rPr>
          <w:sz w:val="17"/>
        </w:rPr>
        <w:t>; accessed 16 October 2026; Source descriptor: Nigerian national daily citing local sources.</w:t>
      </w:r>
    </w:p>
    <w:p>
      <w:r>
        <w:rPr>
          <w:sz w:val="17"/>
          <w:vertAlign w:val="superscript"/>
        </w:rPr>
        <w:t>[15]</w:t>
      </w:r>
      <w:r>
        <w:rPr>
          <w:sz w:val="17"/>
        </w:rPr>
        <w:t xml:space="preserve"> Staff; Sahara Reporters; "BREAKING: ISWAP Terrorists Kill About 15 Soldiers, Burn Military Vehicles In Attack On Borno Base"; 15 October 2026, time not given; </w:t>
      </w:r>
      <w:hyperlink r:id="rId24">
        <w:r>
          <w:rPr>
            <w:color w:val="8A5D00"/>
            <w:sz w:val="17"/>
          </w:rPr>
          <w:t xml:space="preserve">https://saharareporters.com/2026/10/15/breaking-iswap-terrorists-kill-about-15-soldiers-burn-military-vehicles-attack-borno</w:t>
        </w:r>
      </w:hyperlink>
      <w:r>
        <w:rPr>
          <w:sz w:val="17"/>
        </w:rPr>
        <w:t>; accessed 16 October 2026; Source descriptor: Nigerian online outlet citing military sources.</w:t>
      </w:r>
    </w:p>
    <w:p>
      <w:r>
        <w:rPr>
          <w:sz w:val="17"/>
          <w:vertAlign w:val="superscript"/>
        </w:rPr>
        <w:t>[16]</w:t>
      </w:r>
      <w:r>
        <w:rPr>
          <w:sz w:val="17"/>
        </w:rPr>
        <w:t xml:space="preserve"> Press Release; Premium Times; "2027: Tinubu issues fresh directive, orders security agencies to rescue all kidnapped victims"; 16 October 2026, 0700 UTC; </w:t>
      </w:r>
      <w:hyperlink r:id="rId25">
        <w:r>
          <w:rPr>
            <w:color w:val="8A5D00"/>
            <w:sz w:val="17"/>
          </w:rPr>
          <w:t xml:space="preserve">https://www.premiumtimesng.com/news/top-news/917502-2027-tinubu-issues-fresh-directive-orders-security-agencies-to-rescue-all-kidnapped-victims.html</w:t>
        </w:r>
      </w:hyperlink>
      <w:r>
        <w:rPr>
          <w:sz w:val="17"/>
        </w:rPr>
        <w:t>; accessed 16 October 2026; Source descriptor: Nigerian national daily carrying a government release.</w:t>
      </w:r>
    </w:p>
    <w:p>
      <w:r>
        <w:rPr>
          <w:sz w:val="17"/>
          <w:vertAlign w:val="superscript"/>
        </w:rPr>
        <w:t>[17]</w:t>
      </w:r>
      <w:r>
        <w:rPr>
          <w:sz w:val="17"/>
        </w:rPr>
        <w:t xml:space="preserve"> Amahle Banda; Mail &amp; Guardian; "Constitutional Court rules in favour of ANC in IEC candidate nomination dispute"; 15 October 2026, 1050 SAST; </w:t>
      </w:r>
      <w:hyperlink r:id="rId26">
        <w:r>
          <w:rPr>
            <w:color w:val="8A5D00"/>
            <w:sz w:val="17"/>
          </w:rPr>
          <w:t xml:space="preserve">https://mg.co.za/news/south-africa/2026-10-15-constitutional-court-rules-in-favour-of-anc-in-iec-candidate-nomination-dispute/</w:t>
        </w:r>
      </w:hyperlink>
      <w:r>
        <w:rPr>
          <w:sz w:val="17"/>
        </w:rPr>
        <w:t>; accessed 16 October 2026; Source descriptor: South African weekly newspaper.</w:t>
      </w:r>
    </w:p>
    <w:p>
      <w:r>
        <w:rPr>
          <w:sz w:val="17"/>
          <w:vertAlign w:val="superscript"/>
        </w:rPr>
        <w:t>[18]</w:t>
      </w:r>
      <w:r>
        <w:rPr>
          <w:sz w:val="17"/>
        </w:rPr>
        <w:t xml:space="preserve"> Editor in Chief; Radio Tamazuj; "16 killed, 34 wounded in Tonj East violence"; 15 October 2026, 1229 UTC; </w:t>
      </w:r>
      <w:hyperlink r:id="rId27">
        <w:r>
          <w:rPr>
            <w:color w:val="8A5D00"/>
            <w:sz w:val="17"/>
          </w:rPr>
          <w:t xml:space="preserve">https://www.radiotamazuj.org/en/news/article/16-killed-34-wounded-in-tonj-east-violence</w:t>
        </w:r>
      </w:hyperlink>
      <w:r>
        <w:rPr>
          <w:sz w:val="17"/>
        </w:rPr>
        <w:t>; accessed 16 October 2026; Source descriptor: South Sudanese independent outlet.</w:t>
      </w:r>
    </w:p>
    <w:p>
      <w:r>
        <w:rPr>
          <w:sz w:val="17"/>
          <w:vertAlign w:val="superscript"/>
        </w:rPr>
        <w:t>[19]</w:t>
      </w:r>
      <w:r>
        <w:rPr>
          <w:sz w:val="17"/>
        </w:rPr>
        <w:t xml:space="preserve"> Sandrine Kouadjo; Yeclo; "Opération Dougoukoloko : l'armée malienne frappe à Dioura"; 15 October 2026, 1720 UTC; </w:t>
      </w:r>
      <w:hyperlink r:id="rId28">
        <w:r>
          <w:rPr>
            <w:color w:val="8A5D00"/>
            <w:sz w:val="17"/>
          </w:rPr>
          <w:t xml:space="preserve">https://www.yeclo.com/mali-larmee-frappe-deux-bases-terroristes-a-dioura-et-segou/</w:t>
        </w:r>
      </w:hyperlink>
      <w:r>
        <w:rPr>
          <w:sz w:val="17"/>
        </w:rPr>
        <w:t>; accessed 16 October 2026; Source descriptor: low-profile Francophone site relaying Malian army claims; low confidence.</w:t>
      </w:r>
    </w:p>
    <w:p>
      <w:r>
        <w:rPr>
          <w:b/>
        </w:rPr>
        <w:t>CENTCOM</w:t>
      </w:r>
    </w:p>
    <w:p>
      <w:r>
        <w:rPr>
          <w:sz w:val="17"/>
          <w:vertAlign w:val="superscript"/>
        </w:rPr>
        <w:t>[20]</w:t>
      </w:r>
      <w:r>
        <w:rPr>
          <w:sz w:val="17"/>
        </w:rPr>
        <w:t xml:space="preserve"> Mike Schuler; gCaptain; "By the Numbers: U.S. Claims Control of Hormuz as Ship Attacks Hit New High"; 15 October 2026, 1133 PDT; </w:t>
      </w:r>
      <w:hyperlink r:id="rId29">
        <w:r>
          <w:rPr>
            <w:color w:val="8A5D00"/>
            <w:sz w:val="17"/>
          </w:rPr>
          <w:t xml:space="preserve">https://gcaptain.com/by-the-numbers-u-s-claims-control-of-hormuz-as-ship-attacks-hit-new-high/</w:t>
        </w:r>
      </w:hyperlink>
      <w:r>
        <w:rPr>
          <w:sz w:val="17"/>
        </w:rPr>
        <w:t>; accessed 16 October 2026; Source descriptor: maritime trade press citing CENTCOM and JMIC.</w:t>
      </w:r>
    </w:p>
    <w:p>
      <w:r>
        <w:rPr>
          <w:sz w:val="17"/>
          <w:vertAlign w:val="superscript"/>
        </w:rPr>
        <w:t>[21]</w:t>
      </w:r>
      <w:r>
        <w:rPr>
          <w:sz w:val="17"/>
        </w:rPr>
        <w:t xml:space="preserve"> Staff; Israel National News; "CENTCOM rejects Iran's claims on Hormuz, cargo ship sinking and US deaths"; 16 October 2026, 0456 IDT; </w:t>
      </w:r>
      <w:hyperlink r:id="rId30">
        <w:r>
          <w:rPr>
            <w:color w:val="8A5D00"/>
            <w:sz w:val="17"/>
          </w:rPr>
          <w:t xml:space="preserve">https://www.israelnationalnews.com/news/434701</w:t>
        </w:r>
      </w:hyperlink>
      <w:r>
        <w:rPr>
          <w:sz w:val="17"/>
        </w:rPr>
        <w:t>; accessed 16 October 2026; Source descriptor: Israeli outlet quoting a CENTCOM statement.</w:t>
      </w:r>
    </w:p>
    <w:p>
      <w:r>
        <w:rPr>
          <w:sz w:val="17"/>
          <w:vertAlign w:val="superscript"/>
        </w:rPr>
        <w:t>[22]</w:t>
      </w:r>
      <w:r>
        <w:rPr>
          <w:sz w:val="17"/>
        </w:rPr>
        <w:t xml:space="preserve"> Joint Maritime Information Center; UKMTO; "Update 105 JMIC Advisory Note 15 October"; 15 October 2026, 1300 UTC; </w:t>
      </w:r>
      <w:hyperlink r:id="rId31">
        <w:r>
          <w:rPr>
            <w:color w:val="8A5D00"/>
            <w:sz w:val="17"/>
          </w:rPr>
          <w:t xml:space="preserve">https://www.ukmto.org/-/media/ukmto/products/update-105-jmic-advisory-note-15-october.pdf?rev=ae23f6713bc24322b5f58190a6923b58</w:t>
        </w:r>
      </w:hyperlink>
      <w:r>
        <w:rPr>
          <w:sz w:val="17"/>
        </w:rPr>
        <w:t>; accessed 16 October 2026; Source descriptor: official multinational maritime security advisory.</w:t>
      </w:r>
    </w:p>
    <w:p>
      <w:r>
        <w:rPr>
          <w:sz w:val="17"/>
          <w:vertAlign w:val="superscript"/>
        </w:rPr>
        <w:t>[23]</w:t>
      </w:r>
      <w:r>
        <w:rPr>
          <w:sz w:val="17"/>
        </w:rPr>
        <w:t xml:space="preserve"> Staff; LaPresse; "Iran, media: oil tanker on fire in the Strait of Hormuz after breaching the transit ban"; 15 October 2026, 1319 UTC; </w:t>
      </w:r>
      <w:hyperlink r:id="rId32">
        <w:r>
          <w:rPr>
            <w:color w:val="8A5D00"/>
            <w:sz w:val="17"/>
          </w:rPr>
          <w:t xml:space="preserve">https://uk.lapresse.it/world-en/2026/10/15/iran-media-oil-tanker-on-fire-in-the-strait-of-hormuz-after-breaching-the-transit-ban/</w:t>
        </w:r>
      </w:hyperlink>
      <w:r>
        <w:rPr>
          <w:sz w:val="17"/>
        </w:rPr>
        <w:t>; accessed 16 October 2026; Source descriptor: Italian news agency relaying Iranian state TV.</w:t>
      </w:r>
    </w:p>
    <w:p>
      <w:r>
        <w:rPr>
          <w:sz w:val="17"/>
          <w:vertAlign w:val="superscript"/>
        </w:rPr>
        <w:t>[24]</w:t>
      </w:r>
      <w:r>
        <w:rPr>
          <w:sz w:val="17"/>
        </w:rPr>
        <w:t xml:space="preserve"> Euronews Persian; Euronews; "Another tanker catches fire near Hormuz after two cargo ships sunk in attacks"; 15 October 2026, 1800 CEST; </w:t>
      </w:r>
      <w:hyperlink r:id="rId33">
        <w:r>
          <w:rPr>
            <w:color w:val="8A5D00"/>
            <w:sz w:val="17"/>
          </w:rPr>
          <w:t xml:space="preserve">https://www.euronews.com/2026/10/15/another-tanker-catches-fire-near-hormuz-after-two-cargo-ships-sunk-in-attacks</w:t>
        </w:r>
      </w:hyperlink>
      <w:r>
        <w:rPr>
          <w:sz w:val="17"/>
        </w:rPr>
        <w:t>; accessed 16 October 2026; Source descriptor: pan-European broadcaster.</w:t>
      </w:r>
    </w:p>
    <w:p>
      <w:r>
        <w:rPr>
          <w:sz w:val="17"/>
          <w:vertAlign w:val="superscript"/>
        </w:rPr>
        <w:t>[25]</w:t>
      </w:r>
      <w:r>
        <w:rPr>
          <w:sz w:val="17"/>
        </w:rPr>
        <w:t xml:space="preserve"> Staff; PressTV; "Army chief: Strait of Hormuz stays closed until enemy respects Iranian nation's rights"; 16 October 2026, 0317 UTC; </w:t>
      </w:r>
      <w:hyperlink r:id="rId34">
        <w:r>
          <w:rPr>
            <w:color w:val="8A5D00"/>
            <w:sz w:val="17"/>
          </w:rPr>
          <w:t xml:space="preserve">https://www.presstv.co.uk/Detail/2026/10/16/778417/</w:t>
        </w:r>
      </w:hyperlink>
      <w:r>
        <w:rPr>
          <w:sz w:val="17"/>
        </w:rPr>
        <w:t>; accessed 16 October 2026; Source descriptor: Iranian state media.</w:t>
      </w:r>
    </w:p>
    <w:p>
      <w:r>
        <w:rPr>
          <w:sz w:val="17"/>
          <w:vertAlign w:val="superscript"/>
        </w:rPr>
        <w:t>[26]</w:t>
      </w:r>
      <w:r>
        <w:rPr>
          <w:sz w:val="17"/>
        </w:rPr>
        <w:t xml:space="preserve"> Anadolu Agency; Daily Sabah; "Trump rules out nukes against Iran, keeps strike threat alive"; 16 October 2026, 0802 TRT; </w:t>
      </w:r>
      <w:hyperlink r:id="rId35">
        <w:r>
          <w:rPr>
            <w:color w:val="8A5D00"/>
            <w:sz w:val="17"/>
          </w:rPr>
          <w:t xml:space="preserve">https://www.dailysabah.com/world/americas/trump-rules-out-nukes-against-iran-keeps-strike-threat-alive</w:t>
        </w:r>
      </w:hyperlink>
      <w:r>
        <w:rPr>
          <w:sz w:val="17"/>
        </w:rPr>
        <w:t>; accessed 16 October 2026; Source descriptor: Turkish state wire service quoting a televised interview.</w:t>
      </w:r>
    </w:p>
    <w:p>
      <w:r>
        <w:rPr>
          <w:sz w:val="17"/>
          <w:vertAlign w:val="superscript"/>
        </w:rPr>
        <w:t>[27]</w:t>
      </w:r>
      <w:r>
        <w:rPr>
          <w:sz w:val="17"/>
        </w:rPr>
        <w:t xml:space="preserve"> Emma Bussey and Eric Mack; Fox News; "Trump rules out nuclear strike on Iran as Tehran warns US bombs won't force surrender"; 15 October 2026, 2150 EDT; </w:t>
      </w:r>
      <w:hyperlink r:id="rId36">
        <w:r>
          <w:rPr>
            <w:color w:val="8A5D00"/>
            <w:sz w:val="17"/>
          </w:rPr>
          <w:t xml:space="preserve">https://www.foxnews.com/live-news/us-iran-war-peace-donald-trump-strait-hormuz-oil-prices-midterms-october-15</w:t>
        </w:r>
      </w:hyperlink>
      <w:r>
        <w:rPr>
          <w:sz w:val="17"/>
        </w:rPr>
        <w:t>; accessed 16 October 2026; Source descriptor: US broadcaster live blog.</w:t>
      </w:r>
    </w:p>
    <w:p>
      <w:r>
        <w:rPr>
          <w:sz w:val="17"/>
          <w:vertAlign w:val="superscript"/>
        </w:rPr>
        <w:t>[28]</w:t>
      </w:r>
      <w:r>
        <w:rPr>
          <w:sz w:val="17"/>
        </w:rPr>
        <w:t xml:space="preserve"> Jennifer Jacobs and Eleanor Watson; CBS News; "Plans reportedly drawn up for 'mother of all bombs' strike" (live blog entry); 15 October 2026, 1710 EDT; </w:t>
      </w:r>
      <w:hyperlink r:id="rId37">
        <w:r>
          <w:rPr>
            <w:color w:val="8A5D00"/>
            <w:sz w:val="17"/>
          </w:rPr>
          <w:t xml:space="preserve">https://cbsnews.com/live-updates/iran-war-us-houthi-saudi-arabia-trump</w:t>
        </w:r>
      </w:hyperlink>
      <w:r>
        <w:rPr>
          <w:sz w:val="17"/>
        </w:rPr>
        <w:t>; accessed 16 October 2026; Source descriptor: US network live blog.</w:t>
      </w:r>
    </w:p>
    <w:p>
      <w:r>
        <w:rPr>
          <w:sz w:val="17"/>
          <w:vertAlign w:val="superscript"/>
        </w:rPr>
        <w:t>[29]</w:t>
      </w:r>
      <w:r>
        <w:rPr>
          <w:sz w:val="17"/>
        </w:rPr>
        <w:t xml:space="preserve"> ANI; "'Noose is tightening around Iran's economy': US announces new sanctions targeting 16 people, 10 entities"; 16 October 2026, 0341 IST; </w:t>
      </w:r>
      <w:hyperlink r:id="rId38">
        <w:r>
          <w:rPr>
            <w:color w:val="8A5D00"/>
            <w:sz w:val="17"/>
          </w:rPr>
          <w:t xml:space="preserve">https://aninews.in/news/world/us/noose-is-tightening-around-iran8217s-economy-us-announces-new-sanctions-targeting-16-people-10-entities20261016034114/</w:t>
        </w:r>
      </w:hyperlink>
      <w:r>
        <w:rPr>
          <w:sz w:val="17"/>
        </w:rPr>
        <w:t>; accessed 16 October 2026; Source descriptor: Indian wire service citing the US Treasury.</w:t>
      </w:r>
    </w:p>
    <w:p>
      <w:r>
        <w:rPr>
          <w:sz w:val="17"/>
          <w:vertAlign w:val="superscript"/>
        </w:rPr>
        <w:t>[30]</w:t>
      </w:r>
      <w:r>
        <w:rPr>
          <w:sz w:val="17"/>
        </w:rPr>
        <w:t xml:space="preserve"> Staff; Kurdistan24; "US Sanctions Iraqi Bank Over Alleged Financial Links to Iran"; 15 October 2026, 2300 AST; </w:t>
      </w:r>
      <w:hyperlink r:id="rId39">
        <w:r>
          <w:rPr>
            <w:color w:val="8A5D00"/>
            <w:sz w:val="17"/>
          </w:rPr>
          <w:t xml:space="preserve">https://kurdistan24.net/en/story/946396/us-sanctions-iraqi-bank-over-alleged-financial-links-to-iran</w:t>
        </w:r>
      </w:hyperlink>
      <w:r>
        <w:rPr>
          <w:sz w:val="17"/>
        </w:rPr>
        <w:t>; accessed 16 October 2026; Source descriptor: Kurdish regional broadcaster.</w:t>
      </w:r>
    </w:p>
    <w:p>
      <w:r>
        <w:rPr>
          <w:sz w:val="17"/>
          <w:vertAlign w:val="superscript"/>
        </w:rPr>
        <w:t>[31]</w:t>
      </w:r>
      <w:r>
        <w:rPr>
          <w:sz w:val="17"/>
        </w:rPr>
        <w:t xml:space="preserve"> Gulf News Staff; Gulf News; "Middle East conflict: Houthis strike Yemen's presidential palace, US issues new Iran sanctions"; 16 October 2026, 0748; </w:t>
      </w:r>
      <w:hyperlink r:id="rId40">
        <w:r>
          <w:rPr>
            <w:color w:val="8A5D00"/>
            <w:sz w:val="17"/>
          </w:rPr>
          <w:t xml:space="preserve">https://gulfnews.com/world/mena/middle-east-conflict-houthis-strike-yemens-presidential-palace-us-issues-new-iran-sanctions-1.500712575</w:t>
        </w:r>
      </w:hyperlink>
      <w:r>
        <w:rPr>
          <w:sz w:val="17"/>
        </w:rPr>
        <w:t>; accessed 16 October 2026; Source descriptor: UAE daily live coverage.</w:t>
      </w:r>
    </w:p>
    <w:p>
      <w:r>
        <w:rPr>
          <w:sz w:val="17"/>
          <w:vertAlign w:val="superscript"/>
        </w:rPr>
        <w:t>[32]</w:t>
      </w:r>
      <w:r>
        <w:rPr>
          <w:sz w:val="17"/>
        </w:rPr>
        <w:t xml:space="preserve"> AFP and Reuters; Dawn; "Saudi Arabia accuses Iran of encouraging Houthis in latest escalation"; 15 October 2026, 1943 PKT; </w:t>
      </w:r>
      <w:hyperlink r:id="rId41">
        <w:r>
          <w:rPr>
            <w:color w:val="8A5D00"/>
            <w:sz w:val="17"/>
          </w:rPr>
          <w:t xml:space="preserve">https://www.dawn.com/news/2037377/saudi-arabia-accuses-iran-of-encouraging-houthis-in-latest-escalation</w:t>
        </w:r>
      </w:hyperlink>
      <w:r>
        <w:rPr>
          <w:sz w:val="17"/>
        </w:rPr>
        <w:t>; accessed 16 October 2026; Source descriptor: international wire services carried by Pakistani daily, citing a named Saudi official.</w:t>
      </w:r>
    </w:p>
    <w:p>
      <w:r>
        <w:rPr>
          <w:sz w:val="17"/>
          <w:vertAlign w:val="superscript"/>
        </w:rPr>
        <w:t>[33]</w:t>
      </w:r>
      <w:r>
        <w:rPr>
          <w:sz w:val="17"/>
        </w:rPr>
        <w:t xml:space="preserve"> Arab News Staff; Arab News; "Coalition: Houthis have carried out 20 attacks on King Khalid International Airport in October"; 15 October 2026, 1316 UTC; </w:t>
      </w:r>
      <w:hyperlink r:id="rId42">
        <w:r>
          <w:rPr>
            <w:color w:val="8A5D00"/>
            <w:sz w:val="17"/>
          </w:rPr>
          <w:t xml:space="preserve">https://www.arabnews.com/saudi-arabia/coalition-houthis-have-carried-out-20-attacks-on-king-khalid-international-airport-in-october-3006534</w:t>
        </w:r>
      </w:hyperlink>
      <w:r>
        <w:rPr>
          <w:sz w:val="17"/>
        </w:rPr>
        <w:t>; accessed 16 October 2026; Source descriptor: Saudi daily citing the coalition spokesman.</w:t>
      </w:r>
    </w:p>
    <w:p>
      <w:r>
        <w:rPr>
          <w:sz w:val="17"/>
          <w:vertAlign w:val="superscript"/>
        </w:rPr>
        <w:t>[34]</w:t>
      </w:r>
      <w:r>
        <w:rPr>
          <w:sz w:val="17"/>
        </w:rPr>
        <w:t xml:space="preserve"> Anadolu Agency; The Express Tribune; "Saudi-led coalition intercepts drone targeting kingdom's east"; 16 October 2026, 0735 UTC; </w:t>
      </w:r>
      <w:hyperlink r:id="rId43">
        <w:r>
          <w:rPr>
            <w:color w:val="8A5D00"/>
            <w:sz w:val="17"/>
          </w:rPr>
          <w:t xml:space="preserve">https://tribune.com.pk/story/2635176/saudi-led-coalition-intercepts-drone-targeting-kingdoms-east</w:t>
        </w:r>
      </w:hyperlink>
      <w:r>
        <w:rPr>
          <w:sz w:val="17"/>
        </w:rPr>
        <w:t>; accessed 16 October 2026; Source descriptor: Turkish state wire service carried by Pakistani daily.</w:t>
      </w:r>
    </w:p>
    <w:p>
      <w:r>
        <w:rPr>
          <w:sz w:val="17"/>
          <w:vertAlign w:val="superscript"/>
        </w:rPr>
        <w:t>[35]</w:t>
      </w:r>
      <w:r>
        <w:rPr>
          <w:sz w:val="17"/>
        </w:rPr>
        <w:t xml:space="preserve"> Meher Dhanjal and Bahni Bandyopadhyay; Khaleej Times; "US-Israel-Iran-Lebanon war live updates, October 15, 2026"; 15 October 2026, entries 1253-2236 GST; </w:t>
      </w:r>
      <w:hyperlink r:id="rId44">
        <w:r>
          <w:rPr>
            <w:color w:val="8A5D00"/>
            <w:sz w:val="17"/>
          </w:rPr>
          <w:t xml:space="preserve">https://www.khaleejtimes.com/world/mena/us-israel-iran-lebanon-war-live-updates-october-15-2026</w:t>
        </w:r>
      </w:hyperlink>
      <w:r>
        <w:rPr>
          <w:sz w:val="17"/>
        </w:rPr>
        <w:t>; accessed 16 October 2026; Source descriptor: UAE daily live blog.</w:t>
      </w:r>
    </w:p>
    <w:p>
      <w:r>
        <w:rPr>
          <w:sz w:val="17"/>
          <w:vertAlign w:val="superscript"/>
        </w:rPr>
        <w:t>[36]</w:t>
      </w:r>
      <w:r>
        <w:rPr>
          <w:sz w:val="17"/>
        </w:rPr>
        <w:t xml:space="preserve"> Ajaypal Choudhary (editor); WION; "Riyadh airport attacked 20 times in October: Saudi accuses Iran of encouraging Houthis, stays mum on jet strike claim"; 15 October 2026, 2247 IST; </w:t>
      </w:r>
      <w:hyperlink r:id="rId45">
        <w:r>
          <w:rPr>
            <w:color w:val="8A5D00"/>
            <w:sz w:val="17"/>
          </w:rPr>
          <w:t xml:space="preserve">https://www.wionews.com/world/riyadh-airport-attacked-20-times-in-october-saudi-accuses-iran-of-encouraging-houthis-stays-mum-on-jet-strike-claim-1792077472735</w:t>
        </w:r>
      </w:hyperlink>
      <w:r>
        <w:rPr>
          <w:sz w:val="17"/>
        </w:rPr>
        <w:t>; accessed 16 October 2026; Source descriptor: Indian broadcaster.</w:t>
      </w:r>
    </w:p>
    <w:p>
      <w:r>
        <w:rPr>
          <w:sz w:val="17"/>
          <w:vertAlign w:val="superscript"/>
        </w:rPr>
        <w:t>[37]</w:t>
      </w:r>
      <w:r>
        <w:rPr>
          <w:sz w:val="17"/>
        </w:rPr>
        <w:t xml:space="preserve"> U.S. Mission to Saudi Arabia; U.S. Embassy Riyadh; "Security Alert: U.S. Mission to Saudi Arabia – October 15, 2026"; 15 October 2026, time not given; </w:t>
      </w:r>
      <w:hyperlink r:id="rId46">
        <w:r>
          <w:rPr>
            <w:color w:val="8A5D00"/>
            <w:sz w:val="17"/>
          </w:rPr>
          <w:t xml:space="preserve">https://sa.usembassy.gov/security-alert-u-s-mission-to-saudi-arabia-october-15-2026/</w:t>
        </w:r>
      </w:hyperlink>
      <w:r>
        <w:rPr>
          <w:sz w:val="17"/>
        </w:rPr>
        <w:t>; accessed 16 October 2026; Source descriptor: official US government security alert.</w:t>
      </w:r>
    </w:p>
    <w:p>
      <w:r>
        <w:rPr>
          <w:sz w:val="17"/>
          <w:vertAlign w:val="superscript"/>
        </w:rPr>
        <w:t>[38]</w:t>
      </w:r>
      <w:r>
        <w:rPr>
          <w:sz w:val="17"/>
        </w:rPr>
        <w:t xml:space="preserve"> News agencies; Al Jazeera; "At least 5 killed in Houthi attack on Yemen's presidential palace in Aden"; 15 October 2026, 1650; </w:t>
      </w:r>
      <w:hyperlink r:id="rId47">
        <w:r>
          <w:rPr>
            <w:color w:val="8A5D00"/>
            <w:sz w:val="17"/>
          </w:rPr>
          <w:t xml:space="preserve">https://www.aljazeera.com/news/2026/10/15/houthis-target-yemens-presidential-palace-in-aden-with-missiles</w:t>
        </w:r>
      </w:hyperlink>
      <w:r>
        <w:rPr>
          <w:sz w:val="17"/>
        </w:rPr>
        <w:t>; accessed 16 October 2026; Source descriptor: Qatari state-funded broadcaster citing named Yemeni officials.</w:t>
      </w:r>
    </w:p>
    <w:p>
      <w:r>
        <w:rPr>
          <w:sz w:val="17"/>
          <w:vertAlign w:val="superscript"/>
        </w:rPr>
        <w:t>[39]</w:t>
      </w:r>
      <w:r>
        <w:rPr>
          <w:sz w:val="17"/>
        </w:rPr>
        <w:t xml:space="preserve"> News Desk; The Nation; "Houthis hit Saudi coalition command centre in Aden attack"; 16 October 2026, 0702 PKT; </w:t>
      </w:r>
      <w:hyperlink r:id="rId48">
        <w:r>
          <w:rPr>
            <w:color w:val="8A5D00"/>
            <w:sz w:val="17"/>
          </w:rPr>
          <w:t xml:space="preserve">https://www.nation.com.pk/16-Oct-2026/houthis-hit-saudi-coalition-command-centre-aden-attack</w:t>
        </w:r>
      </w:hyperlink>
      <w:r>
        <w:rPr>
          <w:sz w:val="17"/>
        </w:rPr>
        <w:t>; accessed 16 October 2026; Source descriptor: Pakistani national daily.</w:t>
      </w:r>
    </w:p>
    <w:p>
      <w:r>
        <w:rPr>
          <w:sz w:val="17"/>
          <w:vertAlign w:val="superscript"/>
        </w:rPr>
        <w:t>[40]</w:t>
      </w:r>
      <w:r>
        <w:rPr>
          <w:sz w:val="17"/>
        </w:rPr>
        <w:t xml:space="preserve"> Al Jazeera Staff; Al Jazeera; "Fighting in Yemen intensifies: What's the latest on the battlefield?"; 15 October 2026, 1052; </w:t>
      </w:r>
      <w:hyperlink r:id="rId49">
        <w:r>
          <w:rPr>
            <w:color w:val="8A5D00"/>
            <w:sz w:val="17"/>
          </w:rPr>
          <w:t xml:space="preserve">https://www.aljazeera.com/news/2026/10/15/fighting-in-yemen-intensifies-whats-the-latest-on-the-battlefield</w:t>
        </w:r>
      </w:hyperlink>
      <w:r>
        <w:rPr>
          <w:sz w:val="17"/>
        </w:rPr>
        <w:t>; accessed 16 October 2026; Source descriptor: Qatari state-funded broadcaster.</w:t>
      </w:r>
    </w:p>
    <w:p>
      <w:r>
        <w:rPr>
          <w:sz w:val="17"/>
          <w:vertAlign w:val="superscript"/>
        </w:rPr>
        <w:t>[41]</w:t>
      </w:r>
      <w:r>
        <w:rPr>
          <w:sz w:val="17"/>
        </w:rPr>
        <w:t xml:space="preserve"> Simon Lewis and Kanishka Singh; Reuters via WHBL; "Rubio urges Lebanon to not return confiscated explosives to Hezbollah, US official says"; 15 October 2026, 1818; </w:t>
      </w:r>
      <w:hyperlink r:id="rId50">
        <w:r>
          <w:rPr>
            <w:color w:val="8A5D00"/>
            <w:sz w:val="17"/>
          </w:rPr>
          <w:t xml:space="preserve">https://whbl.com/2026/10/15/rubio-urges-lebanon-to-not-return-confiscated-explosives-to-hezbollah-us-official-says/</w:t>
        </w:r>
      </w:hyperlink>
      <w:r>
        <w:rPr>
          <w:sz w:val="17"/>
        </w:rPr>
        <w:t>; accessed 16 October 2026; Source descriptor: international wire service citing a US official.</w:t>
      </w:r>
    </w:p>
    <w:p>
      <w:r>
        <w:rPr>
          <w:sz w:val="17"/>
          <w:vertAlign w:val="superscript"/>
        </w:rPr>
        <w:t>[42]</w:t>
      </w:r>
      <w:r>
        <w:rPr>
          <w:sz w:val="17"/>
        </w:rPr>
        <w:t xml:space="preserve"> Staff; The National; "Rubio speaks to Lebanon's Aoun about explosives seized from Hezbollah"; 15 October 2026, 2030; </w:t>
      </w:r>
      <w:hyperlink r:id="rId51">
        <w:r>
          <w:rPr>
            <w:color w:val="8A5D00"/>
            <w:sz w:val="17"/>
          </w:rPr>
          <w:t xml:space="preserve">https://www.thenationalnews.com/news/us/2026/10/15/rubio-speaks-to-lebanons-aoun-about-explosives-seized-from-hezbollah/</w:t>
        </w:r>
      </w:hyperlink>
      <w:r>
        <w:rPr>
          <w:sz w:val="17"/>
        </w:rPr>
        <w:t>; accessed 16 October 2026; Source descriptor: UAE-based daily citing named officials.</w:t>
      </w:r>
    </w:p>
    <w:p>
      <w:r>
        <w:rPr>
          <w:sz w:val="17"/>
          <w:vertAlign w:val="superscript"/>
        </w:rPr>
        <w:t>[43]</w:t>
      </w:r>
      <w:r>
        <w:rPr>
          <w:sz w:val="17"/>
        </w:rPr>
        <w:t xml:space="preserve"> Associated Press; Ahram Online; "'Lebanon voice must be heard': UN peacekeeping chief warns of major unresolved questions as UNIFIL exit nears"; 15 October 2026, time not given; </w:t>
      </w:r>
      <w:hyperlink r:id="rId52">
        <w:r>
          <w:rPr>
            <w:color w:val="8A5D00"/>
            <w:sz w:val="17"/>
          </w:rPr>
          <w:t xml:space="preserve">https://english.ahram.org.eg/News/579021.aspx</w:t>
        </w:r>
      </w:hyperlink>
      <w:r>
        <w:rPr>
          <w:sz w:val="17"/>
        </w:rPr>
        <w:t>; accessed 16 October 2026; Source descriptor: international wire service carried by Egyptian state outlet.</w:t>
      </w:r>
    </w:p>
    <w:p>
      <w:r>
        <w:rPr>
          <w:sz w:val="17"/>
          <w:vertAlign w:val="superscript"/>
        </w:rPr>
        <w:t>[44]</w:t>
      </w:r>
      <w:r>
        <w:rPr>
          <w:sz w:val="17"/>
        </w:rPr>
        <w:t xml:space="preserve"> ToI Staff; The Times of Israel; "ToI poll: Eisenkot's party opens up big lead on Netanyahu's, but both blocs short of majority"; 15 October 2026, 2119 IDT; </w:t>
      </w:r>
      <w:hyperlink r:id="rId53">
        <w:r>
          <w:rPr>
            <w:color w:val="8A5D00"/>
            <w:sz w:val="17"/>
          </w:rPr>
          <w:t xml:space="preserve">https://www.timesofisrael.com/toi-poll-eisenkot-opens-up-big-lead-on-netanyahu-but-both-blocs-short-of-majority/</w:t>
        </w:r>
      </w:hyperlink>
      <w:r>
        <w:rPr>
          <w:sz w:val="17"/>
        </w:rPr>
        <w:t>; accessed 16 October 2026; Source descriptor: Israeli news outlet reporting a commissioned poll.</w:t>
      </w:r>
    </w:p>
    <w:p>
      <w:r>
        <w:rPr>
          <w:sz w:val="17"/>
          <w:vertAlign w:val="superscript"/>
        </w:rPr>
        <w:t>[45]</w:t>
      </w:r>
      <w:r>
        <w:rPr>
          <w:sz w:val="17"/>
        </w:rPr>
        <w:t xml:space="preserve"> Samuel Ben-Ur; FDD's Long War Journal; "Israel reportedly blocks Board of Peace base in Gaza, IDF reports 31 ceasefire violations October 1–15"; 15 October 2026, 2038 UTC; </w:t>
      </w:r>
      <w:hyperlink r:id="rId54">
        <w:r>
          <w:rPr>
            <w:color w:val="8A5D00"/>
            <w:sz w:val="17"/>
          </w:rPr>
          <w:t xml:space="preserve">https://www.longwarjournal.org/archives/2026/10/israel-reportedly-blocks-board-of-peace-base-in-gaza-idf-reports-31-ceasefire-violations-october-1-15.php</w:t>
        </w:r>
      </w:hyperlink>
      <w:r>
        <w:rPr>
          <w:sz w:val="17"/>
        </w:rPr>
        <w:t>; accessed 16 October 2026; Source descriptor: US think-tank publication with a stated policy position.</w:t>
      </w:r>
    </w:p>
    <w:p>
      <w:r>
        <w:rPr>
          <w:sz w:val="17"/>
          <w:vertAlign w:val="superscript"/>
        </w:rPr>
        <w:t>[46]</w:t>
      </w:r>
      <w:r>
        <w:rPr>
          <w:sz w:val="17"/>
        </w:rPr>
        <w:t xml:space="preserve"> Daniyal Aziz; Geo News; "PHC to hear PTI's plea against emergency, governor's rule in KP on Oct 20"; 16 October 2026, 1047 PKT; </w:t>
      </w:r>
      <w:hyperlink r:id="rId55">
        <w:r>
          <w:rPr>
            <w:color w:val="8A5D00"/>
            <w:sz w:val="17"/>
          </w:rPr>
          <w:t xml:space="preserve">https://www.geo.tv/latest/686781-phc-to-hear-ptis-plea-against-emergency-governors-rule-in-kp-on-oct-20</w:t>
        </w:r>
      </w:hyperlink>
      <w:r>
        <w:rPr>
          <w:sz w:val="17"/>
        </w:rPr>
        <w:t>; accessed 16 October 2026; Source descriptor: Pakistani broadcaster.</w:t>
      </w:r>
    </w:p>
    <w:p>
      <w:r>
        <w:rPr>
          <w:sz w:val="17"/>
          <w:vertAlign w:val="superscript"/>
        </w:rPr>
        <w:t>[47]</w:t>
      </w:r>
      <w:r>
        <w:rPr>
          <w:sz w:val="17"/>
        </w:rPr>
        <w:t xml:space="preserve"> Syed Irfan Raza; Dawn; "Joint sitting of Parliament endorses emergency, governor's rule in KP amid opposition outcry"; 15 October 2026, 1229 PKT (updated 2054 PKT); </w:t>
      </w:r>
      <w:hyperlink r:id="rId56">
        <w:r>
          <w:rPr>
            <w:color w:val="8A5D00"/>
            <w:sz w:val="17"/>
          </w:rPr>
          <w:t xml:space="preserve">https://www.dawn.com/news/2037325</w:t>
        </w:r>
      </w:hyperlink>
      <w:r>
        <w:rPr>
          <w:sz w:val="17"/>
        </w:rPr>
        <w:t>; accessed 16 October 2026; Source descriptor: Pakistani newspaper of record.</w:t>
      </w:r>
    </w:p>
    <w:p>
      <w:r>
        <w:rPr>
          <w:sz w:val="17"/>
          <w:vertAlign w:val="superscript"/>
        </w:rPr>
        <w:t>[48]</w:t>
      </w:r>
      <w:r>
        <w:rPr>
          <w:sz w:val="17"/>
        </w:rPr>
        <w:t xml:space="preserve"> Al Jazeera Staff; Al Jazeera; "Two Syrian pipelines damaged amid spate of attacks on energy infrastructure"; 15 October 2026, 2335; </w:t>
      </w:r>
      <w:hyperlink r:id="rId57">
        <w:r>
          <w:rPr>
            <w:color w:val="8A5D00"/>
            <w:sz w:val="17"/>
          </w:rPr>
          <w:t xml:space="preserve">https://www.aljazeera.com/economy/2026/10/15/two-syrian-pipelines-damaged-amid-spate-of-attacks-on-energy-infrastructure</w:t>
        </w:r>
      </w:hyperlink>
      <w:r>
        <w:rPr>
          <w:sz w:val="17"/>
        </w:rPr>
        <w:t>; accessed 16 October 2026; Source descriptor: Qatari state-funded broadcaster citing the Syrian Petroleum Company.</w:t>
      </w:r>
    </w:p>
    <w:p>
      <w:r>
        <w:rPr>
          <w:b/>
        </w:rPr>
        <w:t>EUCOM</w:t>
      </w:r>
    </w:p>
    <w:p>
      <w:r>
        <w:rPr>
          <w:sz w:val="17"/>
          <w:vertAlign w:val="superscript"/>
        </w:rPr>
        <w:t>[49]</w:t>
      </w:r>
      <w:r>
        <w:rPr>
          <w:sz w:val="17"/>
        </w:rPr>
        <w:t xml:space="preserve"> Dmytro Basmat; Kyiv Independent; "Order limiting Starlink access for Ukraine's military came from within White House, Reuters reports"; 16 October 2026, 0402 UTC; </w:t>
      </w:r>
      <w:hyperlink r:id="rId58">
        <w:r>
          <w:rPr>
            <w:color w:val="8A5D00"/>
            <w:sz w:val="17"/>
          </w:rPr>
          <w:t xml:space="preserve">https://kyivindependent.com/order-limiting-starlink-access-for-ukraines-military-came-from-within-white-house-reuters-reports/</w:t>
        </w:r>
      </w:hyperlink>
      <w:r>
        <w:rPr>
          <w:sz w:val="17"/>
        </w:rPr>
        <w:t>; accessed 16 October 2026; Source descriptor: Ukrainian independent outlet relaying Reuters reporting citing anonymous officials.</w:t>
      </w:r>
    </w:p>
    <w:p>
      <w:r>
        <w:rPr>
          <w:sz w:val="17"/>
          <w:vertAlign w:val="superscript"/>
        </w:rPr>
        <w:t>[50]</w:t>
      </w:r>
      <w:r>
        <w:rPr>
          <w:sz w:val="17"/>
        </w:rPr>
        <w:t xml:space="preserve"> Staff; Meduza; "Order to restrict Starlink's operations in Ukraine came from White House, Reuters reports"; 16 October 2026, 0716; </w:t>
      </w:r>
      <w:hyperlink r:id="rId59">
        <w:r>
          <w:rPr>
            <w:color w:val="8A5D00"/>
            <w:sz w:val="17"/>
          </w:rPr>
          <w:t xml:space="preserve">https://meduza.io/en/news/2026/10/16/order-to-restrict-starlink-s-operations-in-ukraine-came-from-white-house-reuters-reports</w:t>
        </w:r>
      </w:hyperlink>
      <w:r>
        <w:rPr>
          <w:sz w:val="17"/>
        </w:rPr>
        <w:t>; accessed 16 October 2026; Source descriptor: independent Russian outlet in exile relaying Reuters.</w:t>
      </w:r>
    </w:p>
    <w:p>
      <w:r>
        <w:rPr>
          <w:sz w:val="17"/>
          <w:vertAlign w:val="superscript"/>
        </w:rPr>
        <w:t>[51]</w:t>
      </w:r>
      <w:r>
        <w:rPr>
          <w:sz w:val="17"/>
        </w:rPr>
        <w:t xml:space="preserve"> Dmytro Basmat; Kyiv Independent; "I'm not a big fan of Zelensky, Trump says as US-Ukraine tensions deepen"; 16 October 2026, 0105 UTC; </w:t>
      </w:r>
      <w:hyperlink r:id="rId60">
        <w:r>
          <w:rPr>
            <w:color w:val="8A5D00"/>
            <w:sz w:val="17"/>
          </w:rPr>
          <w:t xml:space="preserve">https://kyivindependent.com/im-not-a-big-fan-of-zelensky-trump-says-as-us-ukraine-tensions-deepen-2/</w:t>
        </w:r>
      </w:hyperlink>
      <w:r>
        <w:rPr>
          <w:sz w:val="17"/>
        </w:rPr>
        <w:t>; accessed 16 October 2026; Source descriptor: Ukrainian independent outlet quoting a televised interview.</w:t>
      </w:r>
    </w:p>
    <w:p>
      <w:r>
        <w:rPr>
          <w:sz w:val="17"/>
          <w:vertAlign w:val="superscript"/>
        </w:rPr>
        <w:t>[52]</w:t>
      </w:r>
      <w:r>
        <w:rPr>
          <w:sz w:val="17"/>
        </w:rPr>
        <w:t xml:space="preserve"> Dmytro Basmat; Kyiv Independent; "Ukraine's Patriot interceptor stocks again reach critically low levels, media reports"; 16 October 2026, 0229 UTC; </w:t>
      </w:r>
      <w:hyperlink r:id="rId61">
        <w:r>
          <w:rPr>
            <w:color w:val="8A5D00"/>
            <w:sz w:val="17"/>
          </w:rPr>
          <w:t xml:space="preserve">https://kyivindependent.com/ukraines-patriot-interceptor-stocks-again-reach-critically-low-levels-media-reports/</w:t>
        </w:r>
      </w:hyperlink>
      <w:r>
        <w:rPr>
          <w:sz w:val="17"/>
        </w:rPr>
        <w:t>; accessed 16 October 2026; Source descriptor: Ukrainian independent outlet relaying the Washington Post and CNN.</w:t>
      </w:r>
    </w:p>
    <w:p>
      <w:r>
        <w:rPr>
          <w:sz w:val="17"/>
          <w:vertAlign w:val="superscript"/>
        </w:rPr>
        <w:t>[53]</w:t>
      </w:r>
      <w:r>
        <w:rPr>
          <w:sz w:val="17"/>
        </w:rPr>
        <w:t xml:space="preserve"> Jonas Heins; Kyiv Independent; "Russian attacks kill at least 17, injure 67 across Ukraine, as drone waves wreak havoc in central, western oblasts"; 15 October 2026, 1356 UTC; </w:t>
      </w:r>
      <w:hyperlink r:id="rId62">
        <w:r>
          <w:rPr>
            <w:color w:val="8A5D00"/>
            <w:sz w:val="17"/>
          </w:rPr>
          <w:t xml:space="preserve">https://kyivindependent.com/russian-attacks-kill-at-least-17-injure-67-across-ukraine-as-drone-waves-wreak-havoc-in-central-western-oblasts/</w:t>
        </w:r>
      </w:hyperlink>
      <w:r>
        <w:rPr>
          <w:sz w:val="17"/>
        </w:rPr>
        <w:t>; accessed 16 October 2026; Source descriptor: Ukrainian independent outlet citing regional officials; article body and headline tallies differ.</w:t>
      </w:r>
    </w:p>
    <w:p>
      <w:r>
        <w:rPr>
          <w:sz w:val="17"/>
          <w:vertAlign w:val="superscript"/>
        </w:rPr>
        <w:t>[54]</w:t>
      </w:r>
      <w:r>
        <w:rPr>
          <w:sz w:val="17"/>
        </w:rPr>
        <w:t xml:space="preserve"> Lachlan Hyatt; Kyiv Independent; "Russian drone strikes leave portions of Kyiv without power, fires burning"; 15 October 2026, 2023 UTC; </w:t>
      </w:r>
      <w:hyperlink r:id="rId63">
        <w:r>
          <w:rPr>
            <w:color w:val="8A5D00"/>
            <w:sz w:val="17"/>
          </w:rPr>
          <w:t xml:space="preserve">https://kyivindependent.com/russian-drone-strikes-leave-portions-of-kyiv-without-power-fires-burning/</w:t>
        </w:r>
      </w:hyperlink>
      <w:r>
        <w:rPr>
          <w:sz w:val="17"/>
        </w:rPr>
        <w:t>; accessed 16 October 2026; Source descriptor: Ukrainian independent outlet.</w:t>
      </w:r>
    </w:p>
    <w:p>
      <w:r>
        <w:rPr>
          <w:sz w:val="17"/>
          <w:vertAlign w:val="superscript"/>
        </w:rPr>
        <w:t>[55]</w:t>
      </w:r>
      <w:r>
        <w:rPr>
          <w:sz w:val="17"/>
        </w:rPr>
        <w:t xml:space="preserve"> Staff; Ukrinform; "Russian drone attack sparks fire at oil depot in Khmelnytskyi region's Shepetivka district"; 16 October 2026, 0634 EEST; </w:t>
      </w:r>
      <w:hyperlink r:id="rId64">
        <w:r>
          <w:rPr>
            <w:color w:val="8A5D00"/>
            <w:sz w:val="17"/>
          </w:rPr>
          <w:t xml:space="preserve">https://www.ukrinform.net/rubric-ato/4174911-russian-drone-attack-sparks-fire-at-oil-depot-in-khmelnytskyi-regions-shepetivka-district.html</w:t>
        </w:r>
      </w:hyperlink>
      <w:r>
        <w:rPr>
          <w:sz w:val="17"/>
        </w:rPr>
        <w:t>; accessed 16 October 2026; Source descriptor: Ukrainian state news agency (headline only read).</w:t>
      </w:r>
    </w:p>
    <w:p>
      <w:r>
        <w:rPr>
          <w:sz w:val="17"/>
          <w:vertAlign w:val="superscript"/>
        </w:rPr>
        <w:t>[56]</w:t>
      </w:r>
      <w:r>
        <w:rPr>
          <w:sz w:val="17"/>
        </w:rPr>
        <w:t xml:space="preserve"> Staff; Ukrinform; "Russia builds new attack drone launch base in Rostov region in six weeks, Reuters reports"; 15 October 2026, 1837 EEST; </w:t>
      </w:r>
      <w:hyperlink r:id="rId65">
        <w:r>
          <w:rPr>
            <w:color w:val="8A5D00"/>
            <w:sz w:val="17"/>
          </w:rPr>
          <w:t xml:space="preserve">https://www.ukrinform.net/rubric-ato/4174821-russia-builds-new-attack-drone-launch-base-in-rostov-region-in-six-weeks-reuters-reports.html</w:t>
        </w:r>
      </w:hyperlink>
      <w:r>
        <w:rPr>
          <w:sz w:val="17"/>
        </w:rPr>
        <w:t>; accessed 16 October 2026; Source descriptor: Ukrainian state news agency relaying Reuters (headline only read).</w:t>
      </w:r>
    </w:p>
    <w:p>
      <w:r>
        <w:rPr>
          <w:sz w:val="17"/>
          <w:vertAlign w:val="superscript"/>
        </w:rPr>
        <w:t>[57]</w:t>
      </w:r>
      <w:r>
        <w:rPr>
          <w:sz w:val="17"/>
        </w:rPr>
        <w:t xml:space="preserve"> Lachlan Hyatt; Kyiv Independent; "Ukrainian drones reportedly strike Yandex data center, warehouses in overnight attack on Russia"; 16 October 2026, 0017 UTC; </w:t>
      </w:r>
      <w:hyperlink r:id="rId66">
        <w:r>
          <w:rPr>
            <w:color w:val="8A5D00"/>
            <w:sz w:val="17"/>
          </w:rPr>
          <w:t xml:space="preserve">https://kyivindependent.com/ukrainian-drones-reportedly-strike-yandex-data-center-warehouses-in-overnight-attack-on-russia/</w:t>
        </w:r>
      </w:hyperlink>
      <w:r>
        <w:rPr>
          <w:sz w:val="17"/>
        </w:rPr>
        <w:t>; accessed 16 October 2026; Source descriptor: Ukrainian independent outlet; targets unverified.</w:t>
      </w:r>
    </w:p>
    <w:p>
      <w:r>
        <w:rPr>
          <w:sz w:val="17"/>
          <w:vertAlign w:val="superscript"/>
        </w:rPr>
        <w:t>[58]</w:t>
      </w:r>
      <w:r>
        <w:rPr>
          <w:sz w:val="17"/>
        </w:rPr>
        <w:t xml:space="preserve"> Staff; Meduza; "'They started it. We're responding.' Putin warns Ukraine over strikes on energy facilities, warehouses, and data centers"; 15 October 2026, 1815; </w:t>
      </w:r>
      <w:hyperlink r:id="rId67">
        <w:r>
          <w:rPr>
            <w:color w:val="8A5D00"/>
            <w:sz w:val="17"/>
          </w:rPr>
          <w:t xml:space="preserve">https://meduza.io/en/news/2026/10/15/they-started-it-we-re-responding-putin-warns-ukraine-over-strikes-on-energy-facilities-warehouses-and-data-centers</w:t>
        </w:r>
      </w:hyperlink>
      <w:r>
        <w:rPr>
          <w:sz w:val="17"/>
        </w:rPr>
        <w:t>; accessed 16 October 2026; Source descriptor: independent Russian outlet in exile citing TASS.</w:t>
      </w:r>
    </w:p>
    <w:p>
      <w:r>
        <w:rPr>
          <w:sz w:val="17"/>
          <w:vertAlign w:val="superscript"/>
        </w:rPr>
        <w:t>[59]</w:t>
      </w:r>
      <w:r>
        <w:rPr>
          <w:sz w:val="17"/>
        </w:rPr>
        <w:t xml:space="preserve"> Staff; Meduza; "'We're done,' Zelensky says, as Ukraine resumes strikes on Russian oil refineries. The Kremlin claims the attacks never stopped"; 15 October 2026, 1545; </w:t>
      </w:r>
      <w:hyperlink r:id="rId68">
        <w:r>
          <w:rPr>
            <w:color w:val="8A5D00"/>
            <w:sz w:val="17"/>
          </w:rPr>
          <w:t xml:space="preserve">https://meduza.io/en/feature/2026/10/15/we-re-done-zelensky-says-as-ukraine-resumes-strikes-on-russian-oil-refineries-the-kremlin-claims-the-attacks-never-stopped</w:t>
        </w:r>
      </w:hyperlink>
      <w:r>
        <w:rPr>
          <w:sz w:val="17"/>
        </w:rPr>
        <w:t>; accessed 16 October 2026; Source descriptor: independent Russian outlet in exile.</w:t>
      </w:r>
    </w:p>
    <w:p>
      <w:r>
        <w:rPr>
          <w:sz w:val="17"/>
          <w:vertAlign w:val="superscript"/>
        </w:rPr>
        <w:t>[60]</w:t>
      </w:r>
      <w:r>
        <w:rPr>
          <w:sz w:val="17"/>
        </w:rPr>
        <w:t xml:space="preserve"> Staff; Ukrinform; "Ukraine at OSCE: Strikes on Russian oil refineries can stop only under mutual 'energy truce'"; 15 October 2026, 2000 EEST; </w:t>
      </w:r>
      <w:hyperlink r:id="rId69">
        <w:r>
          <w:rPr>
            <w:color w:val="8A5D00"/>
            <w:sz w:val="17"/>
          </w:rPr>
          <w:t xml:space="preserve">https://www.ukrinform.net/rubric-polytics/4174848-ukraine-at-osce-strikes-on-russian-oil-refineries-can-stop-only-under-mutual-energy-truce.html</w:t>
        </w:r>
      </w:hyperlink>
      <w:r>
        <w:rPr>
          <w:sz w:val="17"/>
        </w:rPr>
        <w:t>; accessed 16 October 2026; Source descriptor: Ukrainian state news agency.</w:t>
      </w:r>
    </w:p>
    <w:p>
      <w:r>
        <w:rPr>
          <w:sz w:val="17"/>
          <w:vertAlign w:val="superscript"/>
        </w:rPr>
        <w:t>[61]</w:t>
      </w:r>
      <w:r>
        <w:rPr>
          <w:sz w:val="17"/>
        </w:rPr>
        <w:t xml:space="preserve"> Lachlan Hyatt; Kyiv Independent; "UK to resupply Ukraine with more Storm Shadow missiles to strike Russia, Bloomberg reports"; 15 October 2026, 1926 UTC; </w:t>
      </w:r>
      <w:hyperlink r:id="rId70">
        <w:r>
          <w:rPr>
            <w:color w:val="8A5D00"/>
            <w:sz w:val="17"/>
          </w:rPr>
          <w:t xml:space="preserve">https://kyivindependent.com/uk-to-resupply-ukraine-with-more-storm-shadow-missiles-to-strike-russia-bloomberg-reports/</w:t>
        </w:r>
      </w:hyperlink>
      <w:r>
        <w:rPr>
          <w:sz w:val="17"/>
        </w:rPr>
        <w:t>; accessed 16 October 2026; Source descriptor: Ukrainian independent outlet relaying Bloomberg; not officially announced.</w:t>
      </w:r>
    </w:p>
    <w:p>
      <w:r>
        <w:rPr>
          <w:sz w:val="17"/>
          <w:vertAlign w:val="superscript"/>
        </w:rPr>
        <w:t>[62]</w:t>
      </w:r>
      <w:r>
        <w:rPr>
          <w:sz w:val="17"/>
        </w:rPr>
        <w:t xml:space="preserve"> Chris Powers; Kyiv Independent; "Europe shuts US out of Russian assets conversation"; 15 October 2026, 1402 UTC; </w:t>
      </w:r>
      <w:hyperlink r:id="rId71">
        <w:r>
          <w:rPr>
            <w:color w:val="8A5D00"/>
            <w:sz w:val="17"/>
          </w:rPr>
          <w:t xml:space="preserve">https://kyivindependent.com/europe-shuts-us-out-of-russian-assets-conversation/</w:t>
        </w:r>
      </w:hyperlink>
      <w:r>
        <w:rPr>
          <w:sz w:val="17"/>
        </w:rPr>
        <w:t>; accessed 16 October 2026; Source descriptor: Ukrainian independent outlet, Brussels correspondent.</w:t>
      </w:r>
    </w:p>
    <w:p>
      <w:r>
        <w:rPr>
          <w:sz w:val="17"/>
          <w:vertAlign w:val="superscript"/>
        </w:rPr>
        <w:t>[63]</w:t>
      </w:r>
      <w:r>
        <w:rPr>
          <w:sz w:val="17"/>
        </w:rPr>
        <w:t xml:space="preserve"> Chris Powers; Kyiv Independent; "Zelensky meets Belgian Prime Minister De Wever, but silence reigns on Russian assets"; 15 October 2026, 2105 UTC; </w:t>
      </w:r>
      <w:hyperlink r:id="rId72">
        <w:r>
          <w:rPr>
            <w:color w:val="8A5D00"/>
            <w:sz w:val="17"/>
          </w:rPr>
          <w:t xml:space="preserve">https://kyivindependent.com/zelensky-meets-belgian-prime-minister-de-wever-but-silence-reigns-on-russian-assets/</w:t>
        </w:r>
      </w:hyperlink>
      <w:r>
        <w:rPr>
          <w:sz w:val="17"/>
        </w:rPr>
        <w:t>; accessed 16 October 2026; Source descriptor: Ukrainian independent outlet, Brussels correspondent.</w:t>
      </w:r>
    </w:p>
    <w:p>
      <w:r>
        <w:rPr>
          <w:sz w:val="17"/>
          <w:vertAlign w:val="superscript"/>
        </w:rPr>
        <w:t>[64]</w:t>
      </w:r>
      <w:r>
        <w:rPr>
          <w:sz w:val="17"/>
        </w:rPr>
        <w:t xml:space="preserve"> Jorge Liboreiro, Luca Bertuzzi et al.; Euronews; "EU summit: Costa takes charge of budget talks as leaders stick to read lines"; 15 October 2026, 0730 CEST (updated 2219 CEST); </w:t>
      </w:r>
      <w:hyperlink r:id="rId73">
        <w:r>
          <w:rPr>
            <w:color w:val="8A5D00"/>
            <w:sz w:val="17"/>
          </w:rPr>
          <w:t xml:space="preserve">https://www.euronews.com/2026/10/15/eu-summit-leaders-seek-fast-solutions-to-spiralling-energy-prices</w:t>
        </w:r>
      </w:hyperlink>
      <w:r>
        <w:rPr>
          <w:sz w:val="17"/>
        </w:rPr>
        <w:t>; accessed 16 October 2026; Source descriptor: pan-European broadcaster live blog.</w:t>
      </w:r>
    </w:p>
    <w:p>
      <w:r>
        <w:rPr>
          <w:sz w:val="17"/>
          <w:vertAlign w:val="superscript"/>
        </w:rPr>
        <w:t>[65]</w:t>
      </w:r>
      <w:r>
        <w:rPr>
          <w:sz w:val="17"/>
        </w:rPr>
        <w:t xml:space="preserve"> Jorge Liboreiro, Sasha Vakulina et al.; Euronews; "Live. EU summit: Sanctions won't ease until Russia stops war, von der Leyen says"; 16 October 2026, 0720 CEST (updated 1111 CEST); </w:t>
      </w:r>
      <w:hyperlink r:id="rId74">
        <w:r>
          <w:rPr>
            <w:color w:val="8A5D00"/>
            <w:sz w:val="17"/>
          </w:rPr>
          <w:t xml:space="preserve">https://www.euronews.com/2026/10/16/eu-summit-leaders-to-rally-behind-zelenskyy-amid-bitter-row-with-trump</w:t>
        </w:r>
      </w:hyperlink>
      <w:r>
        <w:rPr>
          <w:sz w:val="17"/>
        </w:rPr>
        <w:t>; accessed 16 October 2026; Source descriptor: pan-European broadcaster live blog.</w:t>
      </w:r>
    </w:p>
    <w:p>
      <w:r>
        <w:rPr>
          <w:sz w:val="17"/>
          <w:vertAlign w:val="superscript"/>
        </w:rPr>
        <w:t>[66]</w:t>
      </w:r>
      <w:r>
        <w:rPr>
          <w:sz w:val="17"/>
        </w:rPr>
        <w:t xml:space="preserve"> Staff; Ukrinform; "EU sanctions individuals and companies for circumventing Russia sanctions"; 15 October 2026, 2110 EEST; </w:t>
      </w:r>
      <w:hyperlink r:id="rId75">
        <w:r>
          <w:rPr>
            <w:color w:val="8A5D00"/>
            <w:sz w:val="17"/>
          </w:rPr>
          <w:t xml:space="preserve">https://www.ukrinform.net/rubric-polytics/4174865-eu-sanctions-individuals-and-companies-for-circumventing-russia-sanctions.html</w:t>
        </w:r>
      </w:hyperlink>
      <w:r>
        <w:rPr>
          <w:sz w:val="17"/>
        </w:rPr>
        <w:t>; accessed 16 October 2026; Source descriptor: Ukrainian state news agency relaying a Council of the EU release.</w:t>
      </w:r>
    </w:p>
    <w:p>
      <w:r>
        <w:rPr>
          <w:sz w:val="17"/>
          <w:vertAlign w:val="superscript"/>
        </w:rPr>
        <w:t>[67]</w:t>
      </w:r>
      <w:r>
        <w:rPr>
          <w:sz w:val="17"/>
        </w:rPr>
        <w:t xml:space="preserve"> Stephen McGrath and Veselin Toshkov; Associated Press via KSAT; "Drone strikes in the Black Sea raise fears of Russian escalation to test NATO's response"; 16 October 2026, 0402 UTC; </w:t>
      </w:r>
      <w:hyperlink r:id="rId76">
        <w:r>
          <w:rPr>
            <w:color w:val="8A5D00"/>
            <w:sz w:val="17"/>
          </w:rPr>
          <w:t xml:space="preserve">https://www.ksat.com/news/world/2026/10/16/drone-strikes-in-the-black-sea-raise-fears-of-russian-escalation-to-test-natos-response/</w:t>
        </w:r>
      </w:hyperlink>
      <w:r>
        <w:rPr>
          <w:sz w:val="17"/>
        </w:rPr>
        <w:t>; accessed 16 October 2026; Source descriptor: international wire service.</w:t>
      </w:r>
    </w:p>
    <w:p>
      <w:r>
        <w:rPr>
          <w:sz w:val="17"/>
          <w:vertAlign w:val="superscript"/>
        </w:rPr>
        <w:t>[68]</w:t>
      </w:r>
      <w:r>
        <w:rPr>
          <w:sz w:val="17"/>
        </w:rPr>
        <w:t xml:space="preserve"> Staff; Ukrinform; "Romanian FM: Russia responsible for attacks on civilian ships in Black Sea"; 15 October 2026, 2023 EEST; </w:t>
      </w:r>
      <w:hyperlink r:id="rId77">
        <w:r>
          <w:rPr>
            <w:color w:val="8A5D00"/>
            <w:sz w:val="17"/>
          </w:rPr>
          <w:t xml:space="preserve">https://www.ukrinform.net/rubric-polytics/4174851-romanian-fm-russia-responsible-for-attacks-on-civilian-ships-in-black-sea.html</w:t>
        </w:r>
      </w:hyperlink>
      <w:r>
        <w:rPr>
          <w:sz w:val="17"/>
        </w:rPr>
        <w:t>; accessed 16 October 2026; Source descriptor: Ukrainian state news agency quoting a named minister.</w:t>
      </w:r>
    </w:p>
    <w:p>
      <w:r>
        <w:rPr>
          <w:sz w:val="17"/>
          <w:vertAlign w:val="superscript"/>
        </w:rPr>
        <w:t>[69]</w:t>
      </w:r>
      <w:r>
        <w:rPr>
          <w:sz w:val="17"/>
        </w:rPr>
        <w:t xml:space="preserve"> Jonas Heins; Kyiv Independent; "7 sailors missing as two ships off Romanian Black Sea coast catch fire amid drone incursion"; 15 October 2026, 1258 UTC; </w:t>
      </w:r>
      <w:hyperlink r:id="rId78">
        <w:r>
          <w:rPr>
            <w:color w:val="8A5D00"/>
            <w:sz w:val="17"/>
          </w:rPr>
          <w:t xml:space="preserve">https://kyivindependent.com/7-sailors-missing-as-two-ships-off-romanian-black-sea-coast-catch-fire-amid-drone-incursion/</w:t>
        </w:r>
      </w:hyperlink>
      <w:r>
        <w:rPr>
          <w:sz w:val="17"/>
        </w:rPr>
        <w:t>; accessed 16 October 2026; Source descriptor: Ukrainian independent outlet.</w:t>
      </w:r>
    </w:p>
    <w:p>
      <w:r>
        <w:rPr>
          <w:sz w:val="17"/>
          <w:vertAlign w:val="superscript"/>
        </w:rPr>
        <w:t>[70]</w:t>
      </w:r>
      <w:r>
        <w:rPr>
          <w:sz w:val="17"/>
        </w:rPr>
        <w:t xml:space="preserve"> Staff; Ukrinform; "Drone enters Moldova again during Russian attack on Ukraine"; 16 October 2026, 0439 EEST; </w:t>
      </w:r>
      <w:hyperlink r:id="rId79">
        <w:r>
          <w:rPr>
            <w:color w:val="8A5D00"/>
            <w:sz w:val="17"/>
          </w:rPr>
          <w:t xml:space="preserve">https://www.ukrinform.net/rubric-ato/4174796-drone-enters-moldova-again-during-russian-attack-on-ukraine.html</w:t>
        </w:r>
      </w:hyperlink>
      <w:r>
        <w:rPr>
          <w:sz w:val="17"/>
        </w:rPr>
        <w:t>; accessed 16 October 2026; Source descriptor: Ukrainian state news agency citing the Moldovan defence ministry.</w:t>
      </w:r>
    </w:p>
    <w:p>
      <w:r>
        <w:rPr>
          <w:sz w:val="17"/>
          <w:vertAlign w:val="superscript"/>
        </w:rPr>
        <w:t>[71]</w:t>
      </w:r>
      <w:r>
        <w:rPr>
          <w:sz w:val="17"/>
        </w:rPr>
        <w:t xml:space="preserve"> Staff; Ukrinform; "Russian forces make incursion near Anyshchyne in Kharkiv region – military spox"; 15 October 2026, 2045 EEST; </w:t>
      </w:r>
      <w:hyperlink r:id="rId80">
        <w:r>
          <w:rPr>
            <w:color w:val="8A5D00"/>
            <w:sz w:val="17"/>
          </w:rPr>
          <w:t xml:space="preserve">https://www.ukrinform.net/rubric-ato/4174857-russian-forces-make-incursion-near-anyshchyne-in-kharkiv-region-military-spox.html</w:t>
        </w:r>
      </w:hyperlink>
      <w:r>
        <w:rPr>
          <w:sz w:val="17"/>
        </w:rPr>
        <w:t>; accessed 16 October 2026; Source descriptor: Ukrainian state news agency quoting a military spokesman.</w:t>
      </w:r>
    </w:p>
    <w:p>
      <w:r>
        <w:rPr>
          <w:sz w:val="17"/>
          <w:vertAlign w:val="superscript"/>
        </w:rPr>
        <w:t>[72]</w:t>
      </w:r>
      <w:r>
        <w:rPr>
          <w:sz w:val="17"/>
        </w:rPr>
        <w:t xml:space="preserve"> Staff; Meduza; "Japan denies spying in Russia, says it can't contact detained journalist"; 15 October 2026, 1643; </w:t>
      </w:r>
      <w:hyperlink r:id="rId81">
        <w:r>
          <w:rPr>
            <w:color w:val="8A5D00"/>
            <w:sz w:val="17"/>
          </w:rPr>
          <w:t xml:space="preserve">https://meduza.io/en/news/2026/10/15/japan-denies-spying-in-russia-says-it-can-t-contact-detained-journalist</w:t>
        </w:r>
      </w:hyperlink>
      <w:r>
        <w:rPr>
          <w:sz w:val="17"/>
        </w:rPr>
        <w:t>; accessed 16 October 2026; Source descriptor: independent Russian outlet in exile citing The Japan Times.</w:t>
      </w:r>
    </w:p>
    <w:p>
      <w:r>
        <w:rPr>
          <w:b/>
        </w:rPr>
        <w:t>INDOPACOM</w:t>
      </w:r>
    </w:p>
    <w:p>
      <w:r>
        <w:rPr>
          <w:sz w:val="17"/>
          <w:vertAlign w:val="superscript"/>
        </w:rPr>
        <w:t>[73]</w:t>
      </w:r>
      <w:r>
        <w:rPr>
          <w:sz w:val="17"/>
        </w:rPr>
        <w:t xml:space="preserve"> Dzirhan Mahadzir; USNI News; "UPDATED: Chinese Carrier Strike Group Heads to South China Sea After Philippine Sea Drills"; 14 October 2026, 1341 (updated 15 October 2026, 1114 EDT); </w:t>
      </w:r>
      <w:hyperlink r:id="rId82">
        <w:r>
          <w:rPr>
            <w:color w:val="8A5D00"/>
            <w:sz w:val="17"/>
          </w:rPr>
          <w:t xml:space="preserve">https://news.usni.org/2026/10/14/chinese-carrier-strike-group-drills-in-the-philippine-sea</w:t>
        </w:r>
      </w:hyperlink>
      <w:r>
        <w:rPr>
          <w:sz w:val="17"/>
        </w:rPr>
        <w:t>; accessed 16 October 2026; Source descriptor: US defence trade outlet citing Japan's Joint Staff Office.</w:t>
      </w:r>
    </w:p>
    <w:p>
      <w:r>
        <w:rPr>
          <w:sz w:val="17"/>
          <w:vertAlign w:val="superscript"/>
        </w:rPr>
        <w:t>[74]</w:t>
      </w:r>
      <w:r>
        <w:rPr>
          <w:sz w:val="17"/>
        </w:rPr>
        <w:t xml:space="preserve"> Staff with CNA; Taipei Times; "Ministry on guard for PLA exercises"; 16 October 2026, time not given; </w:t>
      </w:r>
      <w:hyperlink r:id="rId83">
        <w:r>
          <w:rPr>
            <w:color w:val="8A5D00"/>
            <w:sz w:val="17"/>
          </w:rPr>
          <w:t xml:space="preserve">https://www.taipeitimes.com/News/taiwan/archives/2026/10/16/2003866057</w:t>
        </w:r>
      </w:hyperlink>
      <w:r>
        <w:rPr>
          <w:sz w:val="17"/>
        </w:rPr>
        <w:t>; accessed 16 October 2026; Source descriptor: Taiwanese English-language daily citing a named defence official.</w:t>
      </w:r>
    </w:p>
    <w:p>
      <w:r>
        <w:rPr>
          <w:sz w:val="17"/>
          <w:vertAlign w:val="superscript"/>
        </w:rPr>
        <w:t>[75]</w:t>
      </w:r>
      <w:r>
        <w:rPr>
          <w:sz w:val="17"/>
        </w:rPr>
        <w:t xml:space="preserve"> Staff; Taiwan News; "Taiwan tracks 15 military aircraft and 17 Chinese ships"; 15 October 2026, 2018 CST (Taiwan); </w:t>
      </w:r>
      <w:hyperlink r:id="rId84">
        <w:r>
          <w:rPr>
            <w:color w:val="8A5D00"/>
            <w:sz w:val="17"/>
          </w:rPr>
          <w:t xml:space="preserve">https://www.taiwannews.com.tw/news/6458990</w:t>
        </w:r>
      </w:hyperlink>
      <w:r>
        <w:rPr>
          <w:sz w:val="17"/>
        </w:rPr>
        <w:t>; accessed 16 October 2026; Source descriptor: Taiwanese English-language outlet citing the Ministry of National Defense.</w:t>
      </w:r>
    </w:p>
    <w:p>
      <w:r>
        <w:rPr>
          <w:sz w:val="17"/>
          <w:vertAlign w:val="superscript"/>
        </w:rPr>
        <w:t>[76]</w:t>
      </w:r>
      <w:r>
        <w:rPr>
          <w:sz w:val="17"/>
        </w:rPr>
        <w:t xml:space="preserve"> Fion Khan; Taipei Times; "Palau president rejects China's threats over Taiwan"; 16 October 2026, time not given; </w:t>
      </w:r>
      <w:hyperlink r:id="rId85">
        <w:r>
          <w:rPr>
            <w:color w:val="8A5D00"/>
            <w:sz w:val="17"/>
          </w:rPr>
          <w:t xml:space="preserve">https://www.taipeitimes.com/News/taiwan/archives/2026/10/16/2003866086</w:t>
        </w:r>
      </w:hyperlink>
      <w:r>
        <w:rPr>
          <w:sz w:val="17"/>
        </w:rPr>
        <w:t>; accessed 16 October 2026; Source descriptor: Taiwanese English-language daily relaying a Politico interview.</w:t>
      </w:r>
    </w:p>
    <w:p>
      <w:r>
        <w:rPr>
          <w:sz w:val="17"/>
          <w:vertAlign w:val="superscript"/>
        </w:rPr>
        <w:t>[77]</w:t>
      </w:r>
      <w:r>
        <w:rPr>
          <w:sz w:val="17"/>
        </w:rPr>
        <w:t xml:space="preserve"> Cristina Chi; Philstar.com; "Marcos: Chinese ambassador's force remark 'sounds very much like a threat'"; 16 October 2026, 1033 PHT; </w:t>
      </w:r>
      <w:hyperlink r:id="rId86">
        <w:r>
          <w:rPr>
            <w:color w:val="8A5D00"/>
            <w:sz w:val="17"/>
          </w:rPr>
          <w:t xml:space="preserve">https://www.philstar.com/headlines/2026/10/16/2563637/marcos-chinese-ambassadors-force-remark-sounds-very-much-threat</w:t>
        </w:r>
      </w:hyperlink>
      <w:r>
        <w:rPr>
          <w:sz w:val="17"/>
        </w:rPr>
        <w:t>; accessed 16 October 2026; Source descriptor: Philippine national daily quoting named officials.</w:t>
      </w:r>
    </w:p>
    <w:p>
      <w:r>
        <w:rPr>
          <w:sz w:val="17"/>
          <w:vertAlign w:val="superscript"/>
        </w:rPr>
        <w:t>[78]</w:t>
      </w:r>
      <w:r>
        <w:rPr>
          <w:sz w:val="17"/>
        </w:rPr>
        <w:t xml:space="preserve"> Joyce Rocamora; Philippine News Agency; "DFA flags Chinese envoy over 'thinly veiled threat' of force; cautions all diplomats in PH"; 16 October 2026, 1229 PHT; </w:t>
      </w:r>
      <w:hyperlink r:id="rId87">
        <w:r>
          <w:rPr>
            <w:color w:val="8A5D00"/>
            <w:sz w:val="17"/>
          </w:rPr>
          <w:t xml:space="preserve">https://www.pna.gov.ph/article/dfa-flags-chinese-envoy-over-thinly-veiled-threat-of-force-cautions-all-diplomats-in-ph</w:t>
        </w:r>
      </w:hyperlink>
      <w:r>
        <w:rPr>
          <w:sz w:val="17"/>
        </w:rPr>
        <w:t>; accessed 16 October 2026; Source descriptor: Philippine state news agency.</w:t>
      </w:r>
    </w:p>
    <w:p>
      <w:r>
        <w:rPr>
          <w:sz w:val="17"/>
          <w:vertAlign w:val="superscript"/>
        </w:rPr>
        <w:t>[79]</w:t>
      </w:r>
      <w:r>
        <w:rPr>
          <w:sz w:val="17"/>
        </w:rPr>
        <w:t xml:space="preserve"> Gabryelle Dumalag; Inquirer.net; "China accuses DFA of misreading envoy's 'easily win' remarks"; 16 October 2026, 1124 PHT; </w:t>
      </w:r>
      <w:hyperlink r:id="rId88">
        <w:r>
          <w:rPr>
            <w:color w:val="8A5D00"/>
            <w:sz w:val="17"/>
          </w:rPr>
          <w:t xml:space="preserve">https://globalnation.inquirer.net/342164/chinese-embassy-accuses-dfa-of-misreading-envoys-easily-win-remarks</w:t>
        </w:r>
      </w:hyperlink>
      <w:r>
        <w:rPr>
          <w:sz w:val="17"/>
        </w:rPr>
        <w:t>; accessed 16 October 2026; Source descriptor: Philippine national daily quoting an embassy statement.</w:t>
      </w:r>
    </w:p>
    <w:p>
      <w:r>
        <w:rPr>
          <w:sz w:val="17"/>
          <w:vertAlign w:val="superscript"/>
        </w:rPr>
        <w:t>[80]</w:t>
      </w:r>
      <w:r>
        <w:rPr>
          <w:sz w:val="17"/>
        </w:rPr>
        <w:t xml:space="preserve"> Jeon Hee-yoon; Seoul Economic Daily; "Defense Minister: OPCON Transfer Possible Now 'If Alliance Trust Is Assured'"; 15 October 2026, 2147 KST; </w:t>
      </w:r>
      <w:hyperlink r:id="rId89">
        <w:r>
          <w:rPr>
            <w:color w:val="8A5D00"/>
            <w:sz w:val="17"/>
          </w:rPr>
          <w:t xml:space="preserve">https://en.sedaily.com/politics/2026/10/15/defense-minister-says-korea-ready-for-wartime-command</w:t>
        </w:r>
      </w:hyperlink>
      <w:r>
        <w:rPr>
          <w:sz w:val="17"/>
        </w:rPr>
        <w:t>; accessed 16 October 2026; Source descriptor: South Korean business daily, machine-translated English edition.</w:t>
      </w:r>
    </w:p>
    <w:p>
      <w:r>
        <w:rPr>
          <w:sz w:val="17"/>
          <w:vertAlign w:val="superscript"/>
        </w:rPr>
        <w:t>[81]</w:t>
      </w:r>
      <w:r>
        <w:rPr>
          <w:sz w:val="17"/>
        </w:rPr>
        <w:t xml:space="preserve"> Lee Jong-yun; Financial News; "South Korea-U.S. OPCON Transfer: Minister Kang Shin-chul's 'Trust Argument' Clashes with General Brunson's 'Armistice Responsibility'"; 16 October 2026, 1636 KST; </w:t>
      </w:r>
      <w:hyperlink r:id="rId90">
        <w:r>
          <w:rPr>
            <w:color w:val="8A5D00"/>
            <w:sz w:val="17"/>
          </w:rPr>
          <w:t xml:space="preserve">https://en.fnnews.com/news/202610161334296681</w:t>
        </w:r>
      </w:hyperlink>
      <w:r>
        <w:rPr>
          <w:sz w:val="17"/>
        </w:rPr>
        <w:t>; accessed 16 October 2026; Source descriptor: South Korean daily, machine-translated English edition.</w:t>
      </w:r>
    </w:p>
    <w:p>
      <w:r>
        <w:rPr>
          <w:sz w:val="17"/>
          <w:vertAlign w:val="superscript"/>
        </w:rPr>
        <w:t>[82]</w:t>
      </w:r>
      <w:r>
        <w:rPr>
          <w:sz w:val="17"/>
        </w:rPr>
        <w:t xml:space="preserve"> Bahk Eun-ji; The Korea Times; "Seoul pushes back against US signal for OPCON transfer delay"; 15 October 2026, 1603 KST (updated 1825 KST); </w:t>
      </w:r>
      <w:hyperlink r:id="rId91">
        <w:r>
          <w:rPr>
            <w:color w:val="8A5D00"/>
            <w:sz w:val="17"/>
          </w:rPr>
          <w:t xml:space="preserve">https://www.koreatimes.co.kr/southkorea/defense/20261015/seoul-pushes-back-against-us-signal-for-opcon-transfer-delay</w:t>
        </w:r>
      </w:hyperlink>
      <w:r>
        <w:rPr>
          <w:sz w:val="17"/>
        </w:rPr>
        <w:t>; accessed 16 October 2026; Source descriptor: South Korean English-language daily.</w:t>
      </w:r>
    </w:p>
    <w:p>
      <w:r>
        <w:rPr>
          <w:sz w:val="17"/>
          <w:vertAlign w:val="superscript"/>
        </w:rPr>
        <w:t>[83]</w:t>
      </w:r>
      <w:r>
        <w:rPr>
          <w:sz w:val="17"/>
        </w:rPr>
        <w:t xml:space="preserve"> Kyu-seok Shim and Heejin Kim; Reuters via ThePrint; "North Korea missile chief questions South Korea hypersonic glide vehicle test"; 16 October 2026, 0630 IST; </w:t>
      </w:r>
      <w:hyperlink r:id="rId92">
        <w:r>
          <w:rPr>
            <w:color w:val="8A5D00"/>
            <w:sz w:val="17"/>
          </w:rPr>
          <w:t xml:space="preserve">https://theprint.in/world/north-korea-missile-chief-questions-south-korea-hypersonic-glide-vehicle-test/3073334</w:t>
        </w:r>
      </w:hyperlink>
      <w:r>
        <w:rPr>
          <w:sz w:val="17"/>
        </w:rPr>
        <w:t>; accessed 16 October 2026; Source descriptor: international wire service relaying North Korean state media and the South Korean defence ministry.</w:t>
      </w:r>
    </w:p>
    <w:p>
      <w:r>
        <w:rPr>
          <w:sz w:val="17"/>
          <w:vertAlign w:val="superscript"/>
        </w:rPr>
        <w:t>[84]</w:t>
      </w:r>
      <w:r>
        <w:rPr>
          <w:sz w:val="17"/>
        </w:rPr>
        <w:t xml:space="preserve"> Alex Wilson; Stars and Stripes; "USS Theodore Roosevelt makes rare Yokosuka visit ahead of major US-Japan exercise"; 16 October 2026, 0121 UTC; </w:t>
      </w:r>
      <w:hyperlink r:id="rId93">
        <w:r>
          <w:rPr>
            <w:color w:val="8A5D00"/>
            <w:sz w:val="17"/>
          </w:rPr>
          <w:t xml:space="preserve">https://www.stripes.com/theaters/asia_pacific/2026-10-15/uss-theodore-roosevelt-yokosuka-japan-23168400.html</w:t>
        </w:r>
      </w:hyperlink>
      <w:r>
        <w:rPr>
          <w:sz w:val="17"/>
        </w:rPr>
        <w:t>; accessed 16 October 2026; Source descriptor: US military-focused newspaper.</w:t>
      </w:r>
    </w:p>
    <w:p>
      <w:r>
        <w:rPr>
          <w:sz w:val="17"/>
          <w:vertAlign w:val="superscript"/>
        </w:rPr>
        <w:t>[85]</w:t>
      </w:r>
      <w:r>
        <w:rPr>
          <w:sz w:val="17"/>
        </w:rPr>
        <w:t xml:space="preserve"> Staff; Global Times; "Why Takaichi's remarks about nuclear-powered submarines are so dangerous"; 15 October 2026, 2159 CST (Beijing); </w:t>
      </w:r>
      <w:hyperlink r:id="rId94">
        <w:r>
          <w:rPr>
            <w:color w:val="8A5D00"/>
            <w:sz w:val="17"/>
          </w:rPr>
          <w:t xml:space="preserve">https://www.globaltimes.cn/page/202610/1372361.shtml</w:t>
        </w:r>
      </w:hyperlink>
      <w:r>
        <w:rPr>
          <w:sz w:val="17"/>
        </w:rPr>
        <w:t>; accessed 16 October 2026; Source descriptor: Chinese state-affiliated outlet, opinion.</w:t>
      </w:r>
    </w:p>
    <w:p>
      <w:r>
        <w:rPr>
          <w:sz w:val="17"/>
          <w:vertAlign w:val="superscript"/>
        </w:rPr>
        <w:t>[86]</w:t>
      </w:r>
      <w:r>
        <w:rPr>
          <w:sz w:val="17"/>
        </w:rPr>
        <w:t xml:space="preserve"> Yu Deok-gi; SBS News; "Sanae Takaichi's Yasukuni Autumn Shrine Visit? Japanese Gov't Says Prime Minister Will 'Judge Appropriately'"; 16 October 2026, 1041 KST; </w:t>
      </w:r>
      <w:hyperlink r:id="rId95">
        <w:r>
          <w:rPr>
            <w:color w:val="8A5D00"/>
            <w:sz w:val="17"/>
          </w:rPr>
          <w:t xml:space="preserve">https://news.sbs.co.kr/english/article.do?news_id=N1008800731</w:t>
        </w:r>
      </w:hyperlink>
      <w:r>
        <w:rPr>
          <w:sz w:val="17"/>
        </w:rPr>
        <w:t>; accessed 16 October 2026; Source descriptor: South Korean broadcaster, machine-translated.</w:t>
      </w:r>
    </w:p>
    <w:p>
      <w:r>
        <w:rPr>
          <w:sz w:val="17"/>
          <w:vertAlign w:val="superscript"/>
        </w:rPr>
        <w:t>[87]</w:t>
      </w:r>
      <w:r>
        <w:rPr>
          <w:sz w:val="17"/>
        </w:rPr>
        <w:t xml:space="preserve"> Pioneer News Service; The Daily Pioneer; "Any terror attack originating from Pakistan will invite stronger response: Rajnath Singh"; 15 October 2026, 1535 IST; </w:t>
      </w:r>
      <w:hyperlink r:id="rId96">
        <w:r>
          <w:rPr>
            <w:color w:val="8A5D00"/>
            <w:sz w:val="17"/>
          </w:rPr>
          <w:t xml:space="preserve">https://dailypioneer.com/india/any-terror-attack-originating-from-pakistan-will-invite-stronger-response-rajnath-singh</w:t>
        </w:r>
      </w:hyperlink>
      <w:r>
        <w:rPr>
          <w:sz w:val="17"/>
        </w:rPr>
        <w:t>; accessed 16 October 2026; Source descriptor: Indian national daily quoting the defence minister.</w:t>
      </w:r>
    </w:p>
    <w:p>
      <w:r>
        <w:rPr>
          <w:sz w:val="17"/>
          <w:vertAlign w:val="superscript"/>
        </w:rPr>
        <w:t>[88]</w:t>
      </w:r>
      <w:r>
        <w:rPr>
          <w:sz w:val="17"/>
        </w:rPr>
        <w:t xml:space="preserve"> Danial Saigra; ProPakistani; "India Threatens Pakistan With Bigger Attack Than 2025 War"; 15 October 2026, 1824 PKT; </w:t>
      </w:r>
      <w:hyperlink r:id="rId97">
        <w:r>
          <w:rPr>
            <w:color w:val="8A5D00"/>
            <w:sz w:val="17"/>
          </w:rPr>
          <w:t xml:space="preserve">https://propakistani.pk/2026/10/15/india-threatens-pakistan-with-bigger-attack-than-2025-war/</w:t>
        </w:r>
      </w:hyperlink>
      <w:r>
        <w:rPr>
          <w:sz w:val="17"/>
        </w:rPr>
        <w:t>; accessed 16 October 2026; Source descriptor: Pakistani news site; framing more alarmist than Indian sources.</w:t>
      </w:r>
    </w:p>
    <w:p>
      <w:r>
        <w:rPr>
          <w:sz w:val="17"/>
          <w:vertAlign w:val="superscript"/>
        </w:rPr>
        <w:t>[89]</w:t>
      </w:r>
      <w:r>
        <w:rPr>
          <w:sz w:val="17"/>
        </w:rPr>
        <w:t xml:space="preserve"> Radhiyya Indra and Yerica Lai; The Jakarta Post; "Prabowo swaps army chief, TNI deputy commander in latest reshuffle"; 15 October 2026, 1957 WIB; </w:t>
      </w:r>
      <w:hyperlink r:id="rId98">
        <w:r>
          <w:rPr>
            <w:color w:val="8A5D00"/>
            <w:sz w:val="17"/>
          </w:rPr>
          <w:t xml:space="preserve">https://www.thejakartapost.com/indonesia/2026/10/16/prabowo-swaps-army-chief-tni-deputy-commander-in-latest-reshuffle</w:t>
        </w:r>
      </w:hyperlink>
      <w:r>
        <w:rPr>
          <w:sz w:val="17"/>
        </w:rPr>
        <w:t>; accessed 16 October 2026; Source descriptor: Indonesian English-language daily.</w:t>
      </w:r>
    </w:p>
    <w:p>
      <w:r>
        <w:rPr>
          <w:sz w:val="17"/>
          <w:vertAlign w:val="superscript"/>
        </w:rPr>
        <w:t>[90]</w:t>
      </w:r>
      <w:r>
        <w:rPr>
          <w:sz w:val="17"/>
        </w:rPr>
        <w:t xml:space="preserve"> Naval News Staff; Naval News; "AUKUS: HII Awarded Contract for Engineering and Design Support"; 15 October 2026, 1448 UTC; </w:t>
      </w:r>
      <w:hyperlink r:id="rId99">
        <w:r>
          <w:rPr>
            <w:color w:val="8A5D00"/>
            <w:sz w:val="17"/>
          </w:rPr>
          <w:t xml:space="preserve">https://navalnews.com/naval-news/2026/10/aukus-hii-awarded-contract-for-engineering-and-design-support</w:t>
        </w:r>
      </w:hyperlink>
      <w:r>
        <w:rPr>
          <w:sz w:val="17"/>
        </w:rPr>
        <w:t>; accessed 16 October 2026; Source descriptor: specialist naval outlet.</w:t>
      </w:r>
    </w:p>
    <w:p>
      <w:r>
        <w:rPr>
          <w:sz w:val="17"/>
          <w:vertAlign w:val="superscript"/>
        </w:rPr>
        <w:t>[91]</w:t>
      </w:r>
      <w:r>
        <w:rPr>
          <w:sz w:val="17"/>
        </w:rPr>
        <w:t xml:space="preserve"> Staff; Independent Mon News Agency; "Military Junta Bombs Ye Chaung Pyar Region Again Despite No Fighting"; 16 October 2026, 0837 UTC; </w:t>
      </w:r>
      <w:hyperlink r:id="rId100">
        <w:r>
          <w:rPr>
            <w:color w:val="8A5D00"/>
            <w:sz w:val="17"/>
          </w:rPr>
          <w:t xml:space="preserve">https://monnews.org/2026/10/16/military-junta-bombs-ye-chaung-pyar-region-again-despite-no-fighting/</w:t>
        </w:r>
      </w:hyperlink>
      <w:r>
        <w:rPr>
          <w:sz w:val="17"/>
        </w:rPr>
        <w:t>; accessed 16 October 2026; Source descriptor: Myanmar ethnic media outlet.</w:t>
      </w:r>
    </w:p>
    <w:p>
      <w:r>
        <w:rPr>
          <w:b/>
        </w:rPr>
        <w:t>NORTHCOM</w:t>
      </w:r>
    </w:p>
    <w:p>
      <w:r>
        <w:rPr>
          <w:sz w:val="17"/>
          <w:vertAlign w:val="superscript"/>
        </w:rPr>
        <w:t>[92]</w:t>
      </w:r>
      <w:r>
        <w:rPr>
          <w:sz w:val="17"/>
        </w:rPr>
        <w:t xml:space="preserve"> NHC Forecasters; National Hurricane Center; "Hurricane Trudy Public Advisory Number 12"; 16 October 2026, 0300 CST (0900 UTC); </w:t>
      </w:r>
      <w:hyperlink r:id="rId101">
        <w:r>
          <w:rPr>
            <w:color w:val="8A5D00"/>
            <w:sz w:val="17"/>
          </w:rPr>
          <w:t xml:space="preserve">https://www.nhc.noaa.gov/text/MIATCPEP1.shtml</w:t>
        </w:r>
      </w:hyperlink>
      <w:r>
        <w:rPr>
          <w:sz w:val="17"/>
        </w:rPr>
        <w:t>; accessed 16 October 2026; Source descriptor: US government official forecast product (read via a summarising fetch tool).</w:t>
      </w:r>
    </w:p>
    <w:p>
      <w:r>
        <w:rPr>
          <w:sz w:val="17"/>
          <w:vertAlign w:val="superscript"/>
        </w:rPr>
        <w:t>[93]</w:t>
      </w:r>
      <w:r>
        <w:rPr>
          <w:sz w:val="17"/>
        </w:rPr>
        <w:t xml:space="preserve"> NHC Forecasters; National Hurricane Center; "Hurricane Trudy Discussion Number 12"; 16 October 2026, 0300 CST (0900 UTC); </w:t>
      </w:r>
      <w:hyperlink r:id="rId102">
        <w:r>
          <w:rPr>
            <w:color w:val="8A5D00"/>
            <w:sz w:val="17"/>
          </w:rPr>
          <w:t xml:space="preserve">https://www.nhc.noaa.gov/text/MIATCDEP1.shtml</w:t>
        </w:r>
      </w:hyperlink>
      <w:r>
        <w:rPr>
          <w:sz w:val="17"/>
        </w:rPr>
        <w:t>; accessed 16 October 2026; Source descriptor: US government official forecast product.</w:t>
      </w:r>
    </w:p>
    <w:p>
      <w:r>
        <w:rPr>
          <w:sz w:val="17"/>
          <w:vertAlign w:val="superscript"/>
        </w:rPr>
        <w:t>[94]</w:t>
      </w:r>
      <w:r>
        <w:rPr>
          <w:sz w:val="17"/>
        </w:rPr>
        <w:t xml:space="preserve"> Associated Press; Action News Jax; "Hurricane Trudy strengthens to a Category 3 storm off Mexico's Pacific coast"; 16 October 2026, 0354 EDT; </w:t>
      </w:r>
      <w:hyperlink r:id="rId103">
        <w:r>
          <w:rPr>
            <w:color w:val="8A5D00"/>
            <w:sz w:val="17"/>
          </w:rPr>
          <w:t xml:space="preserve">https://www.actionnewsjax.com/news/world/hurricane-trudy/T7E25ISYEI575MO2FW5QROCBRQ/</w:t>
        </w:r>
      </w:hyperlink>
      <w:r>
        <w:rPr>
          <w:sz w:val="17"/>
        </w:rPr>
        <w:t>; accessed 16 October 2026; Source descriptor: international wire service.</w:t>
      </w:r>
    </w:p>
    <w:p>
      <w:r>
        <w:rPr>
          <w:sz w:val="17"/>
          <w:vertAlign w:val="superscript"/>
        </w:rPr>
        <w:t>[95]</w:t>
      </w:r>
      <w:r>
        <w:rPr>
          <w:sz w:val="17"/>
        </w:rPr>
        <w:t xml:space="preserve"> La Razón Online; La Razón de México; "Marina implementa acciones de prevención ante huracán 'Trudy'; mantiene acciones de auxilio por paso de 'Simón'"; 15 October 2026, 2034 CST; </w:t>
      </w:r>
      <w:hyperlink r:id="rId104">
        <w:r>
          <w:rPr>
            <w:color w:val="8A5D00"/>
            <w:sz w:val="17"/>
          </w:rPr>
          <w:t xml:space="preserve">https://www.razon.com.mx/mexico/2026/10/15/marina-implementa-acciones-de-prevencion-ante-huracan-trudy-mantiene-acciones-de-auxilio-por-paso-de-simon/</w:t>
        </w:r>
      </w:hyperlink>
      <w:r>
        <w:rPr>
          <w:sz w:val="17"/>
        </w:rPr>
        <w:t>; accessed 16 October 2026; Source descriptor: Mexican national newspaper relaying a navy statement.</w:t>
      </w:r>
    </w:p>
    <w:p>
      <w:r>
        <w:rPr>
          <w:sz w:val="17"/>
          <w:vertAlign w:val="superscript"/>
        </w:rPr>
        <w:t>[96]</w:t>
      </w:r>
      <w:r>
        <w:rPr>
          <w:sz w:val="17"/>
        </w:rPr>
        <w:t xml:space="preserve"> Elizabeth Hernández; La Razón de México; "Trudy amenaza en el Pacífico; sería nivel 4"; 16 October 2026, 0700 CST; </w:t>
      </w:r>
      <w:hyperlink r:id="rId105">
        <w:r>
          <w:rPr>
            <w:color w:val="8A5D00"/>
            <w:sz w:val="17"/>
          </w:rPr>
          <w:t xml:space="preserve">https://www.razon.com.mx/mexico/2026/10/16/trudy-amenaza-en-el-pacifico-seria-nivel-4/</w:t>
        </w:r>
      </w:hyperlink>
      <w:r>
        <w:rPr>
          <w:sz w:val="17"/>
        </w:rPr>
        <w:t>; accessed 16 October 2026; Source descriptor: Mexican national newspaper.</w:t>
      </w:r>
    </w:p>
    <w:p>
      <w:r>
        <w:rPr>
          <w:sz w:val="17"/>
          <w:vertAlign w:val="superscript"/>
        </w:rPr>
        <w:t>[97]</w:t>
      </w:r>
      <w:r>
        <w:rPr>
          <w:sz w:val="17"/>
        </w:rPr>
        <w:t xml:space="preserve"> Marisela Guerrero; Luz Noticias; "Huracán 'Trudy': ¿En qué estados se suspenden las clases este viernes 16 de octubre?"; 15 October 2026, time not given; </w:t>
      </w:r>
      <w:hyperlink r:id="rId106">
        <w:r>
          <w:rPr>
            <w:color w:val="8A5D00"/>
            <w:sz w:val="17"/>
          </w:rPr>
          <w:t xml:space="preserve">https://www.luznoticias.mx/2026-10-15/mexico/huracan-trudy-en-que-estados-se-suspenden-las-clases-este-viernes-16-de-octubre/310069</w:t>
        </w:r>
      </w:hyperlink>
      <w:r>
        <w:rPr>
          <w:sz w:val="17"/>
        </w:rPr>
        <w:t>; accessed 16 October 2026; Source descriptor: Mexican regional outlet.</w:t>
      </w:r>
    </w:p>
    <w:p>
      <w:r>
        <w:rPr>
          <w:sz w:val="17"/>
          <w:vertAlign w:val="superscript"/>
        </w:rPr>
        <w:t>[98]</w:t>
      </w:r>
      <w:r>
        <w:rPr>
          <w:sz w:val="17"/>
        </w:rPr>
        <w:t xml:space="preserve"> NHC Forecasters; National Hurricane Center; "Tropical Storm Simon Public Advisory Number 36"; 16 October 2026, 0200 MST (0900 UTC); </w:t>
      </w:r>
      <w:hyperlink r:id="rId107">
        <w:r>
          <w:rPr>
            <w:color w:val="8A5D00"/>
            <w:sz w:val="17"/>
          </w:rPr>
          <w:t xml:space="preserve">https://www.nhc.noaa.gov/text/MIATCPEP5.shtml</w:t>
        </w:r>
      </w:hyperlink>
      <w:r>
        <w:rPr>
          <w:sz w:val="17"/>
        </w:rPr>
        <w:t>; accessed 16 October 2026; Source descriptor: US government official forecast product.</w:t>
      </w:r>
    </w:p>
    <w:p>
      <w:r>
        <w:rPr>
          <w:sz w:val="17"/>
          <w:vertAlign w:val="superscript"/>
        </w:rPr>
        <w:t>[99]</w:t>
      </w:r>
      <w:r>
        <w:rPr>
          <w:sz w:val="17"/>
        </w:rPr>
        <w:t xml:space="preserve"> NHC Forecasters; National Hurricane Center; "Tropical Storm Simon Discussion Number 36"; 16 October 2026, 0200 MST; </w:t>
      </w:r>
      <w:hyperlink r:id="rId108">
        <w:r>
          <w:rPr>
            <w:color w:val="8A5D00"/>
            <w:sz w:val="17"/>
          </w:rPr>
          <w:t xml:space="preserve">https://www.nhc.noaa.gov/text/MIATCDEP5.shtml</w:t>
        </w:r>
      </w:hyperlink>
      <w:r>
        <w:rPr>
          <w:sz w:val="17"/>
        </w:rPr>
        <w:t>; accessed 16 October 2026; Source descriptor: US government official forecast product.</w:t>
      </w:r>
    </w:p>
    <w:p>
      <w:r>
        <w:rPr>
          <w:sz w:val="17"/>
          <w:vertAlign w:val="superscript"/>
        </w:rPr>
        <w:t>[100]</w:t>
      </w:r>
      <w:r>
        <w:rPr>
          <w:sz w:val="17"/>
        </w:rPr>
        <w:t xml:space="preserve"> Evans and Reinhart; National Hurricane Center; "Tropical Weather Outlook (Atlantic)"; 16 October 2026, 0200 EDT; </w:t>
      </w:r>
      <w:hyperlink r:id="rId109">
        <w:r>
          <w:rPr>
            <w:color w:val="8A5D00"/>
            <w:sz w:val="17"/>
          </w:rPr>
          <w:t xml:space="preserve">https://www.nhc.noaa.gov/text/MIATWOAT.shtml</w:t>
        </w:r>
      </w:hyperlink>
      <w:r>
        <w:rPr>
          <w:sz w:val="17"/>
        </w:rPr>
        <w:t>; accessed 16 October 2026; Source descriptor: US government official forecast product.</w:t>
      </w:r>
    </w:p>
    <w:p>
      <w:r>
        <w:rPr>
          <w:sz w:val="17"/>
          <w:vertAlign w:val="superscript"/>
        </w:rPr>
        <w:t>[101]</w:t>
      </w:r>
      <w:r>
        <w:rPr>
          <w:sz w:val="17"/>
        </w:rPr>
        <w:t xml:space="preserve"> Thomas Holt, Kristine Frazao and Nathan Aaron; Spotlight on America / WGME; "Cartel drones tracking U.S. border agents; used as weapons inside Mexico"; 15 October 2026, 1257 EDT; </w:t>
      </w:r>
      <w:hyperlink r:id="rId110">
        <w:r>
          <w:rPr>
            <w:color w:val="8A5D00"/>
            <w:sz w:val="17"/>
          </w:rPr>
          <w:t xml:space="preserve">https://wgme.com/news/spotlight-on-america/cartel-drones-explosive-drones-mexico-cartels-border-security-drone-attacks-us-border-counter-drone-technology-laser-defense-system</w:t>
        </w:r>
      </w:hyperlink>
      <w:r>
        <w:rPr>
          <w:sz w:val="17"/>
        </w:rPr>
        <w:t>; accessed 16 October 2026; Source descriptor: US broadcast investigative unit citing named officials.</w:t>
      </w:r>
    </w:p>
    <w:p>
      <w:r>
        <w:rPr>
          <w:sz w:val="17"/>
          <w:vertAlign w:val="superscript"/>
        </w:rPr>
        <w:t>[102]</w:t>
      </w:r>
      <w:r>
        <w:rPr>
          <w:sz w:val="17"/>
        </w:rPr>
        <w:t xml:space="preserve"> Dayne Patterson and Bill Graveland (The Canadian Press); CP24; "'Vote like Canada depends on it,' PM Carney tells Alberta referendum rally"; 15 October 2026, 2248 EDT; </w:t>
      </w:r>
      <w:hyperlink r:id="rId111">
        <w:r>
          <w:rPr>
            <w:color w:val="8A5D00"/>
            <w:sz w:val="17"/>
          </w:rPr>
          <w:t xml:space="preserve">https://www.cp24.com/news/canada/2026/10/16/vote-like-canada-depends-on-it-pm-carney-tells-alberta-referendum-rally/</w:t>
        </w:r>
      </w:hyperlink>
      <w:r>
        <w:rPr>
          <w:sz w:val="17"/>
        </w:rPr>
        <w:t>; accessed 16 October 2026; Source descriptor: Canadian national wire service.</w:t>
      </w:r>
    </w:p>
    <w:p>
      <w:r>
        <w:rPr>
          <w:sz w:val="17"/>
          <w:vertAlign w:val="superscript"/>
        </w:rPr>
        <w:t>[103]</w:t>
      </w:r>
      <w:r>
        <w:rPr>
          <w:sz w:val="17"/>
        </w:rPr>
        <w:t xml:space="preserve"> Bill Graveland and Dayne Patterson (The Canadian Press); Global News; "Warm welcome for Carney in Calgary as Alberta hurtles toward referendum vote"; 15 October 2026, 1625; </w:t>
      </w:r>
      <w:hyperlink r:id="rId112">
        <w:r>
          <w:rPr>
            <w:color w:val="8A5D00"/>
            <w:sz w:val="17"/>
          </w:rPr>
          <w:t xml:space="preserve">https://globalnews.ca/news/12104082/alberta-referendum-mark-carney-calgary/</w:t>
        </w:r>
      </w:hyperlink>
      <w:r>
        <w:rPr>
          <w:sz w:val="17"/>
        </w:rPr>
        <w:t>; accessed 16 October 2026; Source descriptor: Canadian national wire service carried by national broadcaster.</w:t>
      </w:r>
    </w:p>
    <w:p>
      <w:r>
        <w:rPr>
          <w:b/>
        </w:rPr>
        <w:t>SOUTHCOM</w:t>
      </w:r>
    </w:p>
    <w:p>
      <w:r>
        <w:rPr>
          <w:sz w:val="17"/>
          <w:vertAlign w:val="superscript"/>
        </w:rPr>
        <w:t>[104]</w:t>
      </w:r>
      <w:r>
        <w:rPr>
          <w:sz w:val="17"/>
        </w:rPr>
        <w:t xml:space="preserve"> Júlia Campos; Gazeta Mercantil; "Datafolha: Flávio tem 51% e Lula 49% dos votos válidos; diferença cai pela metade"; 15 October 2026, 2207 BRT; </w:t>
      </w:r>
      <w:hyperlink r:id="rId113">
        <w:r>
          <w:rPr>
            <w:color w:val="8A5D00"/>
            <w:sz w:val="17"/>
          </w:rPr>
          <w:t xml:space="preserve">https://gazetamercantil.com/datafolha-flavio-bolsonaro-lula-segundo-turno-outubro-2026</w:t>
        </w:r>
      </w:hyperlink>
      <w:r>
        <w:rPr>
          <w:sz w:val="17"/>
        </w:rPr>
        <w:t>; accessed 16 October 2026; Source descriptor: Brazilian business outlet reporting a registered poll.</w:t>
      </w:r>
    </w:p>
    <w:p>
      <w:r>
        <w:rPr>
          <w:sz w:val="17"/>
          <w:vertAlign w:val="superscript"/>
        </w:rPr>
        <w:t>[105]</w:t>
      </w:r>
      <w:r>
        <w:rPr>
          <w:sz w:val="17"/>
        </w:rPr>
        <w:t xml:space="preserve"> Carolina Bohórquez Ramírez; El Tiempo; "Aumentó el número de víctimas por el ataque armado contra un bus de pasajeros en la vía Panamericana: ya son cinco muertos y más de 60 heridos"; 15 October 2026, 1315 COT (updated 1609 COT); </w:t>
      </w:r>
      <w:hyperlink r:id="rId114">
        <w:r>
          <w:rPr>
            <w:color w:val="8A5D00"/>
            <w:sz w:val="17"/>
          </w:rPr>
          <w:t xml:space="preserve">https://www.eltiempo.com/colombia/cali/aumento-el-numero-de-victimas-por-el-ataque-armado-contra-un-bus-de-pasajeros-en-la-via-panamericana-ya-son-cinco-muertos-y-mas-de-60-heridos-3593807</w:t>
        </w:r>
      </w:hyperlink>
      <w:r>
        <w:rPr>
          <w:sz w:val="17"/>
        </w:rPr>
        <w:t>; accessed 16 October 2026; Source descriptor: Colombian national daily citing health officials.</w:t>
      </w:r>
    </w:p>
    <w:p>
      <w:r>
        <w:rPr>
          <w:sz w:val="17"/>
          <w:vertAlign w:val="superscript"/>
        </w:rPr>
        <w:t>[106]</w:t>
      </w:r>
      <w:r>
        <w:rPr>
          <w:sz w:val="17"/>
        </w:rPr>
        <w:t xml:space="preserve"> Juan Carlos García Sierra (Colombia.com); Orfe TV; "Aumentan las víctimas del ataque a un bus ecuatoriano en el Cauca: ¿Qué se sabe?"; 15 October 2026, 1630 COT; </w:t>
      </w:r>
      <w:hyperlink r:id="rId115">
        <w:r>
          <w:rPr>
            <w:color w:val="8A5D00"/>
            <w:sz w:val="17"/>
          </w:rPr>
          <w:t xml:space="preserve">https://www.orfetv.com/2026/10/16/aumentan-las-victimas-del-ataque-a-un-bus-ecuatoriano-en-el-cauca-que-se-sabe/</w:t>
        </w:r>
      </w:hyperlink>
      <w:r>
        <w:rPr>
          <w:sz w:val="17"/>
        </w:rPr>
        <w:t>; accessed 16 October 2026; Source descriptor: online outlet republishing Colombian reporting.</w:t>
      </w:r>
    </w:p>
    <w:p>
      <w:r>
        <w:rPr>
          <w:sz w:val="17"/>
          <w:vertAlign w:val="superscript"/>
        </w:rPr>
        <w:t>[107]</w:t>
      </w:r>
      <w:r>
        <w:rPr>
          <w:sz w:val="17"/>
        </w:rPr>
        <w:t xml:space="preserve"> Redacción; El Heraldo; "Cuatro policías y un civil resultaron heridos tras ataque con granadas en el sur de Cali"; 15 October 2026, 2140 COT; </w:t>
      </w:r>
      <w:hyperlink r:id="rId116">
        <w:r>
          <w:rPr>
            <w:color w:val="8A5D00"/>
            <w:sz w:val="17"/>
          </w:rPr>
          <w:t xml:space="preserve">https://www.elheraldo.co/colombia/2026/10/16/cuatro-policias-y-un-civil-resultaron-heridos-tras-ataque-con-granadas-en-el-sur-de-cali/</w:t>
        </w:r>
      </w:hyperlink>
      <w:r>
        <w:rPr>
          <w:sz w:val="17"/>
        </w:rPr>
        <w:t>; accessed 16 October 2026; Source descriptor: Colombian regional daily.</w:t>
      </w:r>
    </w:p>
    <w:p>
      <w:r>
        <w:rPr>
          <w:sz w:val="17"/>
          <w:vertAlign w:val="superscript"/>
        </w:rPr>
        <w:t>[108]</w:t>
      </w:r>
      <w:r>
        <w:rPr>
          <w:sz w:val="17"/>
        </w:rPr>
        <w:t xml:space="preserve"> Jillian Butler; The Daily Caller; "Pentagon Sends 600 Soldiers Into Latin America As Trump Turns Up Heat On Cartels"; 15 October 2026, 1102 EDT; </w:t>
      </w:r>
      <w:hyperlink r:id="rId117">
        <w:r>
          <w:rPr>
            <w:color w:val="8A5D00"/>
            <w:sz w:val="17"/>
          </w:rPr>
          <w:t xml:space="preserve">https://dailycaller.com/2026/10/15/pentagon-soldiers-latin-america-trump-cartels-drug-trafficking/</w:t>
        </w:r>
      </w:hyperlink>
      <w:r>
        <w:rPr>
          <w:sz w:val="17"/>
        </w:rPr>
        <w:t>; accessed 16 October 2026; Source descriptor: partisan US online outlet relaying the New York Times.</w:t>
      </w:r>
    </w:p>
    <w:p>
      <w:r>
        <w:rPr>
          <w:sz w:val="17"/>
          <w:vertAlign w:val="superscript"/>
        </w:rPr>
        <w:t>[109]</w:t>
      </w:r>
      <w:r>
        <w:rPr>
          <w:sz w:val="17"/>
        </w:rPr>
        <w:t xml:space="preserve"> Staff; Democracy Now!; "U.S. Deploys Hundreds of Soldiers to Assist 'War on Drugs' in Colombia and Honduras"; 15 October 2026, time not given; </w:t>
      </w:r>
      <w:hyperlink r:id="rId118">
        <w:r>
          <w:rPr>
            <w:color w:val="8A5D00"/>
            <w:sz w:val="17"/>
          </w:rPr>
          <w:t xml:space="preserve">https://www.democracynow.org/2026/10/15/headlines/us_deploys_hundreds_of_soldiers_to_assist_war_on_drugs_in_colombia_and_honduras</w:t>
        </w:r>
      </w:hyperlink>
      <w:r>
        <w:rPr>
          <w:sz w:val="17"/>
        </w:rPr>
        <w:t>; accessed 16 October 2026; Source descriptor: independent advocacy news programme.</w:t>
      </w:r>
    </w:p>
    <w:p>
      <w:r>
        <w:rPr>
          <w:sz w:val="17"/>
          <w:vertAlign w:val="superscript"/>
        </w:rPr>
        <w:t>[110]</w:t>
      </w:r>
      <w:r>
        <w:rPr>
          <w:sz w:val="17"/>
        </w:rPr>
        <w:t xml:space="preserve"> Caribbean Media Corporation; Jamaica Observer; "UN Security Council renews Haiti sanctions amid escalating gang violence"; 15 October 2026, 1551 UTC; </w:t>
      </w:r>
      <w:hyperlink r:id="rId119">
        <w:r>
          <w:rPr>
            <w:color w:val="8A5D00"/>
            <w:sz w:val="17"/>
          </w:rPr>
          <w:t xml:space="preserve">https://www.jamaicaobserver.com/2026/10/15/un-security-council-renews-haiti-sanctions-amid-escalating-gang-violence/</w:t>
        </w:r>
      </w:hyperlink>
      <w:r>
        <w:rPr>
          <w:sz w:val="17"/>
        </w:rPr>
        <w:t>; accessed 16 October 2026; Source descriptor: Caribbean regional wire service carried by Jamaican daily.</w:t>
      </w:r>
    </w:p>
    <w:p>
      <w:r>
        <w:rPr>
          <w:sz w:val="17"/>
          <w:vertAlign w:val="superscript"/>
        </w:rPr>
        <w:t>[111]</w:t>
      </w:r>
      <w:r>
        <w:rPr>
          <w:sz w:val="17"/>
        </w:rPr>
        <w:t xml:space="preserve"> Staff; Radio Panamericana; "Sectores sociales anuncian marcha nacional a La Paz para el 6 de noviembre"; 15 October 2026, 1547 BOT; </w:t>
      </w:r>
      <w:hyperlink r:id="rId120">
        <w:r>
          <w:rPr>
            <w:color w:val="8A5D00"/>
            <w:sz w:val="17"/>
          </w:rPr>
          <w:t xml:space="preserve">https://www.panamericana.bo/articulo/nacional/sectores-sociales-anuncian-marcha-nacional-paz-6-noviembre-plantean-medidas-tributarias-grandes-sectores/20261015154735017234.html</w:t>
        </w:r>
      </w:hyperlink>
      <w:r>
        <w:rPr>
          <w:sz w:val="17"/>
        </w:rPr>
        <w:t>; accessed 16 October 2026; Source descriptor: Bolivian national radio.</w:t>
      </w:r>
    </w:p>
    <w:p>
      <w:r>
        <w:rPr>
          <w:sz w:val="17"/>
          <w:vertAlign w:val="superscript"/>
        </w:rPr>
        <w:t>[112]</w:t>
      </w:r>
      <w:r>
        <w:rPr>
          <w:sz w:val="17"/>
        </w:rPr>
        <w:t xml:space="preserve"> EFE; Infobae; "La oposición de Venezuela comenzó la tercera ronda de diálogo con el chavismo para una transición política"; 15 October 2026, 0300 UTC; </w:t>
      </w:r>
      <w:hyperlink r:id="rId121">
        <w:r>
          <w:rPr>
            <w:color w:val="8A5D00"/>
            <w:sz w:val="17"/>
          </w:rPr>
          <w:t xml:space="preserve">https://www.infobae.com/venezuela/2026/10/15/la-oposicion-de-venezuela-comenzo-la-tercera-ronda-de-dialogo-con-el-chavismo-para-una-transicion-politica/</w:t>
        </w:r>
      </w:hyperlink>
      <w:r>
        <w:rPr>
          <w:sz w:val="17"/>
        </w:rPr>
        <w:t>; accessed 16 October 2026; Source descriptor: Spanish wire service carried by regional digital outlet.</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aljazeera.com/news/2026/10/15/ethiopian-forces-expand-control-in-tigray-as-militia-claims-eritrean-losses" TargetMode="External"/><Relationship Id="rId11" Type="http://schemas.openxmlformats.org/officeDocument/2006/relationships/hyperlink" Target="https://www.garoweonline.com/en/world/africa/ethiopian-troops-mass-heavy-weapons-near-eritrean-border-amid-war-fears" TargetMode="External"/><Relationship Id="rId12" Type="http://schemas.openxmlformats.org/officeDocument/2006/relationships/hyperlink" Target="https://www.congoquotidien.com/2026/10/15/nord-kivu-drones-frn-frappent-fardc-wazalendo/" TargetMode="External"/><Relationship Id="rId13" Type="http://schemas.openxmlformats.org/officeDocument/2006/relationships/hyperlink" Target="https://ubc.go.ug/2026/10/16/ex-dr-congo-leader-kabila-takes-over-eastern-rebellion-but-next-move-unclear" TargetMode="External"/><Relationship Id="rId14" Type="http://schemas.openxmlformats.org/officeDocument/2006/relationships/hyperlink" Target="https://www.radiookapi.net/2026/10/16/actualite/sante/ebola-plus-de-9-000-cas-et-4-410-deces-en-rdc-un-deuxieme-cas-confirme-au" TargetMode="External"/><Relationship Id="rId15" Type="http://schemas.openxmlformats.org/officeDocument/2006/relationships/hyperlink" Target="https://www.radiookapi.net/2026/10/15/actualite/sante/rdc-le-cdc-afrique-exige-des-comptes-sur-plus-de-700-millions-usd" TargetMode="External"/><Relationship Id="rId16" Type="http://schemas.openxmlformats.org/officeDocument/2006/relationships/hyperlink" Target="https://sudantribune.com/article/320009" TargetMode="External"/><Relationship Id="rId17" Type="http://schemas.openxmlformats.org/officeDocument/2006/relationships/hyperlink" Target="https://www.dabangasudan.org/en/all-news/article/un-and-switzerland-plan-sudan-peace-talks-as-us-lawmaker-proposes-resource-partnership" TargetMode="External"/><Relationship Id="rId18" Type="http://schemas.openxmlformats.org/officeDocument/2006/relationships/hyperlink" Target="https://sudantribune.com/article/319999" TargetMode="External"/><Relationship Id="rId19" Type="http://schemas.openxmlformats.org/officeDocument/2006/relationships/hyperlink" Target="https://sudantribune.com/article/320004" TargetMode="External"/><Relationship Id="rId20" Type="http://schemas.openxmlformats.org/officeDocument/2006/relationships/hyperlink" Target="https://sudantribune.com/article/320013" TargetMode="External"/><Relationship Id="rId21" Type="http://schemas.openxmlformats.org/officeDocument/2006/relationships/hyperlink" Target="https://www.dabangasudan.org/en/all-news/article/drone-attack-kills-two-in-north-darfur-as-red-crescent-volunteer-killed-in-blue-nile" TargetMode="External"/><Relationship Id="rId22" Type="http://schemas.openxmlformats.org/officeDocument/2006/relationships/hyperlink" Target="https://www.garoweonline.com/en/news/somalia/somalia-laftagareen-s-forces-expand-territorial-gains-in-southwest-as-buurhakaba-falls" TargetMode="External"/><Relationship Id="rId23" Type="http://schemas.openxmlformats.org/officeDocument/2006/relationships/hyperlink" Target="https://dailytrust.com/14-feared-dead-as-terrorists-hit-military-base-in-borno/" TargetMode="External"/><Relationship Id="rId24" Type="http://schemas.openxmlformats.org/officeDocument/2006/relationships/hyperlink" Target="https://saharareporters.com/2026/10/15/breaking-iswap-terrorists-kill-about-15-soldiers-burn-military-vehicles-attack-borno" TargetMode="External"/><Relationship Id="rId25" Type="http://schemas.openxmlformats.org/officeDocument/2006/relationships/hyperlink" Target="https://www.premiumtimesng.com/news/top-news/917502-2027-tinubu-issues-fresh-directive-orders-security-agencies-to-rescue-all-kidnapped-victims.html" TargetMode="External"/><Relationship Id="rId26" Type="http://schemas.openxmlformats.org/officeDocument/2006/relationships/hyperlink" Target="https://mg.co.za/news/south-africa/2026-10-15-constitutional-court-rules-in-favour-of-anc-in-iec-candidate-nomination-dispute/" TargetMode="External"/><Relationship Id="rId27" Type="http://schemas.openxmlformats.org/officeDocument/2006/relationships/hyperlink" Target="https://www.radiotamazuj.org/en/news/article/16-killed-34-wounded-in-tonj-east-violence" TargetMode="External"/><Relationship Id="rId28" Type="http://schemas.openxmlformats.org/officeDocument/2006/relationships/hyperlink" Target="https://www.yeclo.com/mali-larmee-frappe-deux-bases-terroristes-a-dioura-et-segou/" TargetMode="External"/><Relationship Id="rId29" Type="http://schemas.openxmlformats.org/officeDocument/2006/relationships/hyperlink" Target="https://gcaptain.com/by-the-numbers-u-s-claims-control-of-hormuz-as-ship-attacks-hit-new-high/" TargetMode="External"/><Relationship Id="rId30" Type="http://schemas.openxmlformats.org/officeDocument/2006/relationships/hyperlink" Target="https://www.israelnationalnews.com/news/434701" TargetMode="External"/><Relationship Id="rId31" Type="http://schemas.openxmlformats.org/officeDocument/2006/relationships/hyperlink" Target="https://www.ukmto.org/-/media/ukmto/products/update-105-jmic-advisory-note-15-october.pdf?rev=ae23f6713bc24322b5f58190a6923b58" TargetMode="External"/><Relationship Id="rId32" Type="http://schemas.openxmlformats.org/officeDocument/2006/relationships/hyperlink" Target="https://uk.lapresse.it/world-en/2026/10/15/iran-media-oil-tanker-on-fire-in-the-strait-of-hormuz-after-breaching-the-transit-ban/" TargetMode="External"/><Relationship Id="rId33" Type="http://schemas.openxmlformats.org/officeDocument/2006/relationships/hyperlink" Target="https://www.euronews.com/2026/10/15/another-tanker-catches-fire-near-hormuz-after-two-cargo-ships-sunk-in-attacks" TargetMode="External"/><Relationship Id="rId34" Type="http://schemas.openxmlformats.org/officeDocument/2006/relationships/hyperlink" Target="https://www.presstv.co.uk/Detail/2026/10/16/778417/" TargetMode="External"/><Relationship Id="rId35" Type="http://schemas.openxmlformats.org/officeDocument/2006/relationships/hyperlink" Target="https://www.dailysabah.com/world/americas/trump-rules-out-nukes-against-iran-keeps-strike-threat-alive" TargetMode="External"/><Relationship Id="rId36" Type="http://schemas.openxmlformats.org/officeDocument/2006/relationships/hyperlink" Target="https://www.foxnews.com/live-news/us-iran-war-peace-donald-trump-strait-hormuz-oil-prices-midterms-october-15" TargetMode="External"/><Relationship Id="rId37" Type="http://schemas.openxmlformats.org/officeDocument/2006/relationships/hyperlink" Target="https://cbsnews.com/live-updates/iran-war-us-houthi-saudi-arabia-trump" TargetMode="External"/><Relationship Id="rId38" Type="http://schemas.openxmlformats.org/officeDocument/2006/relationships/hyperlink" Target="https://aninews.in/news/world/us/noose-is-tightening-around-iran8217s-economy-us-announces-new-sanctions-targeting-16-people-10-entities20261016034114/" TargetMode="External"/><Relationship Id="rId39" Type="http://schemas.openxmlformats.org/officeDocument/2006/relationships/hyperlink" Target="https://kurdistan24.net/en/story/946396/us-sanctions-iraqi-bank-over-alleged-financial-links-to-iran" TargetMode="External"/><Relationship Id="rId40" Type="http://schemas.openxmlformats.org/officeDocument/2006/relationships/hyperlink" Target="https://gulfnews.com/world/mena/middle-east-conflict-houthis-strike-yemens-presidential-palace-us-issues-new-iran-sanctions-1.500712575" TargetMode="External"/><Relationship Id="rId41" Type="http://schemas.openxmlformats.org/officeDocument/2006/relationships/hyperlink" Target="https://www.dawn.com/news/2037377/saudi-arabia-accuses-iran-of-encouraging-houthis-in-latest-escalation" TargetMode="External"/><Relationship Id="rId42" Type="http://schemas.openxmlformats.org/officeDocument/2006/relationships/hyperlink" Target="https://www.arabnews.com/saudi-arabia/coalition-houthis-have-carried-out-20-attacks-on-king-khalid-international-airport-in-october-3006534" TargetMode="External"/><Relationship Id="rId43" Type="http://schemas.openxmlformats.org/officeDocument/2006/relationships/hyperlink" Target="https://tribune.com.pk/story/2635176/saudi-led-coalition-intercepts-drone-targeting-kingdoms-east" TargetMode="External"/><Relationship Id="rId44" Type="http://schemas.openxmlformats.org/officeDocument/2006/relationships/hyperlink" Target="https://www.khaleejtimes.com/world/mena/us-israel-iran-lebanon-war-live-updates-october-15-2026" TargetMode="External"/><Relationship Id="rId45" Type="http://schemas.openxmlformats.org/officeDocument/2006/relationships/hyperlink" Target="https://www.wionews.com/world/riyadh-airport-attacked-20-times-in-october-saudi-accuses-iran-of-encouraging-houthis-stays-mum-on-jet-strike-claim-1792077472735" TargetMode="External"/><Relationship Id="rId46" Type="http://schemas.openxmlformats.org/officeDocument/2006/relationships/hyperlink" Target="https://sa.usembassy.gov/security-alert-u-s-mission-to-saudi-arabia-october-15-2026/" TargetMode="External"/><Relationship Id="rId47" Type="http://schemas.openxmlformats.org/officeDocument/2006/relationships/hyperlink" Target="https://www.aljazeera.com/news/2026/10/15/houthis-target-yemens-presidential-palace-in-aden-with-missiles" TargetMode="External"/><Relationship Id="rId48" Type="http://schemas.openxmlformats.org/officeDocument/2006/relationships/hyperlink" Target="https://www.nation.com.pk/16-Oct-2026/houthis-hit-saudi-coalition-command-centre-aden-attack" TargetMode="External"/><Relationship Id="rId49" Type="http://schemas.openxmlformats.org/officeDocument/2006/relationships/hyperlink" Target="https://www.aljazeera.com/news/2026/10/15/fighting-in-yemen-intensifies-whats-the-latest-on-the-battlefield" TargetMode="External"/><Relationship Id="rId50" Type="http://schemas.openxmlformats.org/officeDocument/2006/relationships/hyperlink" Target="https://whbl.com/2026/10/15/rubio-urges-lebanon-to-not-return-confiscated-explosives-to-hezbollah-us-official-says/" TargetMode="External"/><Relationship Id="rId51" Type="http://schemas.openxmlformats.org/officeDocument/2006/relationships/hyperlink" Target="https://www.thenationalnews.com/news/us/2026/10/15/rubio-speaks-to-lebanons-aoun-about-explosives-seized-from-hezbollah/" TargetMode="External"/><Relationship Id="rId52" Type="http://schemas.openxmlformats.org/officeDocument/2006/relationships/hyperlink" Target="https://english.ahram.org.eg/News/579021.aspx" TargetMode="External"/><Relationship Id="rId53" Type="http://schemas.openxmlformats.org/officeDocument/2006/relationships/hyperlink" Target="https://www.timesofisrael.com/toi-poll-eisenkot-opens-up-big-lead-on-netanyahu-but-both-blocs-short-of-majority/" TargetMode="External"/><Relationship Id="rId54" Type="http://schemas.openxmlformats.org/officeDocument/2006/relationships/hyperlink" Target="https://www.longwarjournal.org/archives/2026/10/israel-reportedly-blocks-board-of-peace-base-in-gaza-idf-reports-31-ceasefire-violations-october-1-15.php" TargetMode="External"/><Relationship Id="rId55" Type="http://schemas.openxmlformats.org/officeDocument/2006/relationships/hyperlink" Target="https://www.geo.tv/latest/686781-phc-to-hear-ptis-plea-against-emergency-governors-rule-in-kp-on-oct-20" TargetMode="External"/><Relationship Id="rId56" Type="http://schemas.openxmlformats.org/officeDocument/2006/relationships/hyperlink" Target="https://www.dawn.com/news/2037325" TargetMode="External"/><Relationship Id="rId57" Type="http://schemas.openxmlformats.org/officeDocument/2006/relationships/hyperlink" Target="https://www.aljazeera.com/economy/2026/10/15/two-syrian-pipelines-damaged-amid-spate-of-attacks-on-energy-infrastructure" TargetMode="External"/><Relationship Id="rId58" Type="http://schemas.openxmlformats.org/officeDocument/2006/relationships/hyperlink" Target="https://kyivindependent.com/order-limiting-starlink-access-for-ukraines-military-came-from-within-white-house-reuters-reports/" TargetMode="External"/><Relationship Id="rId59" Type="http://schemas.openxmlformats.org/officeDocument/2006/relationships/hyperlink" Target="https://meduza.io/en/news/2026/10/16/order-to-restrict-starlink-s-operations-in-ukraine-came-from-white-house-reuters-reports" TargetMode="External"/><Relationship Id="rId60" Type="http://schemas.openxmlformats.org/officeDocument/2006/relationships/hyperlink" Target="https://kyivindependent.com/im-not-a-big-fan-of-zelensky-trump-says-as-us-ukraine-tensions-deepen-2/" TargetMode="External"/><Relationship Id="rId61" Type="http://schemas.openxmlformats.org/officeDocument/2006/relationships/hyperlink" Target="https://kyivindependent.com/ukraines-patriot-interceptor-stocks-again-reach-critically-low-levels-media-reports/" TargetMode="External"/><Relationship Id="rId62" Type="http://schemas.openxmlformats.org/officeDocument/2006/relationships/hyperlink" Target="https://kyivindependent.com/russian-attacks-kill-at-least-17-injure-67-across-ukraine-as-drone-waves-wreak-havoc-in-central-western-oblasts/" TargetMode="External"/><Relationship Id="rId63" Type="http://schemas.openxmlformats.org/officeDocument/2006/relationships/hyperlink" Target="https://kyivindependent.com/russian-drone-strikes-leave-portions-of-kyiv-without-power-fires-burning/" TargetMode="External"/><Relationship Id="rId64" Type="http://schemas.openxmlformats.org/officeDocument/2006/relationships/hyperlink" Target="https://www.ukrinform.net/rubric-ato/4174911-russian-drone-attack-sparks-fire-at-oil-depot-in-khmelnytskyi-regions-shepetivka-district.html" TargetMode="External"/><Relationship Id="rId65" Type="http://schemas.openxmlformats.org/officeDocument/2006/relationships/hyperlink" Target="https://www.ukrinform.net/rubric-ato/4174821-russia-builds-new-attack-drone-launch-base-in-rostov-region-in-six-weeks-reuters-reports.html" TargetMode="External"/><Relationship Id="rId66" Type="http://schemas.openxmlformats.org/officeDocument/2006/relationships/hyperlink" Target="https://kyivindependent.com/ukrainian-drones-reportedly-strike-yandex-data-center-warehouses-in-overnight-attack-on-russia/" TargetMode="External"/><Relationship Id="rId67" Type="http://schemas.openxmlformats.org/officeDocument/2006/relationships/hyperlink" Target="https://meduza.io/en/news/2026/10/15/they-started-it-we-re-responding-putin-warns-ukraine-over-strikes-on-energy-facilities-warehouses-and-data-centers" TargetMode="External"/><Relationship Id="rId68" Type="http://schemas.openxmlformats.org/officeDocument/2006/relationships/hyperlink" Target="https://meduza.io/en/feature/2026/10/15/we-re-done-zelensky-says-as-ukraine-resumes-strikes-on-russian-oil-refineries-the-kremlin-claims-the-attacks-never-stopped" TargetMode="External"/><Relationship Id="rId69" Type="http://schemas.openxmlformats.org/officeDocument/2006/relationships/hyperlink" Target="https://www.ukrinform.net/rubric-polytics/4174848-ukraine-at-osce-strikes-on-russian-oil-refineries-can-stop-only-under-mutual-energy-truce.html" TargetMode="External"/><Relationship Id="rId70" Type="http://schemas.openxmlformats.org/officeDocument/2006/relationships/hyperlink" Target="https://kyivindependent.com/uk-to-resupply-ukraine-with-more-storm-shadow-missiles-to-strike-russia-bloomberg-reports/" TargetMode="External"/><Relationship Id="rId71" Type="http://schemas.openxmlformats.org/officeDocument/2006/relationships/hyperlink" Target="https://kyivindependent.com/europe-shuts-us-out-of-russian-assets-conversation/" TargetMode="External"/><Relationship Id="rId72" Type="http://schemas.openxmlformats.org/officeDocument/2006/relationships/hyperlink" Target="https://kyivindependent.com/zelensky-meets-belgian-prime-minister-de-wever-but-silence-reigns-on-russian-assets/" TargetMode="External"/><Relationship Id="rId73" Type="http://schemas.openxmlformats.org/officeDocument/2006/relationships/hyperlink" Target="https://www.euronews.com/2026/10/15/eu-summit-leaders-seek-fast-solutions-to-spiralling-energy-prices" TargetMode="External"/><Relationship Id="rId74" Type="http://schemas.openxmlformats.org/officeDocument/2006/relationships/hyperlink" Target="https://www.euronews.com/2026/10/16/eu-summit-leaders-to-rally-behind-zelenskyy-amid-bitter-row-with-trump" TargetMode="External"/><Relationship Id="rId75" Type="http://schemas.openxmlformats.org/officeDocument/2006/relationships/hyperlink" Target="https://www.ukrinform.net/rubric-polytics/4174865-eu-sanctions-individuals-and-companies-for-circumventing-russia-sanctions.html" TargetMode="External"/><Relationship Id="rId76" Type="http://schemas.openxmlformats.org/officeDocument/2006/relationships/hyperlink" Target="https://www.ksat.com/news/world/2026/10/16/drone-strikes-in-the-black-sea-raise-fears-of-russian-escalation-to-test-natos-response/" TargetMode="External"/><Relationship Id="rId77" Type="http://schemas.openxmlformats.org/officeDocument/2006/relationships/hyperlink" Target="https://www.ukrinform.net/rubric-polytics/4174851-romanian-fm-russia-responsible-for-attacks-on-civilian-ships-in-black-sea.html" TargetMode="External"/><Relationship Id="rId78" Type="http://schemas.openxmlformats.org/officeDocument/2006/relationships/hyperlink" Target="https://kyivindependent.com/7-sailors-missing-as-two-ships-off-romanian-black-sea-coast-catch-fire-amid-drone-incursion/" TargetMode="External"/><Relationship Id="rId79" Type="http://schemas.openxmlformats.org/officeDocument/2006/relationships/hyperlink" Target="https://www.ukrinform.net/rubric-ato/4174796-drone-enters-moldova-again-during-russian-attack-on-ukraine.html" TargetMode="External"/><Relationship Id="rId80" Type="http://schemas.openxmlformats.org/officeDocument/2006/relationships/hyperlink" Target="https://www.ukrinform.net/rubric-ato/4174857-russian-forces-make-incursion-near-anyshchyne-in-kharkiv-region-military-spox.html" TargetMode="External"/><Relationship Id="rId81" Type="http://schemas.openxmlformats.org/officeDocument/2006/relationships/hyperlink" Target="https://meduza.io/en/news/2026/10/15/japan-denies-spying-in-russia-says-it-can-t-contact-detained-journalist" TargetMode="External"/><Relationship Id="rId82" Type="http://schemas.openxmlformats.org/officeDocument/2006/relationships/hyperlink" Target="https://news.usni.org/2026/10/14/chinese-carrier-strike-group-drills-in-the-philippine-sea" TargetMode="External"/><Relationship Id="rId83" Type="http://schemas.openxmlformats.org/officeDocument/2006/relationships/hyperlink" Target="https://www.taipeitimes.com/News/taiwan/archives/2026/10/16/2003866057" TargetMode="External"/><Relationship Id="rId84" Type="http://schemas.openxmlformats.org/officeDocument/2006/relationships/hyperlink" Target="https://www.taiwannews.com.tw/news/6458990" TargetMode="External"/><Relationship Id="rId85" Type="http://schemas.openxmlformats.org/officeDocument/2006/relationships/hyperlink" Target="https://www.taipeitimes.com/News/taiwan/archives/2026/10/16/2003866086" TargetMode="External"/><Relationship Id="rId86" Type="http://schemas.openxmlformats.org/officeDocument/2006/relationships/hyperlink" Target="https://www.philstar.com/headlines/2026/10/16/2563637/marcos-chinese-ambassadors-force-remark-sounds-very-much-threat" TargetMode="External"/><Relationship Id="rId87" Type="http://schemas.openxmlformats.org/officeDocument/2006/relationships/hyperlink" Target="https://www.pna.gov.ph/article/dfa-flags-chinese-envoy-over-thinly-veiled-threat-of-force-cautions-all-diplomats-in-ph" TargetMode="External"/><Relationship Id="rId88" Type="http://schemas.openxmlformats.org/officeDocument/2006/relationships/hyperlink" Target="https://globalnation.inquirer.net/342164/chinese-embassy-accuses-dfa-of-misreading-envoys-easily-win-remarks" TargetMode="External"/><Relationship Id="rId89" Type="http://schemas.openxmlformats.org/officeDocument/2006/relationships/hyperlink" Target="https://en.sedaily.com/politics/2026/10/15/defense-minister-says-korea-ready-for-wartime-command" TargetMode="External"/><Relationship Id="rId90" Type="http://schemas.openxmlformats.org/officeDocument/2006/relationships/hyperlink" Target="https://en.fnnews.com/news/202610161334296681" TargetMode="External"/><Relationship Id="rId91" Type="http://schemas.openxmlformats.org/officeDocument/2006/relationships/hyperlink" Target="https://www.koreatimes.co.kr/southkorea/defense/20261015/seoul-pushes-back-against-us-signal-for-opcon-transfer-delay" TargetMode="External"/><Relationship Id="rId92" Type="http://schemas.openxmlformats.org/officeDocument/2006/relationships/hyperlink" Target="https://theprint.in/world/north-korea-missile-chief-questions-south-korea-hypersonic-glide-vehicle-test/3073334" TargetMode="External"/><Relationship Id="rId93" Type="http://schemas.openxmlformats.org/officeDocument/2006/relationships/hyperlink" Target="https://www.stripes.com/theaters/asia_pacific/2026-10-15/uss-theodore-roosevelt-yokosuka-japan-23168400.html" TargetMode="External"/><Relationship Id="rId94" Type="http://schemas.openxmlformats.org/officeDocument/2006/relationships/hyperlink" Target="https://www.globaltimes.cn/page/202610/1372361.shtml" TargetMode="External"/><Relationship Id="rId95" Type="http://schemas.openxmlformats.org/officeDocument/2006/relationships/hyperlink" Target="https://news.sbs.co.kr/english/article.do?news_id=N1008800731" TargetMode="External"/><Relationship Id="rId96" Type="http://schemas.openxmlformats.org/officeDocument/2006/relationships/hyperlink" Target="https://dailypioneer.com/india/any-terror-attack-originating-from-pakistan-will-invite-stronger-response-rajnath-singh" TargetMode="External"/><Relationship Id="rId97" Type="http://schemas.openxmlformats.org/officeDocument/2006/relationships/hyperlink" Target="https://propakistani.pk/2026/10/15/india-threatens-pakistan-with-bigger-attack-than-2025-war/" TargetMode="External"/><Relationship Id="rId98" Type="http://schemas.openxmlformats.org/officeDocument/2006/relationships/hyperlink" Target="https://www.thejakartapost.com/indonesia/2026/10/16/prabowo-swaps-army-chief-tni-deputy-commander-in-latest-reshuffle" TargetMode="External"/><Relationship Id="rId99" Type="http://schemas.openxmlformats.org/officeDocument/2006/relationships/hyperlink" Target="https://navalnews.com/naval-news/2026/10/aukus-hii-awarded-contract-for-engineering-and-design-support" TargetMode="External"/><Relationship Id="rId100" Type="http://schemas.openxmlformats.org/officeDocument/2006/relationships/hyperlink" Target="https://monnews.org/2026/10/16/military-junta-bombs-ye-chaung-pyar-region-again-despite-no-fighting/" TargetMode="External"/><Relationship Id="rId101" Type="http://schemas.openxmlformats.org/officeDocument/2006/relationships/hyperlink" Target="https://www.nhc.noaa.gov/text/MIATCPEP1.shtml" TargetMode="External"/><Relationship Id="rId102" Type="http://schemas.openxmlformats.org/officeDocument/2006/relationships/hyperlink" Target="https://www.nhc.noaa.gov/text/MIATCDEP1.shtml" TargetMode="External"/><Relationship Id="rId103" Type="http://schemas.openxmlformats.org/officeDocument/2006/relationships/hyperlink" Target="https://www.actionnewsjax.com/news/world/hurricane-trudy/T7E25ISYEI575MO2FW5QROCBRQ/" TargetMode="External"/><Relationship Id="rId104" Type="http://schemas.openxmlformats.org/officeDocument/2006/relationships/hyperlink" Target="https://www.razon.com.mx/mexico/2026/10/15/marina-implementa-acciones-de-prevencion-ante-huracan-trudy-mantiene-acciones-de-auxilio-por-paso-de-simon/" TargetMode="External"/><Relationship Id="rId105" Type="http://schemas.openxmlformats.org/officeDocument/2006/relationships/hyperlink" Target="https://www.razon.com.mx/mexico/2026/10/16/trudy-amenaza-en-el-pacifico-seria-nivel-4/" TargetMode="External"/><Relationship Id="rId106" Type="http://schemas.openxmlformats.org/officeDocument/2006/relationships/hyperlink" Target="https://www.luznoticias.mx/2026-10-15/mexico/huracan-trudy-en-que-estados-se-suspenden-las-clases-este-viernes-16-de-octubre/310069" TargetMode="External"/><Relationship Id="rId107" Type="http://schemas.openxmlformats.org/officeDocument/2006/relationships/hyperlink" Target="https://www.nhc.noaa.gov/text/MIATCPEP5.shtml" TargetMode="External"/><Relationship Id="rId108" Type="http://schemas.openxmlformats.org/officeDocument/2006/relationships/hyperlink" Target="https://www.nhc.noaa.gov/text/MIATCDEP5.shtml" TargetMode="External"/><Relationship Id="rId109" Type="http://schemas.openxmlformats.org/officeDocument/2006/relationships/hyperlink" Target="https://www.nhc.noaa.gov/text/MIATWOAT.shtml" TargetMode="External"/><Relationship Id="rId110" Type="http://schemas.openxmlformats.org/officeDocument/2006/relationships/hyperlink" Target="https://wgme.com/news/spotlight-on-america/cartel-drones-explosive-drones-mexico-cartels-border-security-drone-attacks-us-border-counter-drone-technology-laser-defense-system" TargetMode="External"/><Relationship Id="rId111" Type="http://schemas.openxmlformats.org/officeDocument/2006/relationships/hyperlink" Target="https://www.cp24.com/news/canada/2026/10/16/vote-like-canada-depends-on-it-pm-carney-tells-alberta-referendum-rally/" TargetMode="External"/><Relationship Id="rId112" Type="http://schemas.openxmlformats.org/officeDocument/2006/relationships/hyperlink" Target="https://globalnews.ca/news/12104082/alberta-referendum-mark-carney-calgary/" TargetMode="External"/><Relationship Id="rId113" Type="http://schemas.openxmlformats.org/officeDocument/2006/relationships/hyperlink" Target="https://gazetamercantil.com/datafolha-flavio-bolsonaro-lula-segundo-turno-outubro-2026" TargetMode="External"/><Relationship Id="rId114" Type="http://schemas.openxmlformats.org/officeDocument/2006/relationships/hyperlink" Target="https://www.eltiempo.com/colombia/cali/aumento-el-numero-de-victimas-por-el-ataque-armado-contra-un-bus-de-pasajeros-en-la-via-panamericana-ya-son-cinco-muertos-y-mas-de-60-heridos-3593807" TargetMode="External"/><Relationship Id="rId115" Type="http://schemas.openxmlformats.org/officeDocument/2006/relationships/hyperlink" Target="https://www.orfetv.com/2026/10/16/aumentan-las-victimas-del-ataque-a-un-bus-ecuatoriano-en-el-cauca-que-se-sabe/" TargetMode="External"/><Relationship Id="rId116" Type="http://schemas.openxmlformats.org/officeDocument/2006/relationships/hyperlink" Target="https://www.elheraldo.co/colombia/2026/10/16/cuatro-policias-y-un-civil-resultaron-heridos-tras-ataque-con-granadas-en-el-sur-de-cali/" TargetMode="External"/><Relationship Id="rId117" Type="http://schemas.openxmlformats.org/officeDocument/2006/relationships/hyperlink" Target="https://dailycaller.com/2026/10/15/pentagon-soldiers-latin-america-trump-cartels-drug-trafficking/" TargetMode="External"/><Relationship Id="rId118" Type="http://schemas.openxmlformats.org/officeDocument/2006/relationships/hyperlink" Target="https://www.democracynow.org/2026/10/15/headlines/us_deploys_hundreds_of_soldiers_to_assist_war_on_drugs_in_colombia_and_honduras" TargetMode="External"/><Relationship Id="rId119" Type="http://schemas.openxmlformats.org/officeDocument/2006/relationships/hyperlink" Target="https://www.jamaicaobserver.com/2026/10/15/un-security-council-renews-haiti-sanctions-amid-escalating-gang-violence/" TargetMode="External"/><Relationship Id="rId120" Type="http://schemas.openxmlformats.org/officeDocument/2006/relationships/hyperlink" Target="https://www.panamericana.bo/articulo/nacional/sectores-sociales-anuncian-marcha-nacional-paz-6-noviembre-plantean-medidas-tributarias-grandes-sectores/20261015154735017234.html" TargetMode="External"/><Relationship Id="rId121" Type="http://schemas.openxmlformats.org/officeDocument/2006/relationships/hyperlink" Target="https://www.infobae.com/venezuela/2026/10/15/la-oposicion-de-venezuela-comenzo-la-tercera-ronda-de-dialogo-con-el-chavismo-para-una-transicion-polit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