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OSIR-20261019</w:t>
            </w:r>
          </w:p>
        </w:tc>
      </w:tr>
      <w:tr>
        <w:tc>
          <w:tcPr>
            <w:tcW w:type="dxa" w:w="4968"/>
          </w:tcPr>
          <w:p>
            <w:r/>
            <w:r>
              <w:rPr>
                <w:b/>
                <w:sz w:val="19"/>
              </w:rPr>
              <w:t>Produced</w:t>
            </w:r>
          </w:p>
        </w:tc>
        <w:tc>
          <w:tcPr>
            <w:tcW w:type="dxa" w:w="4968"/>
          </w:tcPr>
          <w:p>
            <w:r/>
            <w:r>
              <w:rPr>
                <w:sz w:val="19"/>
              </w:rPr>
              <w:t>191000Z OCT 2026 (0600 EDT, Monday 19 October 2026)</w:t>
            </w:r>
          </w:p>
        </w:tc>
      </w:tr>
      <w:tr>
        <w:tc>
          <w:tcPr>
            <w:tcW w:type="dxa" w:w="4968"/>
          </w:tcPr>
          <w:p>
            <w:r/>
            <w:r>
              <w:rPr>
                <w:b/>
                <w:sz w:val="19"/>
              </w:rPr>
              <w:t>Coverage window</w:t>
            </w:r>
          </w:p>
        </w:tc>
        <w:tc>
          <w:tcPr>
            <w:tcW w:type="dxa" w:w="4968"/>
          </w:tcPr>
          <w:p>
            <w:r/>
            <w:r>
              <w:rPr>
                <w:sz w:val="19"/>
              </w:rPr>
              <w:t>162200Z OCT 2026 to 190930Z OCT 2026 (Friday 1800 EDT through Monday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Trump said the US and its allies would "soon finish the job" in Iran, and Araghchi answered "we have unfinished jobs too." No US strike was reported. The IRGC says two more tankers hit mines in Hormuz, and a tug was hit off the UAE's Khor Fakkan. Riyadh airport reopened, but most foreign airlines are still staying away. </w:t>
      </w:r>
      <w:r>
        <w:rPr>
          <w:vertAlign w:val="superscript"/>
        </w:rPr>
        <w:t>[16]</w:t>
      </w:r>
      <w:r>
        <w:rPr>
          <w:vertAlign w:val="superscript"/>
        </w:rPr>
        <w:t>[18]</w:t>
      </w:r>
      <w:r>
        <w:rPr>
          <w:vertAlign w:val="superscript"/>
        </w:rPr>
        <w:t>[19]</w:t>
      </w:r>
      <w:r>
        <w:rPr>
          <w:vertAlign w:val="superscript"/>
        </w:rPr>
        <w:t>[25]</w:t>
      </w:r>
    </w:p>
    <w:p>
      <w:pPr>
        <w:pStyle w:val="ListBullet"/>
      </w:pPr>
      <w:r>
        <w:rPr>
          <w:b/>
        </w:rPr>
        <w:t>EUCOM:</w:t>
      </w:r>
      <w:r>
        <w:t xml:space="preserve"> Ukraine launched more than 1,000 drones at Russia overnight 17-18 Oct and hit the St Petersburg oil terminal. Russian strikes killed at least 10 across Ukraine, and ballistic missiles hit Kyiv. Trump waived the Graham Act sanctions on Russia, which Rubio called a "60-day pause," and attacked Zelensky on Truth Social. </w:t>
      </w:r>
      <w:r>
        <w:rPr>
          <w:vertAlign w:val="superscript"/>
        </w:rPr>
        <w:t>[37]</w:t>
      </w:r>
      <w:r>
        <w:rPr>
          <w:vertAlign w:val="superscript"/>
        </w:rPr>
        <w:t>[39]</w:t>
      </w:r>
      <w:r>
        <w:rPr>
          <w:vertAlign w:val="superscript"/>
        </w:rPr>
        <w:t>[40]</w:t>
      </w:r>
      <w:r>
        <w:rPr>
          <w:vertAlign w:val="superscript"/>
        </w:rPr>
        <w:t>[41]</w:t>
      </w:r>
      <w:r>
        <w:rPr>
          <w:vertAlign w:val="superscript"/>
        </w:rPr>
        <w:t>[42]</w:t>
      </w:r>
      <w:r>
        <w:rPr>
          <w:vertAlign w:val="superscript"/>
        </w:rPr>
        <w:t>[43]</w:t>
      </w:r>
    </w:p>
    <w:p>
      <w:pPr>
        <w:pStyle w:val="ListBullet"/>
      </w:pPr>
      <w:r>
        <w:rPr>
          <w:b/>
        </w:rPr>
        <w:t>AFRICOM:</w:t>
      </w:r>
      <w:r>
        <w:t xml:space="preserve"> Ebola reached an eighth DRC province, Nord-Ubangi on the Central African Republic border, and DRC totals passed 9,400 cases. Kenya's count rose from 2 to 8, mostly health workers. Forces loyal to Laftagareen took four more districts around Baidoa in Somalia. </w:t>
      </w:r>
      <w:r>
        <w:rPr>
          <w:vertAlign w:val="superscript"/>
        </w:rPr>
        <w:t>[1]</w:t>
      </w:r>
      <w:r>
        <w:rPr>
          <w:vertAlign w:val="superscript"/>
        </w:rPr>
        <w:t>[3]</w:t>
      </w:r>
      <w:r>
        <w:rPr>
          <w:vertAlign w:val="superscript"/>
        </w:rPr>
        <w:t>[9]</w:t>
      </w:r>
    </w:p>
    <w:p>
      <w:pPr>
        <w:pStyle w:val="ListBullet"/>
      </w:pPr>
      <w:r>
        <w:rPr>
          <w:b/>
        </w:rPr>
        <w:t>INDOPACOM:</w:t>
      </w:r>
      <w:r>
        <w:t xml:space="preserve"> Keen Sword began on 19 Oct as the largest US-Japan drill yet, with Japan's long-range Type 25 anti-ship missile leaving its home base for the first time. Taiwan's coast guard drove off 16 Chinese vessels at once. China's embassy in Manila told Filipino lawmakers to "STOP BLUFFING" over calls to expel its ambassador. </w:t>
      </w:r>
      <w:r>
        <w:rPr>
          <w:vertAlign w:val="superscript"/>
        </w:rPr>
        <w:t>[54]</w:t>
      </w:r>
      <w:r>
        <w:rPr>
          <w:vertAlign w:val="superscript"/>
        </w:rPr>
        <w:t>[57]</w:t>
      </w:r>
      <w:r>
        <w:rPr>
          <w:vertAlign w:val="superscript"/>
        </w:rPr>
        <w:t>[58]</w:t>
      </w:r>
      <w:r>
        <w:rPr>
          <w:vertAlign w:val="superscript"/>
        </w:rPr>
        <w:t>[64]</w:t>
      </w:r>
    </w:p>
    <w:p>
      <w:pPr>
        <w:pStyle w:val="ListBullet"/>
      </w:pPr>
      <w:r>
        <w:rPr>
          <w:b/>
        </w:rPr>
        <w:t>NORTHCOM:</w:t>
      </w:r>
      <w:r>
        <w:t xml:space="preserve"> Trudy weakened to a tropical storm offshore without making landfall, and Mexico reports no deaths. A fire during live-fire training at CFB Wainwright killed four Canadian soldiers and injured 39. Alberta votes today on whether to start a path toward a separation referendum. </w:t>
      </w:r>
      <w:r>
        <w:rPr>
          <w:vertAlign w:val="superscript"/>
        </w:rPr>
        <w:t>[75]</w:t>
      </w:r>
      <w:r>
        <w:rPr>
          <w:vertAlign w:val="superscript"/>
        </w:rPr>
        <w:t>[79]</w:t>
      </w:r>
      <w:r>
        <w:rPr>
          <w:vertAlign w:val="superscript"/>
        </w:rPr>
        <w:t>[81]</w:t>
      </w:r>
      <w:r>
        <w:rPr>
          <w:vertAlign w:val="superscript"/>
        </w:rPr>
        <w:t>[83]</w:t>
      </w:r>
    </w:p>
    <w:p>
      <w:pPr>
        <w:pStyle w:val="ListBullet"/>
      </w:pPr>
      <w:r>
        <w:rPr>
          <w:b/>
        </w:rPr>
        <w:t>SOUTHCOM:</w:t>
      </w:r>
      <w:r>
        <w:t xml:space="preserve"> Brazil's Band debate produced no clear winner, and polls still show a statistical tie a week before the 25 Oct runoff. Venezuela's opposition reaffirmed María Corina Machado as its leader. </w:t>
      </w:r>
      <w:r>
        <w:rPr>
          <w:vertAlign w:val="superscript"/>
        </w:rPr>
        <w:t>[89]</w:t>
      </w:r>
      <w:r>
        <w:rPr>
          <w:vertAlign w:val="superscript"/>
        </w:rPr>
        <w:t>[90]</w:t>
      </w:r>
      <w:r>
        <w:rPr>
          <w:vertAlign w:val="superscript"/>
        </w:rPr>
        <w:t>[91]</w:t>
      </w:r>
    </w:p>
    <w:p>
      <w:pPr>
        <w:pStyle w:val="Heading1"/>
      </w:pPr>
      <w:r>
        <w:rPr>
          <w:rFonts w:ascii="Consolas" w:hAnsi="Consolas"/>
          <w:color w:val="FFB000"/>
        </w:rPr>
        <w:t xml:space="preserve">// </w:t>
      </w:r>
      <w:r>
        <w:rPr>
          <w:color w:val="282828"/>
        </w:rPr>
        <w:t>AFRICOM</w:t>
      </w:r>
    </w:p>
    <w:p>
      <w:r>
        <w:rPr>
          <w:b/>
        </w:rPr>
        <w:t>DRC: Ebola reaches an eighth province, on the CAR border</w:t>
      </w:r>
    </w:p>
    <w:p>
      <w:r>
        <w:t xml:space="preserve">On 18 Oct the Health Ministry confirmed two cases, one fatal, in Wapinda health zone in Nord-Ubangi. It is the eighth province affected. Totals now exceed 9,400 cases and 4,500 deaths since mid-May, with 66 health zones affected and about three quarters of confirmed cases in Ituri. North Kivu is barring entry from Ituri for one week from 19 Oct and has suspended large gatherings. The Central African Republic reports no cases. WHO Africa Director Janabi said the outbreak is "geographically" spreading out. </w:t>
      </w:r>
      <w:r>
        <w:rPr>
          <w:vertAlign w:val="superscript"/>
        </w:rPr>
        <w:t>[1]</w:t>
      </w:r>
      <w:r>
        <w:t xml:space="preserve"> US CDC data as of 15 Oct showed 9,235 confirmed cases and 4,444 deaths. </w:t>
      </w:r>
      <w:r>
        <w:rPr>
          <w:vertAlign w:val="superscript"/>
        </w:rPr>
        <w:t>[2]</w:t>
      </w:r>
    </w:p>
    <w:p>
      <w:r>
        <w:rPr>
          <w:rFonts w:ascii="Consolas" w:hAnsi="Consolas"/>
          <w:b/>
          <w:color w:val="55604B"/>
        </w:rPr>
        <w:t>Assessment:</w:t>
      </w:r>
      <w:r>
        <w:t xml:space="preserve"> Spread to a border province with weak surveillance makes cases in the Central African Republic more likely, even as some hotspots decline.</w:t>
      </w:r>
    </w:p>
    <w:p>
      <w:r>
        <w:rPr>
          <w:b/>
        </w:rPr>
        <w:t>KENYA: Ebola cases rise from 2 to 8</w:t>
      </w:r>
    </w:p>
    <w:p>
      <w:r>
        <w:t xml:space="preserve">Kenya's health ministry reported four new cases on 17 Oct: three health workers who treated the first patient and one relative. On 18 Oct one of 38 people tested was positive, a hospital patient attendant, bringing the total to eight. The first patient was a traveller from the DRC who died in Nairobi on 5 Oct. All cases are the Bundibugyo strain, for which there is no licensed vaccine. </w:t>
      </w:r>
      <w:r>
        <w:rPr>
          <w:vertAlign w:val="superscript"/>
        </w:rPr>
        <w:t>[3]</w:t>
      </w:r>
    </w:p>
    <w:p>
      <w:r>
        <w:rPr>
          <w:rFonts w:ascii="Consolas" w:hAnsi="Consolas"/>
          <w:b/>
          <w:color w:val="55604B"/>
        </w:rPr>
        <w:t>Assessment:</w:t>
      </w:r>
      <w:r>
        <w:t xml:space="preserve"> A transmission cluster among Nairobi hospital staff is now likely, and further cases among health workers and contacts are likely.</w:t>
      </w:r>
    </w:p>
    <w:p>
      <w:r>
        <w:rPr>
          <w:b/>
        </w:rPr>
        <w:t>SUDAN: Army says it stopped RSF drone attacks in the east</w:t>
      </w:r>
    </w:p>
    <w:p>
      <w:r>
        <w:t xml:space="preserve">Military sources said air defences downed RSF suicide drones aimed at the Upper Atbara and Setit dam complex, the Khashm El-Girba dam and 2nd Infantry Division headquarters in Gedaref on 18 Oct. No casualties or damage were reported. It is the second such raid on eastern Sudan since 15 Sep. </w:t>
      </w:r>
      <w:r>
        <w:rPr>
          <w:vertAlign w:val="superscript"/>
        </w:rPr>
        <w:t>[4]</w:t>
      </w:r>
    </w:p>
    <w:p>
      <w:r>
        <w:rPr>
          <w:rFonts w:ascii="Consolas" w:hAnsi="Consolas"/>
          <w:b/>
          <w:color w:val="55604B"/>
        </w:rPr>
        <w:t>Assessment:</w:t>
      </w:r>
      <w:r>
        <w:t xml:space="preserve"> The RSF likely intends to keep army rear areas and infrastructure near the Eritrean and Ethiopian borders under threat.</w:t>
      </w:r>
    </w:p>
    <w:p>
      <w:r>
        <w:rPr>
          <w:b/>
        </w:rPr>
        <w:t>SUDAN: At least 10 displaced civilians killed in West Darfur</w:t>
      </w:r>
    </w:p>
    <w:p>
      <w:r>
        <w:t xml:space="preserve">An attack on 17 Oct near Bir Siliba, on the Chad border, killed displaced people who were harvesting crops, including children. Radio Tamazuj, citing the Darfur health minister, calls it a drone strike that killed 10 and wounded 5. </w:t>
      </w:r>
      <w:r>
        <w:rPr>
          <w:vertAlign w:val="superscript"/>
        </w:rPr>
        <w:t>[5]</w:t>
      </w:r>
      <w:r>
        <w:t xml:space="preserve"> Sudan Tribune quotes the same official as saying an RSF attack killed at least 11 and wounded dozens. </w:t>
      </w:r>
      <w:r>
        <w:rPr>
          <w:vertAlign w:val="superscript"/>
        </w:rPr>
        <w:t>[6]</w:t>
      </w:r>
      <w:r>
        <w:t xml:space="preserve"> The army-aligned Joint Force took Bir Siliba in early October.</w:t>
      </w:r>
    </w:p>
    <w:p>
      <w:r>
        <w:rPr>
          <w:rFonts w:ascii="Consolas" w:hAnsi="Consolas"/>
          <w:b/>
          <w:color w:val="55604B"/>
        </w:rPr>
        <w:t>Assessment:</w:t>
      </w:r>
      <w:r>
        <w:t xml:space="preserve"> Fighting for the Chad border corridor will likely keep driving refugees into Chad.</w:t>
      </w:r>
    </w:p>
    <w:p>
      <w:r>
        <w:rPr>
          <w:b/>
        </w:rPr>
        <w:t>SUDAN: Burhan widens outreach to Europe</w:t>
      </w:r>
    </w:p>
    <w:p>
      <w:r>
        <w:rPr>
          <w:i/>
        </w:rPr>
        <w:t>Pre-window onset:</w:t>
      </w:r>
      <w:r>
        <w:t xml:space="preserve"> Burhan's envoy Minni Minnawi delivered a written message for Chancellor Merz to German Minister of State Serap Güler in Berlin on 16 Oct. Güler called for an urgent ceasefire. </w:t>
      </w:r>
      <w:r>
        <w:rPr>
          <w:vertAlign w:val="superscript"/>
        </w:rPr>
        <w:t>[7]</w:t>
      </w:r>
      <w:r>
        <w:t xml:space="preserve"> On 18 Oct a French envoy visited the national dialogue preparatory committee in Khartoum and urged the international Quintet to back the process. </w:t>
      </w:r>
      <w:r>
        <w:rPr>
          <w:vertAlign w:val="superscript"/>
        </w:rPr>
        <w:t>[8]</w:t>
      </w:r>
    </w:p>
    <w:p>
      <w:r>
        <w:rPr>
          <w:rFonts w:ascii="Consolas" w:hAnsi="Consolas"/>
          <w:b/>
          <w:color w:val="55604B"/>
        </w:rPr>
        <w:t>Assessment:</w:t>
      </w:r>
      <w:r>
        <w:t xml:space="preserve"> Burhan is likely seeking European backing for an army-led political track alongside his outreach to Washington.</w:t>
      </w:r>
    </w:p>
    <w:p>
      <w:r>
        <w:rPr>
          <w:b/>
        </w:rPr>
        <w:t>SOMALIA: Laftagareen loyalists take four more districts around Baidoa</w:t>
      </w:r>
    </w:p>
    <w:p>
      <w:r>
        <w:t xml:space="preserve">Officials and witnesses said forces loyal to ousted South West State leader Laftagareen took Berdale, Dinsoor, Qansaxdheere and Awdiinle, the last about 30 km from Baidoa, mostly without fighting. In Berdale, local officials fled to an AU mission (AUSSOM) base, where Ethiopian troops did not intervene. The state information minister vowed to retake the districts. </w:t>
      </w:r>
      <w:r>
        <w:rPr>
          <w:vertAlign w:val="superscript"/>
        </w:rPr>
        <w:t>[9]</w:t>
      </w:r>
    </w:p>
    <w:p>
      <w:r>
        <w:rPr>
          <w:rFonts w:ascii="Consolas" w:hAnsi="Consolas"/>
          <w:b/>
          <w:color w:val="55604B"/>
        </w:rPr>
        <w:t>Assessment:</w:t>
      </w:r>
      <w:r>
        <w:t xml:space="preserve"> The loyalists are encircling Baidoa while AUSSOM stays out, which raises the likelihood of a fight for the state capital.</w:t>
      </w:r>
    </w:p>
    <w:p>
      <w:r>
        <w:rPr>
          <w:b/>
        </w:rPr>
        <w:t>NIGERIA: Eight soldiers killed by suspected ISWAP landmine near Gamboru</w:t>
      </w:r>
    </w:p>
    <w:p>
      <w:r>
        <w:t xml:space="preserve">A patrol vehicle hit a command-wire roadside bomb at Kinuba, about 25 km from Gamboru on the Cameroon border, on 17 Oct, killing all eight soldiers aboard. </w:t>
      </w:r>
      <w:r>
        <w:rPr>
          <w:vertAlign w:val="superscript"/>
        </w:rPr>
        <w:t>[10]</w:t>
      </w:r>
      <w:r>
        <w:t xml:space="preserve"> The army chief visited troops in Maiduguri the same day after the Mairari base attack, which Africanews says killed 15 soldiers. </w:t>
      </w:r>
      <w:r>
        <w:rPr>
          <w:vertAlign w:val="superscript"/>
        </w:rPr>
        <w:t>[11]</w:t>
      </w:r>
    </w:p>
    <w:p>
      <w:r>
        <w:rPr>
          <w:rFonts w:ascii="Consolas" w:hAnsi="Consolas"/>
          <w:b/>
          <w:color w:val="55604B"/>
        </w:rPr>
        <w:t>Assessment:</w:t>
      </w:r>
      <w:r>
        <w:t xml:space="preserve"> ISWAP is likely following its base raids with bombings on border roads to restrict army movement in northern Borno.</w:t>
      </w:r>
    </w:p>
    <w:p>
      <w:r>
        <w:rPr>
          <w:b/>
        </w:rPr>
        <w:t>DRC: Kinshasa accuses Kabila of planning a "general attack"</w:t>
      </w:r>
    </w:p>
    <w:p>
      <w:r>
        <w:t xml:space="preserve">Government spokesman Patrick Muyaya said former President Kabila "has decided to formalise his widespread attack against the Republic," responding to the launch of the M23-linked FRN front in Goma. FRN leader Freddy Kaniki said the front takes on the AFC's obligations under the Doha process. </w:t>
      </w:r>
      <w:r>
        <w:rPr>
          <w:vertAlign w:val="superscript"/>
        </w:rPr>
        <w:t>[12]</w:t>
      </w:r>
      <w:r>
        <w:t xml:space="preserve"> Al Jazeera reports growing public fear in Kinshasa, and opposition leader Kamerhe urged the FRN to give up armed struggle. </w:t>
      </w:r>
      <w:r>
        <w:rPr>
          <w:vertAlign w:val="superscript"/>
        </w:rPr>
        <w:t>[13]</w:t>
      </w:r>
      <w:r>
        <w:t xml:space="preserve"> No new fighting dated 17-18 Oct was found.</w:t>
      </w:r>
    </w:p>
    <w:p>
      <w:r>
        <w:rPr>
          <w:rFonts w:ascii="Consolas" w:hAnsi="Consolas"/>
          <w:b/>
          <w:color w:val="55604B"/>
        </w:rPr>
        <w:t>Assessment:</w:t>
      </w:r>
      <w:r>
        <w:t xml:space="preserve"> Kinshasa now treats the FRN as a national threat, which will likely make the Doha talks harder to keep alive.</w:t>
      </w:r>
    </w:p>
    <w:p>
      <w:r>
        <w:rPr>
          <w:b/>
        </w:rPr>
        <w:t>SOUTH SUDAN: Kiir ally alleges ex-VP Bol Mel plotted a coup</w:t>
      </w:r>
    </w:p>
    <w:p>
      <w:r>
        <w:rPr>
          <w:i/>
        </w:rPr>
        <w:t>Pre-window onset:</w:t>
      </w:r>
      <w:r>
        <w:t xml:space="preserve"> At a Juba ceremony on 16 Oct, Gen. Mawien Mathiang Gor said former Vice President Bol Mel plotted to overthrow Kiir. He gave no evidence. Three detainees held for about five months without trial were released, and nine others remain detained. Elections are set for December 2026. </w:t>
      </w:r>
      <w:r>
        <w:rPr>
          <w:vertAlign w:val="superscript"/>
        </w:rPr>
        <w:t>[14]</w:t>
      </w:r>
    </w:p>
    <w:p>
      <w:r>
        <w:rPr>
          <w:rFonts w:ascii="Consolas" w:hAnsi="Consolas"/>
          <w:b/>
          <w:color w:val="55604B"/>
        </w:rPr>
        <w:t>Assessment:</w:t>
      </w:r>
      <w:r>
        <w:t xml:space="preserve"> The claim is single-source and unsubstantiated, but it likely signals continued narrowing of Kiir's inner circle before the vote.</w:t>
      </w:r>
    </w:p>
    <w:p>
      <w:r>
        <w:rPr>
          <w:b/>
        </w:rPr>
        <w:t>SOMALIA: Piracy off Puntland (context)</w:t>
      </w:r>
    </w:p>
    <w:p>
      <w:r>
        <w:t xml:space="preserve">An Al Jazeera feature describes the piracy resurgence since late April 2026, based on clan networks. It notes the IMO confirmed on 2 Oct that three hijacked vessels had been freed and 44 seafarers released, with five crew killed during one rescue. </w:t>
      </w:r>
      <w:r>
        <w:rPr>
          <w:vertAlign w:val="superscript"/>
        </w:rPr>
        <w:t>[15]</w:t>
      </w:r>
    </w:p>
    <w:p>
      <w:r>
        <w:rPr>
          <w:rFonts w:ascii="Consolas" w:hAnsi="Consolas"/>
          <w:b/>
          <w:color w:val="55604B"/>
        </w:rPr>
        <w:t>Assessment:</w:t>
      </w:r>
      <w:r>
        <w:t xml:space="preserve"> Piracy groups will likely remain active off Puntland despite naval patrols.</w:t>
      </w:r>
    </w:p>
    <w:p>
      <w:r>
        <w:rPr>
          <w:i/>
        </w:rPr>
        <w:t>Collection gap: nothing dated in the window was found on the Ethiopia-Eritrea front at Zalambessa, the Sahel, Libya or Mozambique.</w:t>
      </w:r>
    </w:p>
    <w:p>
      <w:pPr>
        <w:pStyle w:val="Heading1"/>
      </w:pPr>
      <w:r>
        <w:rPr>
          <w:rFonts w:ascii="Consolas" w:hAnsi="Consolas"/>
          <w:color w:val="FFB000"/>
        </w:rPr>
        <w:t xml:space="preserve">// </w:t>
      </w:r>
      <w:r>
        <w:rPr>
          <w:color w:val="282828"/>
        </w:rPr>
        <w:t>CENTCOM</w:t>
      </w:r>
    </w:p>
    <w:p>
      <w:r>
        <w:rPr>
          <w:b/>
        </w:rPr>
        <w:t>US / IRAN: Trump says the US will "soon finish the job"; Araghchi warns "we have unfinished jobs too"</w:t>
      </w:r>
    </w:p>
    <w:p>
      <w:r>
        <w:t xml:space="preserve">On 18 Oct, in a Truth Social post endorsing Netanyahu for Israel's 27 Oct election, Trump said the US and its allies would "soon finish the job" unless Tehran changes course. Foreign Minister Araghchi replied on X: "Be our guest. But be careful; we have unfinished jobs too." He said Netanyahu is "driving America into another war to stay out of jail." </w:t>
      </w:r>
      <w:r>
        <w:rPr>
          <w:vertAlign w:val="superscript"/>
        </w:rPr>
        <w:t>[16]</w:t>
      </w:r>
      <w:r>
        <w:t xml:space="preserve"> At a Kentucky rally the same day, Trump said the war would end "very quickly." </w:t>
      </w:r>
      <w:r>
        <w:rPr>
          <w:vertAlign w:val="superscript"/>
        </w:rPr>
        <w:t>[17]</w:t>
      </w:r>
      <w:r>
        <w:t xml:space="preserve"> No US strike decision or action was reported in the window.</w:t>
      </w:r>
    </w:p>
    <w:p>
      <w:r>
        <w:rPr>
          <w:rFonts w:ascii="Consolas" w:hAnsi="Consolas"/>
          <w:b/>
          <w:color w:val="55604B"/>
        </w:rPr>
        <w:t>Assessment:</w:t>
      </w:r>
      <w:r>
        <w:t xml:space="preserve"> The rhetoric likely points to renewed US strikes after the 3 Nov midterms rather than immediate action, and Tehran is signalling that it would retaliate.</w:t>
      </w:r>
    </w:p>
    <w:p>
      <w:r>
        <w:rPr>
          <w:b/>
        </w:rPr>
        <w:t>IRAN / HORMUZ: IRGC says two more tankers hit mines and caught fire</w:t>
      </w:r>
    </w:p>
    <w:p>
      <w:r>
        <w:t xml:space="preserve">On 17 Oct the IRGC said two tankers, each carrying about 2 million barrels of crude, hit naval mines in the strait and caught fire after switching off their positioning systems and using an unauthorised route. The ships were not named, and the claim is unverified. IRGC Navy commander Ali Azmaei said any vessel that turns off its navigation systems will be treated as "hostile." Kpler data cited by Al Jazeera show transits fell from about 20.8 million barrels on 8 Oct to 2.9 million on 11 Oct. </w:t>
      </w:r>
      <w:r>
        <w:rPr>
          <w:vertAlign w:val="superscript"/>
        </w:rPr>
        <w:t>[18]</w:t>
      </w:r>
    </w:p>
    <w:p>
      <w:r>
        <w:rPr>
          <w:rFonts w:ascii="Consolas" w:hAnsi="Consolas"/>
          <w:b/>
          <w:color w:val="55604B"/>
        </w:rPr>
        <w:t>Assessment:</w:t>
      </w:r>
      <w:r>
        <w:t xml:space="preserve"> Iran is likely enforcing its transit-permission regime by force. Whether it is using mines or projectiles remains unclear, given CENTCOM's finding last week that a projectile sank the GFS PRIDE.</w:t>
      </w:r>
    </w:p>
    <w:p>
      <w:r>
        <w:rPr>
          <w:b/>
        </w:rPr>
        <w:t>UAE / SHIPPING: Tug hit by two projectiles off Khor Fakkan</w:t>
      </w:r>
    </w:p>
    <w:p>
      <w:r>
        <w:t xml:space="preserve">UKMTO reported that a southbound tug northeast of Khor Fakkan was struck by "two projectiles of unknown origin" on 18 Oct. One person had minor injuries and the tug continued its voyage. </w:t>
      </w:r>
      <w:r>
        <w:rPr>
          <w:vertAlign w:val="superscript"/>
        </w:rPr>
        <w:t>[19]</w:t>
      </w:r>
      <w:r>
        <w:t xml:space="preserve"> CBS, citing UKMTO, reported 10 attacks on shipping in the week to Friday, making October the busiest month since March. A tanker was hit by an unknown projectile off Saudi Arabia on 17 Oct, and a second ship was hit by an RPG from a small boat near Al Jubayl. </w:t>
      </w:r>
      <w:r>
        <w:rPr>
          <w:vertAlign w:val="superscript"/>
        </w:rPr>
        <w:t>[20]</w:t>
      </w:r>
    </w:p>
    <w:p>
      <w:r>
        <w:rPr>
          <w:rFonts w:ascii="Consolas" w:hAnsi="Consolas"/>
          <w:b/>
          <w:color w:val="55604B"/>
        </w:rPr>
        <w:t>Assessment:</w:t>
      </w:r>
      <w:r>
        <w:t xml:space="preserve"> Attacks now reach the UAE's Gulf of Oman coast and Saudi Gulf waters, which likely widens the threat area beyond the strait.</w:t>
      </w:r>
    </w:p>
    <w:p>
      <w:r>
        <w:rPr>
          <w:b/>
        </w:rPr>
        <w:t>IRAN: Araghchi says the seven-day plan to reopen Hormuz still stands</w:t>
      </w:r>
    </w:p>
    <w:p>
      <w:r>
        <w:t xml:space="preserve">Speaking at the OIC foreign ministers' meeting in Baghdad on 18 Oct, Araghchi said the strait would reopen on day six if Washington accepts Iran's mid-September proposal, with talks on day seven. The proposal's terms include ending the US naval blockade, lifting oil sanctions and a ceasefire on all fronts. He said Tehran is still reviewing US "comments" on the plan. </w:t>
      </w:r>
      <w:r>
        <w:rPr>
          <w:vertAlign w:val="superscript"/>
        </w:rPr>
        <w:t>[21]</w:t>
      </w:r>
      <w:r>
        <w:rPr>
          <w:vertAlign w:val="superscript"/>
        </w:rPr>
        <w:t>[20]</w:t>
      </w:r>
    </w:p>
    <w:p>
      <w:r>
        <w:rPr>
          <w:rFonts w:ascii="Consolas" w:hAnsi="Consolas"/>
          <w:b/>
          <w:color w:val="55604B"/>
        </w:rPr>
        <w:t>Assessment:</w:t>
      </w:r>
      <w:r>
        <w:t xml:space="preserve"> Positions have not moved, and an agreement before the US midterms is unlikely.</w:t>
      </w:r>
    </w:p>
    <w:p>
      <w:r>
        <w:rPr>
          <w:b/>
        </w:rPr>
        <w:t>IRAN: Missile programme figure confirmed as defence minister</w:t>
      </w:r>
    </w:p>
    <w:p>
      <w:r>
        <w:t xml:space="preserve">The Majlis confirmed Mehrdad Akhlaghi Ketabchi as defence minister on 18 Oct by 237 votes to 15. He replaces Brig. Gen. Nasirzadeh, who was killed in a US-Israeli strike in February. Ketabchi previously led Iran's aerospace and defence industries organisations and is under US and UN sanctions for missile work. He warned the US of "enormous damage" and said Iran has "taken the necessary measures" against a MOAB strike. </w:t>
      </w:r>
      <w:r>
        <w:rPr>
          <w:vertAlign w:val="superscript"/>
        </w:rPr>
        <w:t>[22]</w:t>
      </w:r>
    </w:p>
    <w:p>
      <w:r>
        <w:rPr>
          <w:rFonts w:ascii="Consolas" w:hAnsi="Consolas"/>
          <w:b/>
          <w:color w:val="55604B"/>
        </w:rPr>
        <w:t>Assessment:</w:t>
      </w:r>
      <w:r>
        <w:t xml:space="preserve"> The appointment likely signals priority on rebuilding and dispersing Iran's missile capability.</w:t>
      </w:r>
    </w:p>
    <w:p>
      <w:r>
        <w:rPr>
          <w:b/>
        </w:rPr>
        <w:t>GCC / RUSSIA: Lavrov meets Gulf ministers, then travels to Tehran</w:t>
      </w:r>
    </w:p>
    <w:p>
      <w:r>
        <w:t xml:space="preserve">Lavrov met GCC foreign ministers in Manama on 18 Oct. The GCC secretary-general said member states have faced more than 7,000 Iranian ballistic missile and drone attacks since 28 Feb, and asked Moscow to press Tehran to stop. Lavrov offered an updated Russian Gulf collective-security plan and travelled to Tehran on 19 Oct for talks with Araghchi. </w:t>
      </w:r>
      <w:r>
        <w:rPr>
          <w:vertAlign w:val="superscript"/>
        </w:rPr>
        <w:t>[23]</w:t>
      </w:r>
    </w:p>
    <w:p>
      <w:r>
        <w:rPr>
          <w:rFonts w:ascii="Consolas" w:hAnsi="Consolas"/>
          <w:b/>
          <w:color w:val="55604B"/>
        </w:rPr>
        <w:t>Assessment:</w:t>
      </w:r>
      <w:r>
        <w:t xml:space="preserve"> Moscow is positioning itself as a mediator, but there is no sign it can restrain Iranian attacks on Gulf states.</w:t>
      </w:r>
    </w:p>
    <w:p>
      <w:r>
        <w:rPr>
          <w:b/>
        </w:rPr>
        <w:t>SAUDI ARABIA / YEMEN: Six hurt in Najran as cross-border fire continues</w:t>
      </w:r>
    </w:p>
    <w:p>
      <w:r>
        <w:t xml:space="preserve">Saudi Civil Defence said a Houthi projectile injured six people and damaged homes and vehicles in Najran on 18 Oct. </w:t>
      </w:r>
      <w:r>
        <w:rPr>
          <w:vertAlign w:val="superscript"/>
        </w:rPr>
        <w:t>[24]</w:t>
      </w:r>
      <w:r>
        <w:t xml:space="preserve"> On 17 Oct the coalition said it intercepted two ballistic missiles aimed at Khamis Mushait and drones over Riyadh and the Eastern Province. An AH-6i helicopter crashed in Najran, killing its two crew. Saudi officials blamed a technical malfunction, while the Houthis claimed a shoot-down. Houthi media said Saudi strikes killed 12 people on 17 Oct and 9 on 18 Oct in northern Yemen. Egypt's President Sisi said Egypt would defend Saudi Arabia "if requested." </w:t>
      </w:r>
      <w:r>
        <w:rPr>
          <w:vertAlign w:val="superscript"/>
        </w:rPr>
        <w:t>[20]</w:t>
      </w:r>
    </w:p>
    <w:p>
      <w:r>
        <w:rPr>
          <w:rFonts w:ascii="Consolas" w:hAnsi="Consolas"/>
          <w:b/>
          <w:color w:val="55604B"/>
        </w:rPr>
        <w:t>Assessment:</w:t>
      </w:r>
      <w:r>
        <w:t xml:space="preserve"> Najran and Asir will likely remain the most exposed areas as the Saudi-Houthi exchange settles into daily cross-border fire.</w:t>
      </w:r>
    </w:p>
    <w:p>
      <w:r>
        <w:rPr>
          <w:b/>
        </w:rPr>
        <w:t>SAUDI ARABIA: Riyadh airport reopens; many foreign airlines stay away</w:t>
      </w:r>
    </w:p>
    <w:p>
      <w:r>
        <w:t xml:space="preserve">King Khalid International Airport reopened on 18 Oct. Lufthansa has suspended flights to 18 Nov, Cathay Pacific to 31 Jan 2027, and Air France, Air India and IndiGo to 24 Oct. Qatar Airways and Air Arabia have given no resumption date, and Delta pushed back its Atlanta-Riyadh launch to March 2027. The Kingdom Centre tower told tenants to work remotely "until further notice." </w:t>
      </w:r>
      <w:r>
        <w:rPr>
          <w:vertAlign w:val="superscript"/>
        </w:rPr>
        <w:t>[25]</w:t>
      </w:r>
    </w:p>
    <w:p>
      <w:r>
        <w:rPr>
          <w:rFonts w:ascii="Consolas" w:hAnsi="Consolas"/>
          <w:b/>
          <w:color w:val="55604B"/>
        </w:rPr>
        <w:t>Assessment:</w:t>
      </w:r>
      <w:r>
        <w:t xml:space="preserve"> Air access to Riyadh will likely stay badly degraded for weeks despite the reopening.</w:t>
      </w:r>
    </w:p>
    <w:p>
      <w:r>
        <w:rPr>
          <w:b/>
        </w:rPr>
        <w:t>REGIONAL / US: US missions issue security alerts across the region</w:t>
      </w:r>
    </w:p>
    <w:p>
      <w:r>
        <w:t xml:space="preserve">US missions in Saudi Arabia, Kuwait, Jordan and elsewhere issued alerts on 18 Oct. They say Iranian-supported Houthis have hit Saudi civilian airports and infrastructure, that hostilities "could escalate quickly," and that Iran and its proxies may target US interests worldwide. Americans are told to keep a low profile and to plan for airspace closures at Riyadh, Jeddah and Dhahran. </w:t>
      </w:r>
      <w:r>
        <w:rPr>
          <w:vertAlign w:val="superscript"/>
        </w:rPr>
        <w:t>[26]</w:t>
      </w:r>
    </w:p>
    <w:p>
      <w:r>
        <w:rPr>
          <w:rFonts w:ascii="Consolas" w:hAnsi="Consolas"/>
          <w:b/>
          <w:color w:val="55604B"/>
        </w:rPr>
        <w:t>Assessment:</w:t>
      </w:r>
      <w:r>
        <w:t xml:space="preserve"> The region-wide alert likely reflects a higher assessed risk of proxy attacks on US persons.</w:t>
      </w:r>
    </w:p>
    <w:p>
      <w:r>
        <w:rPr>
          <w:b/>
        </w:rPr>
        <w:t>WEST BANK: Settlers attack European diplomats in Taybeh</w:t>
      </w:r>
    </w:p>
    <w:p>
      <w:r>
        <w:t xml:space="preserve">On 17 Oct masked settlers attacked a delegation in Taybeh with metal bars. It included Belgium's consul general, French and Polish diplomats and Catholic representatives, and a French mayor was beaten. Belgium pledged to push for more EU sanctions, and Israel's foreign minister condemned the violence. </w:t>
      </w:r>
      <w:r>
        <w:rPr>
          <w:vertAlign w:val="superscript"/>
        </w:rPr>
        <w:t>[27]</w:t>
      </w:r>
      <w:r>
        <w:t xml:space="preserve"> Police later arrested 10 suspects over weekend attacks on a journalist and the diplomats. On 19 Oct Defence Minister Katz said settler violence is a matter for the police, not the IDF. </w:t>
      </w:r>
      <w:r>
        <w:rPr>
          <w:vertAlign w:val="superscript"/>
        </w:rPr>
        <w:t>[28]</w:t>
      </w:r>
    </w:p>
    <w:p>
      <w:r>
        <w:rPr>
          <w:rFonts w:ascii="Consolas" w:hAnsi="Consolas"/>
          <w:b/>
          <w:color w:val="55604B"/>
        </w:rPr>
        <w:t>Assessment:</w:t>
      </w:r>
      <w:r>
        <w:t xml:space="preserve"> The attack likely raises the chance of new EU sanctions on settlers and becomes an issue in Israel's election campaign.</w:t>
      </w:r>
    </w:p>
    <w:p>
      <w:r>
        <w:rPr>
          <w:b/>
        </w:rPr>
        <w:t>GAZA: IDF says strikes killed three Hamas operatives; four Palestinians reported killed Sunday</w:t>
      </w:r>
    </w:p>
    <w:p>
      <w:r>
        <w:t xml:space="preserve">The IDF said weekend strikes in Gaza City and Jabalia killed three Hamas operatives, including a cell commander, citing ceasefire violations. </w:t>
      </w:r>
      <w:r>
        <w:rPr>
          <w:vertAlign w:val="superscript"/>
        </w:rPr>
        <w:t>[29]</w:t>
      </w:r>
      <w:r>
        <w:t xml:space="preserve"> Medical sources quoted by Xinhua said four Palestinians, including a child, were killed on 18 Oct, and put the toll since the October 2025 ceasefire at 1,517. </w:t>
      </w:r>
      <w:r>
        <w:rPr>
          <w:vertAlign w:val="superscript"/>
        </w:rPr>
        <w:t>[30]</w:t>
      </w:r>
    </w:p>
    <w:p>
      <w:r>
        <w:rPr>
          <w:rFonts w:ascii="Consolas" w:hAnsi="Consolas"/>
          <w:b/>
          <w:color w:val="55604B"/>
        </w:rPr>
        <w:t>Assessment:</w:t>
      </w:r>
      <w:r>
        <w:t xml:space="preserve"> The ceasefire is fraying steadily but is likely to hold in name.</w:t>
      </w:r>
    </w:p>
    <w:p>
      <w:r>
        <w:rPr>
          <w:b/>
        </w:rPr>
        <w:t>LEBANON: Hezbollah housing payments challenge the government</w:t>
      </w:r>
    </w:p>
    <w:p>
      <w:r>
        <w:t xml:space="preserve">Hezbollah is paying families who lost homes $14,000 in Beirut and $12,000 elsewhere. Al Jazeera cites Reuters reporting that Iran provided $200 million, which a State Department official disputed. Analysts say the payments complicate the government's push to curb Hezbollah after recent explosives seizures. </w:t>
      </w:r>
      <w:r>
        <w:rPr>
          <w:vertAlign w:val="superscript"/>
        </w:rPr>
        <w:t>[31]</w:t>
      </w:r>
    </w:p>
    <w:p>
      <w:r>
        <w:rPr>
          <w:rFonts w:ascii="Consolas" w:hAnsi="Consolas"/>
          <w:b/>
          <w:color w:val="55604B"/>
        </w:rPr>
        <w:t>Assessment:</w:t>
      </w:r>
      <w:r>
        <w:t xml:space="preserve"> Hezbollah is likely rebuilding support among its base, which weakens the Aoun government's leverage on disarmament.</w:t>
      </w:r>
    </w:p>
    <w:p>
      <w:r>
        <w:rPr>
          <w:b/>
        </w:rPr>
        <w:t>PAKISTAN / AFGHANISTAN / IRAN: Border clash in Kurram; trade halted at two Iran crossings</w:t>
      </w:r>
    </w:p>
    <w:p>
      <w:r>
        <w:t xml:space="preserve">Pakistani security sources said troops killed "several" Afghan Taliban personnel and destroyed two posts in Upper Kurram on 17 Oct. The claim is unverified, and the Taliban had not commented. </w:t>
      </w:r>
      <w:r>
        <w:rPr>
          <w:vertAlign w:val="superscript"/>
        </w:rPr>
        <w:t>[32]</w:t>
      </w:r>
      <w:r>
        <w:t xml:space="preserve"> Pakistan also suspended trade at the Taftan and Gabd-Rimdan crossings with Iran, citing security and smuggling, stranding hundreds of trucks and cutting more than 4,000 tonnes a day of LPG. </w:t>
      </w:r>
      <w:r>
        <w:rPr>
          <w:vertAlign w:val="superscript"/>
        </w:rPr>
        <w:t>[33]</w:t>
      </w:r>
    </w:p>
    <w:p>
      <w:r>
        <w:rPr>
          <w:rFonts w:ascii="Consolas" w:hAnsi="Consolas"/>
          <w:b/>
          <w:color w:val="55604B"/>
        </w:rPr>
        <w:t>Assessment:</w:t>
      </w:r>
      <w:r>
        <w:t xml:space="preserve"> Pressure on both western borders will likely tighten fuel supplies in Balochistan.</w:t>
      </w:r>
    </w:p>
    <w:p>
      <w:r>
        <w:rPr>
          <w:b/>
        </w:rPr>
        <w:t>IRAQ / QATAR: Regional security proposals at OIC and in Doha</w:t>
      </w:r>
    </w:p>
    <w:p>
      <w:r>
        <w:t xml:space="preserve">At the OIC meeting in Baghdad on 18 Oct, Iraq's foreign minister said "we cannot buy security from abroad" and promoted a "6+2" framework of the GCC plus Iraq and Iran. </w:t>
      </w:r>
      <w:r>
        <w:rPr>
          <w:vertAlign w:val="superscript"/>
        </w:rPr>
        <w:t>[34]</w:t>
      </w:r>
      <w:r>
        <w:t xml:space="preserve"> On 19 Oct Qatar's defence minister of state said Qatar will soon announce a local defence-production centre with a regional partner and the US, UK and France. </w:t>
      </w:r>
      <w:r>
        <w:rPr>
          <w:vertAlign w:val="superscript"/>
        </w:rPr>
        <w:t>[35]</w:t>
      </w:r>
    </w:p>
    <w:p>
      <w:r>
        <w:rPr>
          <w:rFonts w:ascii="Consolas" w:hAnsi="Consolas"/>
          <w:b/>
          <w:color w:val="55604B"/>
        </w:rPr>
        <w:t>Assessment:</w:t>
      </w:r>
      <w:r>
        <w:t xml:space="preserve"> Gulf and Iraqi capitals are likely hedging toward regional security arrangements as the war continues.</w:t>
      </w:r>
    </w:p>
    <w:p>
      <w:r>
        <w:rPr>
          <w:b/>
        </w:rPr>
        <w:t>SYRIA: ISIS plot foiled near Damascus; soldier killed clearing mines</w:t>
      </w:r>
    </w:p>
    <w:p>
      <w:r>
        <w:t xml:space="preserve">Citing the state agency SANA, Arab News reported that security forces arrested two suspected ISIS members and seized a bomb meant for a police patrol near Damascus. An army engineer was killed clearing old ordnance in the Tanf area. </w:t>
      </w:r>
      <w:r>
        <w:rPr>
          <w:vertAlign w:val="superscript"/>
        </w:rPr>
        <w:t>[36]</w:t>
      </w:r>
    </w:p>
    <w:p>
      <w:r>
        <w:rPr>
          <w:rFonts w:ascii="Consolas" w:hAnsi="Consolas"/>
          <w:b/>
          <w:color w:val="55604B"/>
        </w:rPr>
        <w:t>Assessment:</w:t>
      </w:r>
      <w:r>
        <w:t xml:space="preserve"> The ISIS cell threat to Syrian security forces likely persists at a low level.</w:t>
      </w:r>
    </w:p>
    <w:p>
      <w:r>
        <w:rPr>
          <w:i/>
        </w:rPr>
        <w:t>Collection gap: no CENTCOM, UKMTO or JMIC primary release from the window was opened. The tanker mine claims, the origin of the Khor Fakkan projectiles and the cause of the Najran helicopter crash are unconfirmed. Reuters and AP coverage of Iraqi militias and Afghanistan was not found.</w:t>
      </w:r>
    </w:p>
    <w:p>
      <w:pPr>
        <w:pStyle w:val="Heading1"/>
      </w:pPr>
      <w:r>
        <w:rPr>
          <w:rFonts w:ascii="Consolas" w:hAnsi="Consolas"/>
          <w:color w:val="FFB000"/>
        </w:rPr>
        <w:t xml:space="preserve">// </w:t>
      </w:r>
      <w:r>
        <w:rPr>
          <w:color w:val="282828"/>
        </w:rPr>
        <w:t>EUCOM</w:t>
      </w:r>
    </w:p>
    <w:p>
      <w:r>
        <w:rPr>
          <w:b/>
        </w:rPr>
        <w:t>RUSSIA: Ukraine launches more than 1,000 drones; St Petersburg oil terminal hit</w:t>
      </w:r>
    </w:p>
    <w:p>
      <w:r>
        <w:t xml:space="preserve">Russia's defence ministry said it downed 1,015 Ukrainian drones overnight 17-18 Oct over 15 regions, Crimea and the Black Sea, including 145 over Leningrad region. Hits were reported on the St Petersburg Oil Terminal, a fuel depot, warehouses, an Ozon logistics hub and a VK data centre. The governor reported one killed and five injured, and about 20,000 people lost power. Pulkovo airport was restricted. </w:t>
      </w:r>
      <w:r>
        <w:rPr>
          <w:vertAlign w:val="superscript"/>
        </w:rPr>
        <w:t>[37]</w:t>
      </w:r>
      <w:r>
        <w:t xml:space="preserve"> Russian state media called it the largest attack on the city since 2022. </w:t>
      </w:r>
      <w:r>
        <w:rPr>
          <w:vertAlign w:val="superscript"/>
        </w:rPr>
        <w:t>[38]</w:t>
      </w:r>
    </w:p>
    <w:p>
      <w:r>
        <w:rPr>
          <w:rFonts w:ascii="Consolas" w:hAnsi="Consolas"/>
          <w:b/>
          <w:color w:val="55604B"/>
        </w:rPr>
        <w:t>Assessment:</w:t>
      </w:r>
      <w:r>
        <w:t xml:space="preserve"> The strike shows Ukraine can mass deep attacks on Russia's Baltic export hub and is likely to deepen friction with Washington over strikes on energy targets.</w:t>
      </w:r>
    </w:p>
    <w:p>
      <w:r>
        <w:rPr>
          <w:b/>
        </w:rPr>
        <w:t>UKRAINE: Russian strikes kill at least 10; ballistic missiles hit Kyiv</w:t>
      </w:r>
    </w:p>
    <w:p>
      <w:r>
        <w:t xml:space="preserve">In the day to 18 Oct Russia launched one Iskander-M and 180 drones, of which 152 were intercepted. Ten people were killed and 73 injured, seven of the dead in Donetsk region, and energy and industrial sites in Volyn, Rivne and Ternopil were hit. </w:t>
      </w:r>
      <w:r>
        <w:rPr>
          <w:vertAlign w:val="superscript"/>
        </w:rPr>
        <w:t>[39]</w:t>
      </w:r>
      <w:r>
        <w:t xml:space="preserve"> On the night of 18 Oct ballistic missiles struck Kyiv with about three minutes' warning, hitting a medical centre in Desnianskyi district. The Kyiv Independent later reported three waves, at least one killed and eight injured. </w:t>
      </w:r>
      <w:r>
        <w:rPr>
          <w:vertAlign w:val="superscript"/>
        </w:rPr>
        <w:t>[40]</w:t>
      </w:r>
    </w:p>
    <w:p>
      <w:r>
        <w:rPr>
          <w:rFonts w:ascii="Consolas" w:hAnsi="Consolas"/>
          <w:b/>
          <w:color w:val="55604B"/>
        </w:rPr>
        <w:t>Assessment:</w:t>
      </w:r>
      <w:r>
        <w:t xml:space="preserve"> Russia's winter campaign against Ukraine's energy system will likely continue through the week.</w:t>
      </w:r>
    </w:p>
    <w:p>
      <w:r>
        <w:rPr>
          <w:b/>
        </w:rPr>
        <w:t>US / RUSSIA: Trump waives Graham Act sanctions; Rubio calls it a "60-day pause"</w:t>
      </w:r>
    </w:p>
    <w:p>
      <w:r>
        <w:rPr>
          <w:i/>
        </w:rPr>
        <w:t>Pre-window onset:</w:t>
      </w:r>
      <w:r>
        <w:t xml:space="preserve"> Trump largely waived the measures of the Sanctioning Russia Act on 16 Oct (US time), including 500% duties on Russian goods and 100% duties on the top buyers of Russian oil and gas. Kremlin negotiator Dmitriev called it "truly historic." </w:t>
      </w:r>
      <w:r>
        <w:rPr>
          <w:vertAlign w:val="superscript"/>
        </w:rPr>
        <w:t>[41]</w:t>
      </w:r>
      <w:r>
        <w:t xml:space="preserve"> Rubio said Trump wants 60 days to assess the effects. He called reports of a White House Starlink throttle "categorically false" and said, "I'm not sure Zelenskyy knows what he's talking about." </w:t>
      </w:r>
      <w:r>
        <w:rPr>
          <w:vertAlign w:val="superscript"/>
        </w:rPr>
        <w:t>[42]</w:t>
      </w:r>
      <w:r>
        <w:t xml:space="preserve"> This disputes the Reuters account in Friday's edition.</w:t>
      </w:r>
    </w:p>
    <w:p>
      <w:r>
        <w:rPr>
          <w:rFonts w:ascii="Consolas" w:hAnsi="Consolas"/>
          <w:b/>
          <w:color w:val="55604B"/>
        </w:rPr>
        <w:t>Assessment:</w:t>
      </w:r>
      <w:r>
        <w:t xml:space="preserve"> Washington has set aside its main economic lever on Moscow with no visible concession in return, which likely weakens Kyiv's position in talks.</w:t>
      </w:r>
    </w:p>
    <w:p>
      <w:r>
        <w:rPr>
          <w:b/>
        </w:rPr>
        <w:t>US / UKRAINE: Trump attacks Zelensky; US intelligence sharing resumes</w:t>
      </w:r>
    </w:p>
    <w:p>
      <w:r>
        <w:t xml:space="preserve">On 18 Oct Trump defended the waiver on Truth Social, accused Zelensky of targeting Russian diesel refineries, and wrote "I WANT THIS WAR END!" and "He could have made a better deal two years ago." </w:t>
      </w:r>
      <w:r>
        <w:rPr>
          <w:vertAlign w:val="superscript"/>
        </w:rPr>
        <w:t>[43]</w:t>
      </w:r>
      <w:r>
        <w:t xml:space="preserve"> Zelensky thanked the US for resuming intelligence on missile launches after a three-day pause, held calls with Witkoff and Kushner, and said the war "must be brought to an end." </w:t>
      </w:r>
      <w:r>
        <w:rPr>
          <w:vertAlign w:val="superscript"/>
        </w:rPr>
        <w:t>[44]</w:t>
      </w:r>
    </w:p>
    <w:p>
      <w:r>
        <w:rPr>
          <w:rFonts w:ascii="Consolas" w:hAnsi="Consolas"/>
          <w:b/>
          <w:color w:val="55604B"/>
        </w:rPr>
        <w:t>Assessment:</w:t>
      </w:r>
      <w:r>
        <w:t xml:space="preserve"> US pressure on Kyiv to halt strikes on Russian energy is rising sharply, with intelligence access likely being used as leverage.</w:t>
      </w:r>
    </w:p>
    <w:p>
      <w:r>
        <w:rPr>
          <w:b/>
        </w:rPr>
        <w:t>UKRAINE / US: Zelensky says only 12 Patriot interceptors a month are being released</w:t>
      </w:r>
    </w:p>
    <w:p>
      <w:r>
        <w:t xml:space="preserve">In a Bloomberg interview relayed by the Kyiv Independent, Zelensky said the US is releasing only about 12 Patriot interceptors a month from purchases already paid for under NATO's PURL scheme. He said the delay is "not a technical issue" and that the US demanded a full halt to diesel-infrastructure strikes in exchange for more. The US has not confirmed the figures. </w:t>
      </w:r>
      <w:r>
        <w:rPr>
          <w:vertAlign w:val="superscript"/>
        </w:rPr>
        <w:t>[45]</w:t>
      </w:r>
    </w:p>
    <w:p>
      <w:r>
        <w:rPr>
          <w:rFonts w:ascii="Consolas" w:hAnsi="Consolas"/>
          <w:b/>
          <w:color w:val="55604B"/>
        </w:rPr>
        <w:t>Assessment:</w:t>
      </w:r>
      <w:r>
        <w:t xml:space="preserve"> If accurate, interceptor deliveries are likely tied to Kyiv's restraint on Russian energy targets, which widens Ukraine's air defence gap.</w:t>
      </w:r>
    </w:p>
    <w:p>
      <w:r>
        <w:rPr>
          <w:b/>
        </w:rPr>
        <w:t>LITHUANIA: Drone explodes in Lithuanian airspace; Starlink arson foiled</w:t>
      </w:r>
    </w:p>
    <w:p>
      <w:r>
        <w:t xml:space="preserve">A likely drone exploded near Juodzionys in northern Lithuania on 18 Oct, damaging a car and sending residents to shelters. NATO jets scrambled but did not engage. The defence minister said it came from Poland, which Polish radar did not confirm, and Ukraine's foreign ministry suggested Russian jamming diverted a Ukrainian drone. </w:t>
      </w:r>
      <w:r>
        <w:rPr>
          <w:vertAlign w:val="superscript"/>
        </w:rPr>
        <w:t>[46]</w:t>
      </w:r>
      <w:r>
        <w:t xml:space="preserve"> Police also foiled an arson attempt on a company storing Starlink equipment, which the prime minister blamed on Russian hybrid warfare. </w:t>
      </w:r>
      <w:r>
        <w:rPr>
          <w:vertAlign w:val="superscript"/>
        </w:rPr>
        <w:t>[47]</w:t>
      </w:r>
    </w:p>
    <w:p>
      <w:r>
        <w:rPr>
          <w:rFonts w:ascii="Consolas" w:hAnsi="Consolas"/>
          <w:b/>
          <w:color w:val="55604B"/>
        </w:rPr>
        <w:t>Assessment:</w:t>
      </w:r>
      <w:r>
        <w:t xml:space="preserve"> Ukraine's strike corridor toward St Petersburg likely brings more spillover into the Baltic states.</w:t>
      </w:r>
    </w:p>
    <w:p>
      <w:r>
        <w:rPr>
          <w:b/>
        </w:rPr>
        <w:t>ROMANIA: F-16s shoot down two jet-powered drones over Romanian waters</w:t>
      </w:r>
    </w:p>
    <w:p>
      <w:r>
        <w:t xml:space="preserve">Two Romanian F-16s downed two jet-powered Geran-family drones between 1501Z and 1505Z on 17 Oct, after the drones spent about five minutes in Romanian airspace. The defence ministry did not attribute them. </w:t>
      </w:r>
      <w:r>
        <w:rPr>
          <w:vertAlign w:val="superscript"/>
        </w:rPr>
        <w:t>[48]</w:t>
      </w:r>
    </w:p>
    <w:p>
      <w:r>
        <w:rPr>
          <w:rFonts w:ascii="Consolas" w:hAnsi="Consolas"/>
          <w:b/>
          <w:color w:val="55604B"/>
        </w:rPr>
        <w:t>Assessment:</w:t>
      </w:r>
      <w:r>
        <w:t xml:space="preserve"> Kinetic intercepts likely mark a firmer NATO posture on Black Sea incursions, ahead of NATO's discussion of the shipping attacks.</w:t>
      </w:r>
    </w:p>
    <w:p>
      <w:r>
        <w:rPr>
          <w:b/>
        </w:rPr>
        <w:t>BELARUS / UKRAINE: Zelensky warns of wider missile threat from Belarus</w:t>
      </w:r>
    </w:p>
    <w:p>
      <w:r>
        <w:t xml:space="preserve">Zelensky said Russia uses signal-relay equipment in Belarus to guide drones toward western Ukraine and may base more ballistic missiles there. Ukraine says units equipped with the Oreshnik missile deployed in September. These are Ukrainian government claims. </w:t>
      </w:r>
      <w:r>
        <w:rPr>
          <w:vertAlign w:val="superscript"/>
        </w:rPr>
        <w:t>[49]</w:t>
      </w:r>
    </w:p>
    <w:p>
      <w:r>
        <w:rPr>
          <w:rFonts w:ascii="Consolas" w:hAnsi="Consolas"/>
          <w:b/>
          <w:color w:val="55604B"/>
        </w:rPr>
        <w:t>Assessment:</w:t>
      </w:r>
      <w:r>
        <w:t xml:space="preserve"> Belarus's growing support role likely raises the threat to western Ukraine and the border with NATO.</w:t>
      </w:r>
    </w:p>
    <w:p>
      <w:r>
        <w:rPr>
          <w:b/>
        </w:rPr>
        <w:t>UKRAINE: Zelensky claims net territorial gains this fall</w:t>
      </w:r>
    </w:p>
    <w:p>
      <w:r>
        <w:t xml:space="preserve">Zelensky said on 18 Oct that Ukraine has retaken more ground than Russia captured this fall. A Ukrainian corps reported 277 sq km and 16 settlements regained overall. </w:t>
      </w:r>
      <w:r>
        <w:rPr>
          <w:vertAlign w:val="superscript"/>
        </w:rPr>
        <w:t>[50]</w:t>
      </w:r>
    </w:p>
    <w:p>
      <w:r>
        <w:rPr>
          <w:rFonts w:ascii="Consolas" w:hAnsi="Consolas"/>
          <w:b/>
          <w:color w:val="55604B"/>
        </w:rPr>
        <w:t>Assessment:</w:t>
      </w:r>
      <w:r>
        <w:t xml:space="preserve"> The claims cannot be verified, but if accurate they strengthen Kyiv's case against territorial concessions.</w:t>
      </w:r>
    </w:p>
    <w:p>
      <w:r>
        <w:rPr>
          <w:b/>
        </w:rPr>
        <w:t>UKRAINE: Military says Russian troops executed two POWs near Huliaipole</w:t>
      </w:r>
    </w:p>
    <w:p>
      <w:r>
        <w:t xml:space="preserve">A Southern Forces spokesman said on 17 Oct that intercepted radio traffic shows two unarmed prisoners were killed, and attributed it to Russia's 38th Motorized Rifle Brigade. </w:t>
      </w:r>
      <w:r>
        <w:rPr>
          <w:vertAlign w:val="superscript"/>
        </w:rPr>
        <w:t>[51]</w:t>
      </w:r>
    </w:p>
    <w:p>
      <w:r>
        <w:rPr>
          <w:rFonts w:ascii="Consolas" w:hAnsi="Consolas"/>
          <w:b/>
          <w:color w:val="55604B"/>
        </w:rPr>
        <w:t>Assessment:</w:t>
      </w:r>
      <w:r>
        <w:t xml:space="preserve"> The allegation adds to a pattern that will likely feed war-crimes cases.</w:t>
      </w:r>
    </w:p>
    <w:p>
      <w:r>
        <w:rPr>
          <w:b/>
        </w:rPr>
        <w:t>HUNGARY: Magyar agrees to Ukrainian grain transit</w:t>
      </w:r>
    </w:p>
    <w:p>
      <w:r>
        <w:t xml:space="preserve">PM Péter Magyar said grain crossing Hungary faces "no obstacle," responding to Zelensky's request as Russian attacks disrupt Black Sea exports. </w:t>
      </w:r>
      <w:r>
        <w:rPr>
          <w:vertAlign w:val="superscript"/>
        </w:rPr>
        <w:t>[52]</w:t>
      </w:r>
    </w:p>
    <w:p>
      <w:r>
        <w:rPr>
          <w:rFonts w:ascii="Consolas" w:hAnsi="Consolas"/>
          <w:b/>
          <w:color w:val="55604B"/>
        </w:rPr>
        <w:t>Assessment:</w:t>
      </w:r>
      <w:r>
        <w:t xml:space="preserve"> The post-Orbán thaw likely gives Kyiv a useful overland export route.</w:t>
      </w:r>
    </w:p>
    <w:p>
      <w:r>
        <w:rPr>
          <w:b/>
        </w:rPr>
        <w:t>FRANCE: Nationwide cost-of-living protests turn violent</w:t>
      </w:r>
    </w:p>
    <w:p>
      <w:r>
        <w:t xml:space="preserve">More than 500,000 people protested across France on 17 Oct. The prime minister reported 1,200 arrests and 150 police injured. </w:t>
      </w:r>
      <w:r>
        <w:rPr>
          <w:vertAlign w:val="superscript"/>
        </w:rPr>
        <w:t>[53]</w:t>
      </w:r>
      <w:r>
        <w:t xml:space="preserve"> Single wire-based source; not yet corroborated by Reuters or AFP directly.</w:t>
      </w:r>
    </w:p>
    <w:p>
      <w:r>
        <w:rPr>
          <w:rFonts w:ascii="Consolas" w:hAnsi="Consolas"/>
          <w:b/>
          <w:color w:val="55604B"/>
        </w:rPr>
        <w:t>Assessment:</w:t>
      </w:r>
      <w:r>
        <w:t xml:space="preserve"> Unrest on this scale may limit the attention and money Paris can give to Ukraine and European defence.</w:t>
      </w:r>
    </w:p>
    <w:p>
      <w:r>
        <w:rPr>
          <w:i/>
        </w:rPr>
        <w:t>Collection gap: no Kremlin reaction to the St Petersburg strike was verified. Nothing dated in the window was found on Moldova, the Caucasus, Turkey or the Western Balkans. CNN, CNBC and Bloomberg originals did not load.</w:t>
      </w:r>
    </w:p>
    <w:p>
      <w:pPr>
        <w:pStyle w:val="Heading1"/>
      </w:pPr>
      <w:r>
        <w:rPr>
          <w:rFonts w:ascii="Consolas" w:hAnsi="Consolas"/>
          <w:color w:val="FFB000"/>
        </w:rPr>
        <w:t xml:space="preserve">// </w:t>
      </w:r>
      <w:r>
        <w:rPr>
          <w:color w:val="282828"/>
        </w:rPr>
        <w:t>INDOPACOM</w:t>
      </w:r>
    </w:p>
    <w:p>
      <w:r>
        <w:rPr>
          <w:b/>
        </w:rPr>
        <w:t>JAPAN / US: Keen Sword begins as the largest iteration yet</w:t>
      </w:r>
    </w:p>
    <w:p>
      <w:r>
        <w:t xml:space="preserve">Keen Sword began on 19 Oct and runs to 29 Oct, with about 45,000 Japanese and 12,000 US personnel. Australia, Canada, France, Germany and the Netherlands join some drills. </w:t>
      </w:r>
      <w:r>
        <w:rPr>
          <w:vertAlign w:val="superscript"/>
        </w:rPr>
        <w:t>[54]</w:t>
      </w:r>
      <w:r>
        <w:t xml:space="preserve"> For the first time Japan's Type 25 anti-ship missile, with a range of about 1,000 km, will move outside its Kumamoto base. US Marines are reported to be moving NMESIS and MADIS systems to Yonaguni, about 110 km from Taiwan, though their arrival is unconfirmed. </w:t>
      </w:r>
      <w:r>
        <w:rPr>
          <w:vertAlign w:val="superscript"/>
        </w:rPr>
        <w:t>[55]</w:t>
      </w:r>
      <w:r>
        <w:rPr>
          <w:vertAlign w:val="superscript"/>
        </w:rPr>
        <w:t>[56]</w:t>
      </w:r>
    </w:p>
    <w:p>
      <w:r>
        <w:rPr>
          <w:rFonts w:ascii="Consolas" w:hAnsi="Consolas"/>
          <w:b/>
          <w:color w:val="55604B"/>
        </w:rPr>
        <w:t>Assessment:</w:t>
      </w:r>
      <w:r>
        <w:t xml:space="preserve"> The drill puts US and Japanese long-range anti-ship fires in the southwestern islands, and Chinese official protest and shadowing activity are likely during 19-29 Oct.</w:t>
      </w:r>
    </w:p>
    <w:p>
      <w:r>
        <w:rPr>
          <w:b/>
        </w:rPr>
        <w:t>CHINA: State media calls the Type 25 deployment "a clear provocation"</w:t>
      </w:r>
    </w:p>
    <w:p>
      <w:r>
        <w:t xml:space="preserve">Global Times quoted a Chinese academic calling the Type 25 deployment "a clear provocation" and highlighted local protests in Japan. No official foreign or defence ministry statement on Keen Sword was found in the window. </w:t>
      </w:r>
      <w:r>
        <w:rPr>
          <w:vertAlign w:val="superscript"/>
        </w:rPr>
        <w:t>[57]</w:t>
      </w:r>
    </w:p>
    <w:p>
      <w:r>
        <w:rPr>
          <w:rFonts w:ascii="Consolas" w:hAnsi="Consolas"/>
          <w:b/>
          <w:color w:val="55604B"/>
        </w:rPr>
        <w:t>Assessment:</w:t>
      </w:r>
      <w:r>
        <w:t xml:space="preserve"> An official statement is likely once the drills are under way.</w:t>
      </w:r>
    </w:p>
    <w:p>
      <w:r>
        <w:rPr>
          <w:b/>
        </w:rPr>
        <w:t>TAIWAN: Coast Guard drives off 16 Chinese vessels at once</w:t>
      </w:r>
    </w:p>
    <w:p>
      <w:r>
        <w:t xml:space="preserve">On 18 Oct Taiwan's Coast Guard Administration said it drove away 16 Chinese coast guard, research and fishing vessels operating at the same time off Taiwan's east, south and southwest coasts and around Pratas. It called the numbers "unusually large" and accused Beijing of trying to "unilaterally alter the status quo." </w:t>
      </w:r>
      <w:r>
        <w:rPr>
          <w:vertAlign w:val="superscript"/>
        </w:rPr>
        <w:t>[58]</w:t>
      </w:r>
      <w:r>
        <w:rPr>
          <w:vertAlign w:val="superscript"/>
        </w:rPr>
        <w:t>[59]</w:t>
      </w:r>
      <w:r>
        <w:rPr>
          <w:vertAlign w:val="superscript"/>
        </w:rPr>
        <w:t>[60]</w:t>
      </w:r>
    </w:p>
    <w:p>
      <w:r>
        <w:rPr>
          <w:rFonts w:ascii="Consolas" w:hAnsi="Consolas"/>
          <w:b/>
          <w:color w:val="55604B"/>
        </w:rPr>
        <w:t>Assessment:</w:t>
      </w:r>
      <w:r>
        <w:t xml:space="preserve"> Coordinated incursions at several locations likely show China building up coast guard pressure as a gray-zone tool separate from PLA activity.</w:t>
      </w:r>
    </w:p>
    <w:p>
      <w:r>
        <w:rPr>
          <w:b/>
        </w:rPr>
        <w:t>TAIWAN: PLA daily counts stay low</w:t>
      </w:r>
    </w:p>
    <w:p>
      <w:r>
        <w:t xml:space="preserve">Taiwan's defence ministry reported 9 aircraft and 6 navy ships in the 24 hours to 17 Oct, 2 aircraft and 5 ships to 18 Oct, and 5 aircraft and 6 ships to 19 Oct. No large PLA exercise was announced. </w:t>
      </w:r>
      <w:r>
        <w:rPr>
          <w:vertAlign w:val="superscript"/>
        </w:rPr>
        <w:t>[61]</w:t>
      </w:r>
      <w:r>
        <w:rPr>
          <w:vertAlign w:val="superscript"/>
        </w:rPr>
        <w:t>[62]</w:t>
      </w:r>
      <w:r>
        <w:rPr>
          <w:vertAlign w:val="superscript"/>
        </w:rPr>
        <w:t>[63]</w:t>
      </w:r>
    </w:p>
    <w:p>
      <w:r>
        <w:rPr>
          <w:rFonts w:ascii="Consolas" w:hAnsi="Consolas"/>
          <w:b/>
          <w:color w:val="55604B"/>
        </w:rPr>
        <w:t>Assessment:</w:t>
      </w:r>
      <w:r>
        <w:t xml:space="preserve"> PLA air activity around Taiwan is at a low baseline while the Liaoning group is in the South China Sea.</w:t>
      </w:r>
    </w:p>
    <w:p>
      <w:r>
        <w:rPr>
          <w:b/>
        </w:rPr>
        <w:t>PHILIPPINES / CHINA: Chinese embassy tells lawmakers to "STOP BLUFFING"</w:t>
      </w:r>
    </w:p>
    <w:p>
      <w:r>
        <w:t xml:space="preserve">On 17 Oct the Chinese Embassy in Manila replied on Facebook to lawmakers seeking to expel Ambassador Jing Quan: "Is this threat or coercion? But anyway, just do it. Otherwise, STOP BLUFFING." </w:t>
      </w:r>
      <w:r>
        <w:rPr>
          <w:vertAlign w:val="superscript"/>
        </w:rPr>
        <w:t>[64]</w:t>
      </w:r>
      <w:r>
        <w:t xml:space="preserve"> Several senators and a congressman called for his expulsion or an apology. The foreign affairs department called expulsion an "option of last resort," and Marcos plans to meet Jing. </w:t>
      </w:r>
      <w:r>
        <w:rPr>
          <w:vertAlign w:val="superscript"/>
        </w:rPr>
        <w:t>[65]</w:t>
      </w:r>
      <w:r>
        <w:rPr>
          <w:vertAlign w:val="superscript"/>
        </w:rPr>
        <w:t>[66]</w:t>
      </w:r>
    </w:p>
    <w:p>
      <w:r>
        <w:rPr>
          <w:rFonts w:ascii="Consolas" w:hAnsi="Consolas"/>
          <w:b/>
          <w:color w:val="55604B"/>
        </w:rPr>
        <w:t>Assessment:</w:t>
      </w:r>
      <w:r>
        <w:t xml:space="preserve"> The embassy's response has turned a gaffe into a diplomatic crisis, and the Marcos-Jing meeting is the next decision point.</w:t>
      </w:r>
    </w:p>
    <w:p>
      <w:r>
        <w:rPr>
          <w:b/>
        </w:rPr>
        <w:t>CHINA / PHILIPPINES: Defence ministry attacks Teodoro</w:t>
      </w:r>
    </w:p>
    <w:p>
      <w:r>
        <w:rPr>
          <w:i/>
        </w:rPr>
        <w:t>Pre-window onset:</w:t>
      </w:r>
      <w:r>
        <w:t xml:space="preserve"> On 16 Oct China's defence ministry spokesman said Defense Secretary Teodoro "cares only about his selfish interests" and called the Philippines "a destroyer of peace." He did not dispute Philippine reports of more than 100 Chinese vessels near Pag-asa and Sabina Shoal, and vowed "firm measures." </w:t>
      </w:r>
      <w:r>
        <w:rPr>
          <w:vertAlign w:val="superscript"/>
        </w:rPr>
        <w:t>[67]</w:t>
      </w:r>
      <w:r>
        <w:rPr>
          <w:vertAlign w:val="superscript"/>
        </w:rPr>
        <w:t>[64]</w:t>
      </w:r>
    </w:p>
    <w:p>
      <w:r>
        <w:rPr>
          <w:rFonts w:ascii="Consolas" w:hAnsi="Consolas"/>
          <w:b/>
          <w:color w:val="55604B"/>
        </w:rPr>
        <w:t>Assessment:</w:t>
      </w:r>
      <w:r>
        <w:t xml:space="preserve"> A large Chinese presence near Philippine-held features, alongside personal attacks on officials, raises the risk of a maritime incident.</w:t>
      </w:r>
    </w:p>
    <w:p>
      <w:r>
        <w:rPr>
          <w:b/>
        </w:rPr>
        <w:t>CHINA: Four amphibious landing ships hold rare live-fire drill</w:t>
      </w:r>
    </w:p>
    <w:p>
      <w:r>
        <w:t xml:space="preserve">State broadcaster CCTV reported that four Type 071 amphibious transport docks under the Southern Theater Command held air-defence firing and resupply drills. No location or date was given. </w:t>
      </w:r>
      <w:r>
        <w:rPr>
          <w:vertAlign w:val="superscript"/>
        </w:rPr>
        <w:t>[68]</w:t>
      </w:r>
    </w:p>
    <w:p>
      <w:r>
        <w:rPr>
          <w:rFonts w:ascii="Consolas" w:hAnsi="Consolas"/>
          <w:b/>
          <w:color w:val="55604B"/>
        </w:rPr>
        <w:t>Assessment:</w:t>
      </w:r>
      <w:r>
        <w:t xml:space="preserve"> Publicising four amphibious ships at once while Keen Sword starts likely signals amphibious readiness.</w:t>
      </w:r>
    </w:p>
    <w:p>
      <w:r>
        <w:rPr>
          <w:b/>
        </w:rPr>
        <w:t>NORTH KOREA: State media claims AI-guided torpedo test</w:t>
      </w:r>
    </w:p>
    <w:p>
      <w:r>
        <w:rPr>
          <w:i/>
        </w:rPr>
        <w:t>Pre-window onset:</w:t>
      </w:r>
      <w:r>
        <w:t xml:space="preserve"> KCNA said a high-speed guided torpedo was test-fired on 15 Oct, with AI applied to target search and guidance. </w:t>
      </w:r>
      <w:r>
        <w:rPr>
          <w:vertAlign w:val="superscript"/>
        </w:rPr>
        <w:t>[69]</w:t>
      </w:r>
      <w:r>
        <w:t xml:space="preserve"> South Korean analysts link it to the dispute over Seoul's 8 Oct hypersonic test. </w:t>
      </w:r>
      <w:r>
        <w:rPr>
          <w:vertAlign w:val="superscript"/>
        </w:rPr>
        <w:t>[70]</w:t>
      </w:r>
      <w:r>
        <w:t xml:space="preserve"> No launches were reported in the window.</w:t>
      </w:r>
    </w:p>
    <w:p>
      <w:r>
        <w:rPr>
          <w:rFonts w:ascii="Consolas" w:hAnsi="Consolas"/>
          <w:b/>
          <w:color w:val="55604B"/>
        </w:rPr>
        <w:t>Assessment:</w:t>
      </w:r>
      <w:r>
        <w:t xml:space="preserve"> Pyongyang is concentrating on undersea weapons to offset allied naval strength, and another test during Keen Sword is plausible.</w:t>
      </w:r>
    </w:p>
    <w:p>
      <w:r>
        <w:rPr>
          <w:b/>
        </w:rPr>
        <w:t>NORTH KOREA / RUSSIA: Banquets mark 78 years of ties</w:t>
      </w:r>
    </w:p>
    <w:p>
      <w:r>
        <w:t xml:space="preserve">KCNA reported on 19 Oct that the North Korean embassy in Moscow held a banquet on 13 Oct, where a Russian deputy foreign minister cited North Korean troops' role in Kursk. </w:t>
      </w:r>
      <w:r>
        <w:rPr>
          <w:vertAlign w:val="superscript"/>
        </w:rPr>
        <w:t>[71]</w:t>
      </w:r>
    </w:p>
    <w:p>
      <w:r>
        <w:rPr>
          <w:rFonts w:ascii="Consolas" w:hAnsi="Consolas"/>
          <w:b/>
          <w:color w:val="55604B"/>
        </w:rPr>
        <w:t>Assessment:</w:t>
      </w:r>
      <w:r>
        <w:t xml:space="preserve"> Russian political cover for North Korean weapons testing will likely continue.</w:t>
      </w:r>
    </w:p>
    <w:p>
      <w:r>
        <w:rPr>
          <w:b/>
        </w:rPr>
        <w:t>CHINA: Second large undersea-drone mothership seen at Guangzhou</w:t>
      </w:r>
    </w:p>
    <w:p>
      <w:r>
        <w:t xml:space="preserve">A 2 Oct satellite image shows a second ship designed to carry large uncrewed undersea vehicles nearing launch at Guangzhou Shipyard International. The first is under construction in Shanghai. </w:t>
      </w:r>
      <w:r>
        <w:rPr>
          <w:vertAlign w:val="superscript"/>
        </w:rPr>
        <w:t>[72]</w:t>
      </w:r>
    </w:p>
    <w:p>
      <w:r>
        <w:rPr>
          <w:rFonts w:ascii="Consolas" w:hAnsi="Consolas"/>
          <w:b/>
          <w:color w:val="55604B"/>
        </w:rPr>
        <w:t>Assessment:</w:t>
      </w:r>
      <w:r>
        <w:t xml:space="preserve"> A second hull suggests China is moving toward operational long-range undersea drone capability.</w:t>
      </w:r>
    </w:p>
    <w:p>
      <w:r>
        <w:rPr>
          <w:b/>
        </w:rPr>
        <w:t>AUSTRALIA: Weapons payloads announced for Ghost Shark and other uncrewed vessels</w:t>
      </w:r>
    </w:p>
    <w:p>
      <w:r>
        <w:t xml:space="preserve">On 19 Oct Australia announced payload integration for the Ghost Shark and Speartooth undersea drones and the Bluebottle surface vessel, including sea mines. Funding is up to $5.8 billion over a decade. </w:t>
      </w:r>
      <w:r>
        <w:rPr>
          <w:vertAlign w:val="superscript"/>
        </w:rPr>
        <w:t>[73]</w:t>
      </w:r>
    </w:p>
    <w:p>
      <w:r>
        <w:rPr>
          <w:rFonts w:ascii="Consolas" w:hAnsi="Consolas"/>
          <w:b/>
          <w:color w:val="55604B"/>
        </w:rPr>
        <w:t>Assessment:</w:t>
      </w:r>
      <w:r>
        <w:t xml:space="preserve"> Australia is likely moving its uncrewed fleet from surveillance into strike and mining roles, which Beijing will likely criticise.</w:t>
      </w:r>
    </w:p>
    <w:p>
      <w:r>
        <w:rPr>
          <w:b/>
        </w:rPr>
        <w:t>PAKISTAN / INDIA: Airspace ban on Indian aircraft extended to 24 Nov</w:t>
      </w:r>
    </w:p>
    <w:p>
      <w:r>
        <w:t xml:space="preserve">Pakistan extended its closure to Indian-registered and Indian-leased aircraft for another month, to 24 Nov. The outlet's headline gives 23 Oct, but its text gives the new date. No new Line of Control incident was found. </w:t>
      </w:r>
      <w:r>
        <w:rPr>
          <w:vertAlign w:val="superscript"/>
        </w:rPr>
        <w:t>[74]</w:t>
      </w:r>
    </w:p>
    <w:p>
      <w:r>
        <w:rPr>
          <w:rFonts w:ascii="Consolas" w:hAnsi="Consolas"/>
          <w:b/>
          <w:color w:val="55604B"/>
        </w:rPr>
        <w:t>Assessment:</w:t>
      </w:r>
      <w:r>
        <w:t xml:space="preserve"> Relations remain frozen, with no sign of new escalation.</w:t>
      </w:r>
    </w:p>
    <w:p>
      <w:r>
        <w:rPr>
          <w:i/>
        </w:rPr>
        <w:t>Collection gap: no Japanese or Philippine official report on the Liaoning group's position or on South China Sea incidents over the weekend was found. Reuters, AP, Kyodo and Yonhap coverage of Myanmar was not found. Bloomberg, Japan Times and the Australian defence minister's site did not load.</w:t>
      </w:r>
    </w:p>
    <w:p>
      <w:pPr>
        <w:pStyle w:val="Heading1"/>
      </w:pPr>
      <w:r>
        <w:rPr>
          <w:rFonts w:ascii="Consolas" w:hAnsi="Consolas"/>
          <w:color w:val="FFB000"/>
        </w:rPr>
        <w:t xml:space="preserve">// </w:t>
      </w:r>
      <w:r>
        <w:rPr>
          <w:color w:val="282828"/>
        </w:rPr>
        <w:t>NORTHCOM</w:t>
      </w:r>
    </w:p>
    <w:p>
      <w:r>
        <w:rPr>
          <w:b/>
        </w:rPr>
        <w:t>MEXICO: Trudy weakens to a tropical storm offshore without landfall</w:t>
      </w:r>
    </w:p>
    <w:p>
      <w:r>
        <w:t xml:space="preserve">At 0900Z on 19 Oct NHC Advisory 24 placed Tropical Storm Trudy at 60 mph, about 155 miles west-southwest of Cabo Corrientes, moving west and "rapidly weakening." No watches or warnings are in effect, and NHC expects it to become post-tropical tonight. </w:t>
      </w:r>
      <w:r>
        <w:rPr>
          <w:vertAlign w:val="superscript"/>
        </w:rPr>
        <w:t>[75]</w:t>
      </w:r>
      <w:r>
        <w:rPr>
          <w:vertAlign w:val="superscript"/>
        </w:rPr>
        <w:t>[76]</w:t>
      </w:r>
      <w:r>
        <w:t xml:space="preserve"> AP reported that Trudy was a Category 2 storm on 18 Oct and moved away from the coast, and that Mexico lifted all coastal warnings. </w:t>
      </w:r>
      <w:r>
        <w:rPr>
          <w:vertAlign w:val="superscript"/>
        </w:rPr>
        <w:t>[77]</w:t>
      </w:r>
      <w:r>
        <w:rPr>
          <w:vertAlign w:val="superscript"/>
        </w:rPr>
        <w:t>[78]</w:t>
      </w:r>
      <w:r>
        <w:t xml:space="preserve"> Dangerous surf will continue along southwestern Mexico today.</w:t>
      </w:r>
    </w:p>
    <w:p>
      <w:r>
        <w:rPr>
          <w:rFonts w:ascii="Consolas" w:hAnsi="Consolas"/>
          <w:b/>
          <w:color w:val="55604B"/>
        </w:rPr>
        <w:t>Assessment:</w:t>
      </w:r>
      <w:r>
        <w:t xml:space="preserve"> The worst case in Friday's edition did not happen, and the remaining risk is surf and rain on saturated ground.</w:t>
      </w:r>
    </w:p>
    <w:p>
      <w:r>
        <w:rPr>
          <w:b/>
        </w:rPr>
        <w:t>MEXICO: No deaths from Trudy</w:t>
      </w:r>
    </w:p>
    <w:p>
      <w:r>
        <w:t xml:space="preserve">Mexico's civil protection agency reported no deaths or injuries in Guerrero, Michoacán, Jalisco and Colima as of midday 18 Oct. The navy cleared debris and opened 19 shelters in Jalisco. </w:t>
      </w:r>
      <w:r>
        <w:rPr>
          <w:vertAlign w:val="superscript"/>
        </w:rPr>
        <w:t>[79]</w:t>
      </w:r>
      <w:r>
        <w:t xml:space="preserve"> Colima reported downed trees and poles and one road collapse. Separately, a cold front flooded 1,555 homes in Veracruz and other states. </w:t>
      </w:r>
      <w:r>
        <w:rPr>
          <w:vertAlign w:val="superscript"/>
        </w:rPr>
        <w:t>[80]</w:t>
      </w:r>
    </w:p>
    <w:p>
      <w:r>
        <w:rPr>
          <w:rFonts w:ascii="Consolas" w:hAnsi="Consolas"/>
          <w:b/>
          <w:color w:val="55604B"/>
        </w:rPr>
        <w:t>Assessment:</w:t>
      </w:r>
      <w:r>
        <w:t xml:space="preserve"> Damage is minor, though late reports of inland flooding or landslides are possible.</w:t>
      </w:r>
    </w:p>
    <w:p>
      <w:r>
        <w:rPr>
          <w:b/>
        </w:rPr>
        <w:t>CANADA: Fire during live-fire training kills four soldiers at CFB Wainwright</w:t>
      </w:r>
    </w:p>
    <w:p>
      <w:r>
        <w:t xml:space="preserve">A fire began during a live-fire exercise at about 2200Z on 17 Oct and was driven by high winds into the unit's administrative area. National Defence confirmed four soldiers of 3rd Battalion, PPCLI, were killed. </w:t>
      </w:r>
      <w:r>
        <w:rPr>
          <w:vertAlign w:val="superscript"/>
        </w:rPr>
        <w:t>[81]</w:t>
      </w:r>
      <w:r>
        <w:t xml:space="preserve"> Global News reports 39 injured, 19 of them critically, and military sources said a munition likely started a grass fire. Its headline says "at least seven" dead, but its text and the government say four. </w:t>
      </w:r>
      <w:r>
        <w:rPr>
          <w:vertAlign w:val="superscript"/>
        </w:rPr>
        <w:t>[82]</w:t>
      </w:r>
    </w:p>
    <w:p>
      <w:r>
        <w:rPr>
          <w:rFonts w:ascii="Consolas" w:hAnsi="Consolas"/>
          <w:b/>
          <w:color w:val="55604B"/>
        </w:rPr>
        <w:t>Assessment:</w:t>
      </w:r>
      <w:r>
        <w:t xml:space="preserve"> This is among the deadliest Canadian training accidents in years and will likely bring scrutiny of range-safety decisions and the unit's preparation for Latvia.</w:t>
      </w:r>
    </w:p>
    <w:p>
      <w:r>
        <w:rPr>
          <w:b/>
        </w:rPr>
        <w:t>CANADA: Alberta votes today on a path to separation</w:t>
      </w:r>
    </w:p>
    <w:p>
      <w:r>
        <w:t xml:space="preserve">Polls are open from 1500Z to 0200Z on 19 Oct. The non-binding tenth question asks whether to stay in Canada or start a legal process toward a separation referendum. Carney urged voters to "vote like Canada's future depends on it." </w:t>
      </w:r>
      <w:r>
        <w:rPr>
          <w:vertAlign w:val="superscript"/>
        </w:rPr>
        <w:t>[83]</w:t>
      </w:r>
      <w:r>
        <w:t xml:space="preserve"> Elections Alberta counted 1,356,873 advance and special ballots, 43.1% of electors, against 809,988 in 2023. </w:t>
      </w:r>
      <w:r>
        <w:rPr>
          <w:vertAlign w:val="superscript"/>
        </w:rPr>
        <w:t>[84]</w:t>
      </w:r>
    </w:p>
    <w:p>
      <w:r>
        <w:rPr>
          <w:rFonts w:ascii="Consolas" w:hAnsi="Consolas"/>
          <w:b/>
          <w:color w:val="55604B"/>
        </w:rPr>
        <w:t>Assessment:</w:t>
      </w:r>
      <w:r>
        <w:t xml:space="preserve"> Polling suggests Canada will likely win, and the size of the separatist vote will decide whether the movement keeps momentum. Unofficial results are expected after 0200Z on 20 Oct.</w:t>
      </w:r>
    </w:p>
    <w:p>
      <w:r>
        <w:rPr>
          <w:b/>
        </w:rPr>
        <w:t>MEXICO: Former Chihuahua prosecutor charged with treason over CIA operation</w:t>
      </w:r>
    </w:p>
    <w:p>
      <w:r>
        <w:t xml:space="preserve">Federal prosecutors served a treason warrant on former Chihuahua prosecutor César Jáuregui on 18 Oct and moved him to the Altiplano federal prison. The case concerns an April operation in which two US citizens later identified as CIA died in a vehicle crash. Prosecutor General Godoy said the conduct "attacks sovereignty." </w:t>
      </w:r>
      <w:r>
        <w:rPr>
          <w:vertAlign w:val="superscript"/>
        </w:rPr>
        <w:t>[85]</w:t>
      </w:r>
    </w:p>
    <w:p>
      <w:r>
        <w:rPr>
          <w:rFonts w:ascii="Consolas" w:hAnsi="Consolas"/>
          <w:b/>
          <w:color w:val="55604B"/>
        </w:rPr>
        <w:t>Assessment:</w:t>
      </w:r>
      <w:r>
        <w:t xml:space="preserve"> The case likely chills state-level security cooperation with US agencies.</w:t>
      </w:r>
    </w:p>
    <w:p>
      <w:r>
        <w:rPr>
          <w:b/>
        </w:rPr>
        <w:t>MEXICO: Weekend cartel and political violence</w:t>
      </w:r>
    </w:p>
    <w:p>
      <w:r>
        <w:t xml:space="preserve">A Morena party hopeful was shot dead in Cuajinicuilapa, Guerrero, on 17 Oct. Two alleged cartel operators were killed in a clash with the navy in Colima, and the army arrested a Los Chapitos member in Mazatlán. Details come from a live blog and are not independently confirmed. </w:t>
      </w:r>
      <w:r>
        <w:rPr>
          <w:vertAlign w:val="superscript"/>
        </w:rPr>
        <w:t>[86]</w:t>
      </w:r>
    </w:p>
    <w:p>
      <w:r>
        <w:rPr>
          <w:rFonts w:ascii="Consolas" w:hAnsi="Consolas"/>
          <w:b/>
          <w:color w:val="55604B"/>
        </w:rPr>
        <w:t>Assessment:</w:t>
      </w:r>
      <w:r>
        <w:t xml:space="preserve"> Election-related violence in Guerrero has started early and will likely grow.</w:t>
      </w:r>
    </w:p>
    <w:p>
      <w:r>
        <w:rPr>
          <w:b/>
        </w:rPr>
        <w:t>UNITED STATES: Stalled nor'easter off North Carolina</w:t>
      </w:r>
    </w:p>
    <w:p>
      <w:r>
        <w:t xml:space="preserve">NHC's Atlantic outlook shows no active storms, but a strong non-tropical low off the Southeast coast has a 40% chance of becoming subtropical over seven days. </w:t>
      </w:r>
      <w:r>
        <w:rPr>
          <w:vertAlign w:val="superscript"/>
        </w:rPr>
        <w:t>[87]</w:t>
      </w:r>
      <w:r>
        <w:t xml:space="preserve"> The Outer Banks face gusts of 40-50 mph and 2-4 feet of surge, with Highway 12 at risk of overwash. </w:t>
      </w:r>
      <w:r>
        <w:rPr>
          <w:vertAlign w:val="superscript"/>
        </w:rPr>
        <w:t>[88]</w:t>
      </w:r>
    </w:p>
    <w:p>
      <w:r>
        <w:rPr>
          <w:rFonts w:ascii="Consolas" w:hAnsi="Consolas"/>
          <w:b/>
          <w:color w:val="55604B"/>
        </w:rPr>
        <w:t>Assessment:</w:t>
      </w:r>
      <w:r>
        <w:t xml:space="preserve"> Coastal flooding on the North Carolina and Virginia coast will likely continue through midweek.</w:t>
      </w:r>
    </w:p>
    <w:p>
      <w:r>
        <w:rPr>
          <w:i/>
        </w:rPr>
        <w:t>Collection gap: no new border, cartel drone or NORTHCOM reporting was found in the window.</w:t>
      </w:r>
    </w:p>
    <w:p>
      <w:pPr>
        <w:pStyle w:val="Heading1"/>
      </w:pPr>
      <w:r>
        <w:rPr>
          <w:rFonts w:ascii="Consolas" w:hAnsi="Consolas"/>
          <w:color w:val="FFB000"/>
        </w:rPr>
        <w:t xml:space="preserve">// </w:t>
      </w:r>
      <w:r>
        <w:rPr>
          <w:color w:val="282828"/>
        </w:rPr>
        <w:t>SOUTHCOM</w:t>
      </w:r>
    </w:p>
    <w:p>
      <w:r>
        <w:rPr>
          <w:b/>
        </w:rPr>
        <w:t>BRAZIL: Band debate produces no clear winner; polls still tied</w:t>
      </w:r>
    </w:p>
    <w:p>
      <w:r>
        <w:t xml:space="preserve">Lula and Flávio Bolsonaro clashed on banking secrecy, Covid deaths, the Banco Master case and Lula's son in the Band debate on 18 Oct. </w:t>
      </w:r>
      <w:r>
        <w:rPr>
          <w:vertAlign w:val="superscript"/>
        </w:rPr>
        <w:t>[89]</w:t>
      </w:r>
      <w:r>
        <w:t xml:space="preserve"> A Poder360 compilation of valid-vote polls shows Flávio ahead in 11 of 13. Datafolha has Flávio at 51-49, the equivalent of Friday's 47-45 on total votes, and Vox Brasil has Lula at 51-49. </w:t>
      </w:r>
      <w:r>
        <w:rPr>
          <w:vertAlign w:val="superscript"/>
        </w:rPr>
        <w:t>[90]</w:t>
      </w:r>
    </w:p>
    <w:p>
      <w:r>
        <w:rPr>
          <w:rFonts w:ascii="Consolas" w:hAnsi="Consolas"/>
          <w:b/>
          <w:color w:val="55604B"/>
        </w:rPr>
        <w:t>Assessment:</w:t>
      </w:r>
      <w:r>
        <w:t xml:space="preserve"> The 25 Oct runoff will likely remain a toss-up with Flávio slightly ahead, and post-debate polls this week will matter.</w:t>
      </w:r>
    </w:p>
    <w:p>
      <w:r>
        <w:rPr>
          <w:b/>
        </w:rPr>
        <w:t>VENEZUELA: Opposition reaffirms Machado as leader</w:t>
      </w:r>
    </w:p>
    <w:p>
      <w:r>
        <w:t xml:space="preserve">On 18 Oct the Unitary Platform agreed to "recognise and support the leadership" of María Corina Machado, who is in exile, and issued 14 proposals for a transition. Machado is not part of the third round of talks between the interim Rodríguez government and the opposition, and no election date is set. </w:t>
      </w:r>
      <w:r>
        <w:rPr>
          <w:vertAlign w:val="superscript"/>
        </w:rPr>
        <w:t>[91]</w:t>
      </w:r>
    </w:p>
    <w:p>
      <w:r>
        <w:rPr>
          <w:rFonts w:ascii="Consolas" w:hAnsi="Consolas"/>
          <w:b/>
          <w:color w:val="55604B"/>
        </w:rPr>
        <w:t>Assessment:</w:t>
      </w:r>
      <w:r>
        <w:t xml:space="preserve"> The gap between a US-backed stabilisation-first approach and an opposition rallying behind Machado will likely strain the talks.</w:t>
      </w:r>
    </w:p>
    <w:p>
      <w:r>
        <w:rPr>
          <w:b/>
        </w:rPr>
        <w:t>COLOMBIA: ELN and FARC dissidents clash in Catatumbo</w:t>
      </w:r>
    </w:p>
    <w:p>
      <w:r>
        <w:t xml:space="preserve">The ELN and a FARC dissident front fought in rural Tibú and Sardinata on 17 Oct. A drone dropped an explosive near a sports field where children were present, and residents fled Corinto in a caravan. No casualty count was available. </w:t>
      </w:r>
      <w:r>
        <w:rPr>
          <w:vertAlign w:val="superscript"/>
        </w:rPr>
        <w:t>[92]</w:t>
      </w:r>
    </w:p>
    <w:p>
      <w:r>
        <w:rPr>
          <w:rFonts w:ascii="Consolas" w:hAnsi="Consolas"/>
          <w:b/>
          <w:color w:val="55604B"/>
        </w:rPr>
        <w:t>Assessment:</w:t>
      </w:r>
      <w:r>
        <w:t xml:space="preserve"> Fighting in Catatumbo is not easing, and armed groups' use of drones against civilian areas will likely continue.</w:t>
      </w:r>
    </w:p>
    <w:p>
      <w:r>
        <w:rPr>
          <w:b/>
        </w:rPr>
        <w:t>CARIBBEAN: No new US strikes on drug boats reported</w:t>
      </w:r>
    </w:p>
    <w:p>
      <w:r>
        <w:t xml:space="preserve">InSight Crime's timeline lists the most recent strike on 4 Oct, for a total of 79 strikes and 238 dead. No strike was reported in the window. </w:t>
      </w:r>
      <w:r>
        <w:rPr>
          <w:vertAlign w:val="superscript"/>
        </w:rPr>
        <w:t>[93]</w:t>
      </w:r>
    </w:p>
    <w:p>
      <w:r>
        <w:rPr>
          <w:rFonts w:ascii="Consolas" w:hAnsi="Consolas"/>
          <w:b/>
          <w:color w:val="55604B"/>
        </w:rPr>
        <w:t>Assessment:</w:t>
      </w:r>
      <w:r>
        <w:t xml:space="preserve"> Strikes appear paused, or unreported, for about two weeks.</w:t>
      </w:r>
    </w:p>
    <w:p>
      <w:r>
        <w:rPr>
          <w:i/>
        </w:rPr>
        <w:t>Collection gap: nothing new and datable in the window was found for Haiti, Ecuador, Bolivia, Cuba or Peru. Post-debate Brazil polls had not been released at collection time.</w:t>
      </w:r>
    </w:p>
    <w:p>
      <w:pPr>
        <w:pStyle w:val="Heading1"/>
      </w:pPr>
      <w:r>
        <w:rPr>
          <w:rFonts w:ascii="Consolas" w:hAnsi="Consolas"/>
          <w:color w:val="FFB000"/>
        </w:rPr>
        <w:t xml:space="preserve">// </w:t>
      </w:r>
      <w:r>
        <w:rPr>
          <w:color w:val="282828"/>
        </w:rPr>
        <w:t>WATCH ITEMS (NEXT 72 HOURS)</w:t>
      </w:r>
    </w:p>
    <w:p>
      <w:pPr>
        <w:pStyle w:val="ListBullet"/>
      </w:pPr>
      <w:r>
        <w:t xml:space="preserve">Alberta's referendum results after 0200Z on 20 Oct. </w:t>
      </w:r>
      <w:r>
        <w:rPr>
          <w:vertAlign w:val="superscript"/>
        </w:rPr>
        <w:t>[83]</w:t>
      </w:r>
    </w:p>
    <w:p>
      <w:pPr>
        <w:pStyle w:val="ListBullet"/>
      </w:pPr>
      <w:r>
        <w:t xml:space="preserve">Chinese reaction and shadowing activity during Keen Sword, through 29 Oct. </w:t>
      </w:r>
      <w:r>
        <w:rPr>
          <w:vertAlign w:val="superscript"/>
        </w:rPr>
        <w:t>[54]</w:t>
      </w:r>
      <w:r>
        <w:rPr>
          <w:vertAlign w:val="superscript"/>
        </w:rPr>
        <w:t>[57]</w:t>
      </w:r>
    </w:p>
    <w:p>
      <w:pPr>
        <w:pStyle w:val="ListBullet"/>
      </w:pPr>
      <w:r>
        <w:t xml:space="preserve">Further Hormuz attacks and Lavrov's talks in Tehran. </w:t>
      </w:r>
      <w:r>
        <w:rPr>
          <w:vertAlign w:val="superscript"/>
        </w:rPr>
        <w:t>[18]</w:t>
      </w:r>
      <w:r>
        <w:rPr>
          <w:vertAlign w:val="superscript"/>
        </w:rPr>
        <w:t>[23]</w:t>
      </w:r>
    </w:p>
    <w:p>
      <w:pPr>
        <w:pStyle w:val="ListBullet"/>
      </w:pPr>
      <w:r>
        <w:t xml:space="preserve">Ebola cases in Nairobi and any spread into the Central African Republic. </w:t>
      </w:r>
      <w:r>
        <w:rPr>
          <w:vertAlign w:val="superscript"/>
        </w:rPr>
        <w:t>[1]</w:t>
      </w:r>
      <w:r>
        <w:rPr>
          <w:vertAlign w:val="superscript"/>
        </w:rPr>
        <w:t>[3]</w:t>
      </w:r>
    </w:p>
    <w:p>
      <w:pPr>
        <w:pStyle w:val="ListBullet"/>
      </w:pPr>
      <w:r>
        <w:t xml:space="preserve">Pressure on Baidoa from Laftagareen loyalists. </w:t>
      </w:r>
      <w:r>
        <w:rPr>
          <w:vertAlign w:val="superscript"/>
        </w:rPr>
        <w:t>[9]</w:t>
      </w:r>
    </w:p>
    <w:p>
      <w:pPr>
        <w:pStyle w:val="ListBullet"/>
      </w:pPr>
      <w:r>
        <w:t xml:space="preserve">The Marcos-Jing meeting. </w:t>
      </w:r>
      <w:r>
        <w:rPr>
          <w:vertAlign w:val="superscript"/>
        </w:rPr>
        <w:t>[65]</w:t>
      </w:r>
    </w:p>
    <w:p>
      <w:pPr>
        <w:pStyle w:val="ListBullet"/>
      </w:pPr>
      <w:r>
        <w:t xml:space="preserve">Post-debate Brazil polls before the 25 Oct runoff. </w:t>
      </w:r>
      <w:r>
        <w:rPr>
          <w:vertAlign w:val="superscript"/>
        </w:rPr>
        <w:t>[90]</w:t>
      </w:r>
    </w:p>
    <w:p>
      <w:pPr>
        <w:pStyle w:val="ListBullet"/>
      </w:pPr>
      <w:r>
        <w:t>Pakistan's high court hearing on the PTI challenge on 20 Oct (reported in Friday's edition).</w:t>
      </w:r>
    </w:p>
    <w:p>
      <w:pPr>
        <w:pStyle w:val="Heading1"/>
      </w:pPr>
      <w:r>
        <w:rPr>
          <w:rFonts w:ascii="Consolas" w:hAnsi="Consolas"/>
          <w:color w:val="FFB000"/>
        </w:rPr>
        <w:t xml:space="preserve">// </w:t>
      </w:r>
      <w:r>
        <w:rPr>
          <w:color w:val="282828"/>
        </w:rPr>
        <w:t>SOURCE SUMMARY STATEMENT</w:t>
      </w:r>
    </w:p>
    <w:p>
      <w:r>
        <w:t>This report draws on 93 open-source items published or updated between 16 and 19 October 2026, plus one reference timeline updated on 5 October. They include international wire services (AP, AFP, Reuters, ANI, PTI) carried by ABC News, Al Jazeera, Arab News, PBS, Malay Mail, AOL and others; US and international outlets (CBS News, ABC News, Global News, The War Zone, Naval News, SBS News); regional press (Sudan Tribune, Radio Tamazuj, TheCable, Africanews, The New Arab, The National, Gulf News, Khaleej Times, Times of Israel, ThePrint, Express Tribune, Kyiv Independent, Philippine Star, Manila Times, Taipei Times, Taiwan News, Korea Times, Kyunghyang Shinmun, La Razón, Infobae, CNN Brasil, Poder360, WITN, CochraneNow); and official sources (US National Hurricane Center, Canada's Department of National Defence, the US Mission to Saudi Arabia). TASS and Xinhua are state news agencies, Global Times is Chinese state-affiliated media, Al Jazeera is Qatari state-funded and The National is UAE state-linked. Several items rest on unverified claims by parties to conflicts (IRGC mine claims, Houthi casualty claims, Pakistani and Ukrainian military claims, a South Sudanese coup allegation). One Keen Sword item draws on a lesser-known online outlet, and one Mexico item comes from a live blog. Friday's Reuters account of a White House Starshield order is disputed by Secretary Rubio. Bloomberg, CNN, CNBC, Japan Times and the Australian defence minister's site were blocked or failed to load. Coverage gaps include the Ethiopia-Eritrea front, the Sahel, Myanmar and Haiti.</w:t>
      </w:r>
    </w:p>
    <w:p>
      <w:pPr>
        <w:pStyle w:val="Heading1"/>
      </w:pPr>
      <w:r>
        <w:rPr>
          <w:rFonts w:ascii="Consolas" w:hAnsi="Consolas"/>
          <w:color w:val="FFB000"/>
        </w:rPr>
        <w:t xml:space="preserve">// </w:t>
      </w:r>
      <w:r>
        <w:rPr>
          <w:color w:val="282828"/>
        </w:rPr>
        <w:t>ENDNOTES (ICD 206)</w:t>
      </w:r>
    </w:p>
    <w:p>
      <w:r>
        <w:rPr>
          <w:i/>
        </w:rPr>
        <w:t>All sources accessed 19 October 2026. All sources are publicly available reporting.</w:t>
      </w:r>
    </w:p>
    <w:p>
      <w:r>
        <w:rPr>
          <w:b/>
        </w:rPr>
        <w:t>AFRICOM</w:t>
      </w:r>
    </w:p>
    <w:p>
      <w:r>
        <w:rPr>
          <w:sz w:val="17"/>
          <w:vertAlign w:val="superscript"/>
        </w:rPr>
        <w:t>[1]</w:t>
      </w:r>
      <w:r>
        <w:rPr>
          <w:sz w:val="17"/>
        </w:rPr>
        <w:t xml:space="preserve"> Associated Press; ABC News; "Congo's fast-moving Ebola outbreak spreads to eighth province"; 18 October 2026, 2248Z (updated); </w:t>
      </w:r>
      <w:hyperlink r:id="rId10">
        <w:r>
          <w:rPr>
            <w:color w:val="8A5D00"/>
            <w:sz w:val="17"/>
          </w:rPr>
          <w:t xml:space="preserve">https://abcnews.com/International/wireStory/congos-fast-moving-ebola-outbreak-spreads-eighth-province-137363686</w:t>
        </w:r>
      </w:hyperlink>
      <w:r>
        <w:rPr>
          <w:sz w:val="17"/>
        </w:rPr>
        <w:t>; accessed 19 October 2026; Source descriptor: international wire service carried by US network.</w:t>
      </w:r>
    </w:p>
    <w:p>
      <w:r>
        <w:rPr>
          <w:sz w:val="17"/>
          <w:vertAlign w:val="superscript"/>
        </w:rPr>
        <w:t>[2]</w:t>
      </w:r>
      <w:r>
        <w:rPr>
          <w:sz w:val="17"/>
        </w:rPr>
        <w:t xml:space="preserve"> Staff; Contagion Live; "Ebola Outbreak in DRC Tops 9235 Confirmed Cases, CDC Reports"; 17 October 2026; </w:t>
      </w:r>
      <w:hyperlink r:id="rId11">
        <w:r>
          <w:rPr>
            <w:color w:val="8A5D00"/>
            <w:sz w:val="17"/>
          </w:rPr>
          <w:t xml:space="preserve">https://www.contagionlive.com/view/ebola-outbreak-in-drc-tops-9235-confirmed-cases-cdc-reports</w:t>
        </w:r>
      </w:hyperlink>
      <w:r>
        <w:rPr>
          <w:sz w:val="17"/>
        </w:rPr>
        <w:t>; accessed 19 October 2026; Source descriptor: medical trade outlet relaying US CDC data.</w:t>
      </w:r>
    </w:p>
    <w:p>
      <w:r>
        <w:rPr>
          <w:sz w:val="17"/>
          <w:vertAlign w:val="superscript"/>
        </w:rPr>
        <w:t>[3]</w:t>
      </w:r>
      <w:r>
        <w:rPr>
          <w:sz w:val="17"/>
        </w:rPr>
        <w:t xml:space="preserve"> Staff (AFP, AP, Reuters); Al Jazeera; "Kenya confirms eighth Ebola case amid widening regional outbreak"; 19 October 2026, 0107Z; </w:t>
      </w:r>
      <w:hyperlink r:id="rId12">
        <w:r>
          <w:rPr>
            <w:color w:val="8A5D00"/>
            <w:sz w:val="17"/>
          </w:rPr>
          <w:t xml:space="preserve">https://www.aljazeera.com/news/2026/10/19/kenya-confirms-eighth-ebola-case-amid-widening-regional-outbreak</w:t>
        </w:r>
      </w:hyperlink>
      <w:r>
        <w:rPr>
          <w:sz w:val="17"/>
        </w:rPr>
        <w:t>; accessed 19 October 2026; Source descriptor: international wire services carried by Qatari state-funded broadcaster.</w:t>
      </w:r>
    </w:p>
    <w:p>
      <w:r>
        <w:rPr>
          <w:sz w:val="17"/>
          <w:vertAlign w:val="superscript"/>
        </w:rPr>
        <w:t>[4]</w:t>
      </w:r>
      <w:r>
        <w:rPr>
          <w:sz w:val="17"/>
        </w:rPr>
        <w:t xml:space="preserve"> Staff; Sudan Tribune; "Sudan army repels RSF drone strikes in east, military sources say"; 18 October 2026, 1820Z; </w:t>
      </w:r>
      <w:hyperlink r:id="rId13">
        <w:r>
          <w:rPr>
            <w:color w:val="8A5D00"/>
            <w:sz w:val="17"/>
          </w:rPr>
          <w:t xml:space="preserve">https://sudantribune.com/article/320103</w:t>
        </w:r>
      </w:hyperlink>
      <w:r>
        <w:rPr>
          <w:sz w:val="17"/>
        </w:rPr>
        <w:t>; accessed 19 October 2026; Source descriptor: Sudanese independent outlet relying on army sources.</w:t>
      </w:r>
    </w:p>
    <w:p>
      <w:r>
        <w:rPr>
          <w:sz w:val="17"/>
          <w:vertAlign w:val="superscript"/>
        </w:rPr>
        <w:t>[5]</w:t>
      </w:r>
      <w:r>
        <w:rPr>
          <w:sz w:val="17"/>
        </w:rPr>
        <w:t xml:space="preserve"> Editor in Chief; Radio Tamazuj; "Drone strike kills at least 10 civilians in West Darfur"; 18 October 2026, 1858Z; </w:t>
      </w:r>
      <w:hyperlink r:id="rId14">
        <w:r>
          <w:rPr>
            <w:color w:val="8A5D00"/>
            <w:sz w:val="17"/>
          </w:rPr>
          <w:t xml:space="preserve">https://www.radiotamazuj.org/en/news/article/drone-strike-kills-at-least-10-civilians-in-west-darfur</w:t>
        </w:r>
      </w:hyperlink>
      <w:r>
        <w:rPr>
          <w:sz w:val="17"/>
        </w:rPr>
        <w:t>; accessed 19 October 2026; Source descriptor: independent Sudan/South Sudan outlet citing a regional health official.</w:t>
      </w:r>
    </w:p>
    <w:p>
      <w:r>
        <w:rPr>
          <w:sz w:val="17"/>
          <w:vertAlign w:val="superscript"/>
        </w:rPr>
        <w:t>[6]</w:t>
      </w:r>
      <w:r>
        <w:rPr>
          <w:sz w:val="17"/>
        </w:rPr>
        <w:t xml:space="preserve"> Staff; Sudan Tribune; "RSF attack kills at least 11 displaced people in West Darfur, official says"; 18 October 2026, 2023Z; </w:t>
      </w:r>
      <w:hyperlink r:id="rId15">
        <w:r>
          <w:rPr>
            <w:color w:val="8A5D00"/>
            <w:sz w:val="17"/>
          </w:rPr>
          <w:t xml:space="preserve">https://sudantribune.com/article/320124</w:t>
        </w:r>
      </w:hyperlink>
      <w:r>
        <w:rPr>
          <w:sz w:val="17"/>
        </w:rPr>
        <w:t>; accessed 19 October 2026; Source descriptor: Sudanese independent outlet citing a regional health official.</w:t>
      </w:r>
    </w:p>
    <w:p>
      <w:r>
        <w:rPr>
          <w:sz w:val="17"/>
          <w:vertAlign w:val="superscript"/>
        </w:rPr>
        <w:t>[7]</w:t>
      </w:r>
      <w:r>
        <w:rPr>
          <w:sz w:val="17"/>
        </w:rPr>
        <w:t xml:space="preserve"> Editor in Chief; Radio Tamazuj; "Sudan's Burhan sends message to German chancellor on peace efforts"; 17 October 2026, 1812Z; </w:t>
      </w:r>
      <w:hyperlink r:id="rId16">
        <w:r>
          <w:rPr>
            <w:color w:val="8A5D00"/>
            <w:sz w:val="17"/>
          </w:rPr>
          <w:t xml:space="preserve">https://www.radiotamazuj.org/en/news/article/sudans-burhan-sends-message-to-german-chancellor-on-peace-efforts</w:t>
        </w:r>
      </w:hyperlink>
      <w:r>
        <w:rPr>
          <w:sz w:val="17"/>
        </w:rPr>
        <w:t>; accessed 19 October 2026; Source descriptor: independent Sudan/South Sudan outlet.</w:t>
      </w:r>
    </w:p>
    <w:p>
      <w:r>
        <w:rPr>
          <w:sz w:val="17"/>
          <w:vertAlign w:val="superscript"/>
        </w:rPr>
        <w:t>[8]</w:t>
      </w:r>
      <w:r>
        <w:rPr>
          <w:sz w:val="17"/>
        </w:rPr>
        <w:t xml:space="preserve"> Staff; Sudan Tribune; "French envoy urges international quintet to back Sudan dialogue process"; 18 October 2026, 2132Z; </w:t>
      </w:r>
      <w:hyperlink r:id="rId17">
        <w:r>
          <w:rPr>
            <w:color w:val="8A5D00"/>
            <w:sz w:val="17"/>
          </w:rPr>
          <w:t xml:space="preserve">https://sudantribune.com/article/320127</w:t>
        </w:r>
      </w:hyperlink>
      <w:r>
        <w:rPr>
          <w:sz w:val="17"/>
        </w:rPr>
        <w:t>; accessed 19 October 2026; Source descriptor: Sudanese independent outlet.</w:t>
      </w:r>
    </w:p>
    <w:p>
      <w:r>
        <w:rPr>
          <w:sz w:val="17"/>
          <w:vertAlign w:val="superscript"/>
        </w:rPr>
        <w:t>[9]</w:t>
      </w:r>
      <w:r>
        <w:rPr>
          <w:sz w:val="17"/>
        </w:rPr>
        <w:t xml:space="preserve"> The New Arab Staff &amp; Agencies; The New Arab; "Regional forces capture key towns in southern Somalia"; 18 October 2026, 1448Z; </w:t>
      </w:r>
      <w:hyperlink r:id="rId18">
        <w:r>
          <w:rPr>
            <w:color w:val="8A5D00"/>
            <w:sz w:val="17"/>
          </w:rPr>
          <w:t xml:space="preserve">https://www.newarab.com/news/regional-forces-capture-key-towns-southern-somalia</w:t>
        </w:r>
      </w:hyperlink>
      <w:r>
        <w:rPr>
          <w:sz w:val="17"/>
        </w:rPr>
        <w:t>; accessed 19 October 2026; Source descriptor: Qatar-owned regional outlet using agency copy and local officials.</w:t>
      </w:r>
    </w:p>
    <w:p>
      <w:r>
        <w:rPr>
          <w:sz w:val="17"/>
          <w:vertAlign w:val="superscript"/>
        </w:rPr>
        <w:t>[10]</w:t>
      </w:r>
      <w:r>
        <w:rPr>
          <w:sz w:val="17"/>
        </w:rPr>
        <w:t xml:space="preserve"> Janefrances Chibundu; TheCable; "Eight soldiers killed as patrol vehicle hits 'ISWAP landmine' in Borno"; 18 October 2026, 1818Z; </w:t>
      </w:r>
      <w:hyperlink r:id="rId19">
        <w:r>
          <w:rPr>
            <w:color w:val="8A5D00"/>
            <w:sz w:val="17"/>
          </w:rPr>
          <w:t xml:space="preserve">https://www.thecable.ng/eight-soldiers-killed-as-patrol-vehicle-hits-iswap-landmine-in-borno/</w:t>
        </w:r>
      </w:hyperlink>
      <w:r>
        <w:rPr>
          <w:sz w:val="17"/>
        </w:rPr>
        <w:t>; accessed 19 October 2026; Source descriptor: Nigerian national outlet relying on military and militia sources.</w:t>
      </w:r>
    </w:p>
    <w:p>
      <w:r>
        <w:rPr>
          <w:sz w:val="17"/>
          <w:vertAlign w:val="superscript"/>
        </w:rPr>
        <w:t>[11]</w:t>
      </w:r>
      <w:r>
        <w:rPr>
          <w:sz w:val="17"/>
        </w:rPr>
        <w:t xml:space="preserve"> Staff; Africanews; "Nigeria's Army Chief of Staff visits troops in Borno after deaths of 15 soliders"; 18 October 2026, 1045 (time zone not stated); </w:t>
      </w:r>
      <w:hyperlink r:id="rId20">
        <w:r>
          <w:rPr>
            <w:color w:val="8A5D00"/>
            <w:sz w:val="17"/>
          </w:rPr>
          <w:t xml:space="preserve">https://www.africanews.com/2026/10/18/nigerias-army-chief-of-staff-visits-troops-in-borno-after-deaths-of-15-soliders/</w:t>
        </w:r>
      </w:hyperlink>
      <w:r>
        <w:rPr>
          <w:sz w:val="17"/>
        </w:rPr>
        <w:t>; accessed 19 October 2026; Source descriptor: pan-African broadcaster.</w:t>
      </w:r>
    </w:p>
    <w:p>
      <w:r>
        <w:rPr>
          <w:sz w:val="17"/>
          <w:vertAlign w:val="superscript"/>
        </w:rPr>
        <w:t>[12]</w:t>
      </w:r>
      <w:r>
        <w:rPr>
          <w:sz w:val="17"/>
        </w:rPr>
        <w:t xml:space="preserve"> Staff; Africanews; "DRC accuses ex-president Kabila of planning 'general attack' on the country"; 18 October 2026, 0832 (time zone not stated); </w:t>
      </w:r>
      <w:hyperlink r:id="rId21">
        <w:r>
          <w:rPr>
            <w:color w:val="8A5D00"/>
            <w:sz w:val="17"/>
          </w:rPr>
          <w:t xml:space="preserve">https://www.africanews.com/2026/10/18/drc-accuses-ex-president-kabila-of-planning-general-attack-on-the-country/</w:t>
        </w:r>
      </w:hyperlink>
      <w:r>
        <w:rPr>
          <w:sz w:val="17"/>
        </w:rPr>
        <w:t>; accessed 19 October 2026; Source descriptor: pan-African broadcaster using wire-style copy.</w:t>
      </w:r>
    </w:p>
    <w:p>
      <w:r>
        <w:rPr>
          <w:sz w:val="17"/>
          <w:vertAlign w:val="superscript"/>
        </w:rPr>
        <w:t>[13]</w:t>
      </w:r>
      <w:r>
        <w:rPr>
          <w:sz w:val="17"/>
        </w:rPr>
        <w:t xml:space="preserve"> Al Jazeera Staff; Al Jazeera; "Fears grow in DRC as former President Joseph Kabila joins rebellion"; 18 October 2026, 0221Z; </w:t>
      </w:r>
      <w:hyperlink r:id="rId22">
        <w:r>
          <w:rPr>
            <w:color w:val="8A5D00"/>
            <w:sz w:val="17"/>
          </w:rPr>
          <w:t xml:space="preserve">https://www.aljazeera.com/news/2026/10/18/fears-grow-in-drc-as-former-president-joseph-kabila-joins-rebellion</w:t>
        </w:r>
      </w:hyperlink>
      <w:r>
        <w:rPr>
          <w:sz w:val="17"/>
        </w:rPr>
        <w:t>; accessed 19 October 2026; Source descriptor: Qatari state-funded broadcaster.</w:t>
      </w:r>
    </w:p>
    <w:p>
      <w:r>
        <w:rPr>
          <w:sz w:val="17"/>
          <w:vertAlign w:val="superscript"/>
        </w:rPr>
        <w:t>[14]</w:t>
      </w:r>
      <w:r>
        <w:rPr>
          <w:sz w:val="17"/>
        </w:rPr>
        <w:t xml:space="preserve"> Editor in Chief; Radio Tamazuj; "Kiir ally alleges ex-VP Bol Mel plotted to seize power"; 17 October 2026, 1045Z; </w:t>
      </w:r>
      <w:hyperlink r:id="rId23">
        <w:r>
          <w:rPr>
            <w:color w:val="8A5D00"/>
            <w:sz w:val="17"/>
          </w:rPr>
          <w:t xml:space="preserve">https://www.radiotamazuj.org/en/news/article/kiir-ally-alleges-ex-vp-bol-mel-plotted-to-seize-power</w:t>
        </w:r>
      </w:hyperlink>
      <w:r>
        <w:rPr>
          <w:sz w:val="17"/>
        </w:rPr>
        <w:t>; accessed 19 October 2026; Source descriptor: independent regional outlet; single-source claim.</w:t>
      </w:r>
    </w:p>
    <w:p>
      <w:r>
        <w:rPr>
          <w:sz w:val="17"/>
          <w:vertAlign w:val="superscript"/>
        </w:rPr>
        <w:t>[15]</w:t>
      </w:r>
      <w:r>
        <w:rPr>
          <w:sz w:val="17"/>
        </w:rPr>
        <w:t xml:space="preserve"> Mohamed Gabobe; Al Jazeera; "Kinship and surveillance: The return of Somali piracy"; 19 October 2026, 0056 (time zone not stated); </w:t>
      </w:r>
      <w:hyperlink r:id="rId24">
        <w:r>
          <w:rPr>
            <w:color w:val="8A5D00"/>
            <w:sz w:val="17"/>
          </w:rPr>
          <w:t xml:space="preserve">https://www.aljazeera.com/news/2026/10/19/kinship-and-surveillance-the-return-of-somali-piracy</w:t>
        </w:r>
      </w:hyperlink>
      <w:r>
        <w:rPr>
          <w:sz w:val="17"/>
        </w:rPr>
        <w:t>; accessed 19 October 2026; Source descriptor: Qatari state-funded broadcaster, feature.</w:t>
      </w:r>
    </w:p>
    <w:p>
      <w:r>
        <w:rPr>
          <w:b/>
        </w:rPr>
        <w:t>CENTCOM</w:t>
      </w:r>
    </w:p>
    <w:p>
      <w:r>
        <w:rPr>
          <w:sz w:val="17"/>
          <w:vertAlign w:val="superscript"/>
        </w:rPr>
        <w:t>[16]</w:t>
      </w:r>
      <w:r>
        <w:rPr>
          <w:sz w:val="17"/>
        </w:rPr>
        <w:t xml:space="preserve"> Staff (ANI); ANI News; "'We have unfinished jobs too': Araghchi warns US, Israel against further escalation amid Trump's Netanyahu endorsement"; 19 October 2026, 0139Z; </w:t>
      </w:r>
      <w:hyperlink r:id="rId25">
        <w:r>
          <w:rPr>
            <w:color w:val="8A5D00"/>
            <w:sz w:val="17"/>
          </w:rPr>
          <w:t xml:space="preserve">https://aninews.in/news/world/middle-east/we-have-unfinished-jobs-too-araghchi-warns-us-israel-against-further-escalation-amid-trumps-netanyahu-endorsement20261019070926/</w:t>
        </w:r>
      </w:hyperlink>
      <w:r>
        <w:rPr>
          <w:sz w:val="17"/>
        </w:rPr>
        <w:t>; accessed 19 October 2026; Source descriptor: Indian wire service.</w:t>
      </w:r>
    </w:p>
    <w:p>
      <w:r>
        <w:rPr>
          <w:sz w:val="17"/>
          <w:vertAlign w:val="superscript"/>
        </w:rPr>
        <w:t>[17]</w:t>
      </w:r>
      <w:r>
        <w:rPr>
          <w:sz w:val="17"/>
        </w:rPr>
        <w:t xml:space="preserve"> Gulf News Report; Gulf News; "Middle East Tensions Escalate: Saudi Arabia Intercepts Houthi Missiles, Trump Predicts Quick End to Iran War"; 18 October 2026, 2224 GST (updated); </w:t>
      </w:r>
      <w:hyperlink r:id="rId26">
        <w:r>
          <w:rPr>
            <w:color w:val="8A5D00"/>
            <w:sz w:val="17"/>
          </w:rPr>
          <w:t xml:space="preserve">https://gulfnews.com/world/mena/middle-east-conflict-saudi-arabia-intercepts-houthi-drones-missiles-trump-says-iran-war-will-end-soon-1.500714637</w:t>
        </w:r>
      </w:hyperlink>
      <w:r>
        <w:rPr>
          <w:sz w:val="17"/>
        </w:rPr>
        <w:t>; accessed 19 October 2026; Source descriptor: UAE daily, live blog.</w:t>
      </w:r>
    </w:p>
    <w:p>
      <w:r>
        <w:rPr>
          <w:sz w:val="17"/>
          <w:vertAlign w:val="superscript"/>
        </w:rPr>
        <w:t>[18]</w:t>
      </w:r>
      <w:r>
        <w:rPr>
          <w:sz w:val="17"/>
        </w:rPr>
        <w:t xml:space="preserve"> Al Jazeera Staff and AFP; Al Jazeera; "Iran says two tankers catch fire after hitting mines in Strait of Hormuz"; 18 October 2026, 0154; </w:t>
      </w:r>
      <w:hyperlink r:id="rId27">
        <w:r>
          <w:rPr>
            <w:color w:val="8A5D00"/>
            <w:sz w:val="17"/>
          </w:rPr>
          <w:t xml:space="preserve">https://www.aljazeera.com/news/2026/10/18/iran-says-two-tankers-catch-fire-after-hitting-mines-in-strait-of-hormuz</w:t>
        </w:r>
      </w:hyperlink>
      <w:r>
        <w:rPr>
          <w:sz w:val="17"/>
        </w:rPr>
        <w:t>; accessed 19 October 2026; Source descriptor: Qatari state-funded broadcaster drawing on Iranian state media.</w:t>
      </w:r>
    </w:p>
    <w:p>
      <w:r>
        <w:rPr>
          <w:sz w:val="17"/>
          <w:vertAlign w:val="superscript"/>
        </w:rPr>
        <w:t>[19]</w:t>
      </w:r>
      <w:r>
        <w:rPr>
          <w:sz w:val="17"/>
        </w:rPr>
        <w:t xml:space="preserve"> Reuters; Arab News; "Authority: Marine tug targeted by two projectiles off Khor Fakkan in UAE"; 18 October 2026, 0441Z; </w:t>
      </w:r>
      <w:hyperlink r:id="rId28">
        <w:r>
          <w:rPr>
            <w:color w:val="8A5D00"/>
            <w:sz w:val="17"/>
          </w:rPr>
          <w:t xml:space="preserve">https://www.arabnews.com/middle-east/authority-marine-tug-targeted-by-two-projectiles-off-khor-fakkan-in-uae-3006965</w:t>
        </w:r>
      </w:hyperlink>
      <w:r>
        <w:rPr>
          <w:sz w:val="17"/>
        </w:rPr>
        <w:t>; accessed 19 October 2026; Source descriptor: international wire service carried by Saudi daily, citing UKMTO.</w:t>
      </w:r>
    </w:p>
    <w:p>
      <w:r>
        <w:rPr>
          <w:sz w:val="17"/>
          <w:vertAlign w:val="superscript"/>
        </w:rPr>
        <w:t>[20]</w:t>
      </w:r>
      <w:r>
        <w:rPr>
          <w:sz w:val="17"/>
        </w:rPr>
        <w:t xml:space="preserve"> Frank Andrews and Duarte Dias; CBS News; "Live Updates: Iran says Strait of Hormuz reopening, seven-day ceasefire conditions still on the table"; 18 October 2026, 1502 EDT (last update); </w:t>
      </w:r>
      <w:hyperlink r:id="rId29">
        <w:r>
          <w:rPr>
            <w:color w:val="8A5D00"/>
            <w:sz w:val="17"/>
          </w:rPr>
          <w:t xml:space="preserve">https://www.cbsnews.com/live-updates/iran-war-us-trump-strait-of-hormuz-yemen-houthis-saudi-arabia/</w:t>
        </w:r>
      </w:hyperlink>
      <w:r>
        <w:rPr>
          <w:sz w:val="17"/>
        </w:rPr>
        <w:t>; accessed 19 October 2026; Source descriptor: US network live blog.</w:t>
      </w:r>
    </w:p>
    <w:p>
      <w:r>
        <w:rPr>
          <w:sz w:val="17"/>
          <w:vertAlign w:val="superscript"/>
        </w:rPr>
        <w:t>[21]</w:t>
      </w:r>
      <w:r>
        <w:rPr>
          <w:sz w:val="17"/>
        </w:rPr>
        <w:t xml:space="preserve"> The New Arab Staff &amp; Agencies; The New Arab; "Iran urges US to accept proposal to reopen Strait of Hormuz"; 18 October 2026, 0816Z; </w:t>
      </w:r>
      <w:hyperlink r:id="rId30">
        <w:r>
          <w:rPr>
            <w:color w:val="8A5D00"/>
            <w:sz w:val="17"/>
          </w:rPr>
          <w:t xml:space="preserve">https://www.newarab.com/news/iran-urges-us-accept-proposal-reopen-strait-hormuz</w:t>
        </w:r>
      </w:hyperlink>
      <w:r>
        <w:rPr>
          <w:sz w:val="17"/>
        </w:rPr>
        <w:t>; accessed 19 October 2026; Source descriptor: Qatar-owned regional outlet.</w:t>
      </w:r>
    </w:p>
    <w:p>
      <w:r>
        <w:rPr>
          <w:sz w:val="17"/>
          <w:vertAlign w:val="superscript"/>
        </w:rPr>
        <w:t>[22]</w:t>
      </w:r>
      <w:r>
        <w:rPr>
          <w:sz w:val="17"/>
        </w:rPr>
        <w:t xml:space="preserve"> Staff; The National; "Iran names new defence minister as he warns US over 'Mother of All Bombs'"; 18 October 2026, 1032Z; </w:t>
      </w:r>
      <w:hyperlink r:id="rId31">
        <w:r>
          <w:rPr>
            <w:color w:val="8A5D00"/>
            <w:sz w:val="17"/>
          </w:rPr>
          <w:t xml:space="preserve">https://www.thenationalnews.com/news/mena/2026/10/18/iran-names-new-defence-minister-as-he-warns-us-over-mother-of-all-bombs/</w:t>
        </w:r>
      </w:hyperlink>
      <w:r>
        <w:rPr>
          <w:sz w:val="17"/>
        </w:rPr>
        <w:t>; accessed 19 October 2026; Source descriptor: UAE state-linked daily.</w:t>
      </w:r>
    </w:p>
    <w:p>
      <w:r>
        <w:rPr>
          <w:sz w:val="17"/>
          <w:vertAlign w:val="superscript"/>
        </w:rPr>
        <w:t>[23]</w:t>
      </w:r>
      <w:r>
        <w:rPr>
          <w:sz w:val="17"/>
        </w:rPr>
        <w:t xml:space="preserve"> David Vujanovic; The National; "Russia's Lavrov heads to Tehran as Gulf states press Moscow over Iran attacks"; 19 October 2026, 0643 GST; </w:t>
      </w:r>
      <w:hyperlink r:id="rId32">
        <w:r>
          <w:rPr>
            <w:color w:val="8A5D00"/>
            <w:sz w:val="17"/>
          </w:rPr>
          <w:t xml:space="preserve">https://www.thenationalnews.com/news/gulf/2026/10/19/russias-lavrov-heads-to-tehran-as-gulf-states-press-moscow-over-iran-attacks/</w:t>
        </w:r>
      </w:hyperlink>
      <w:r>
        <w:rPr>
          <w:sz w:val="17"/>
        </w:rPr>
        <w:t>; accessed 19 October 2026; Source descriptor: UAE state-linked daily.</w:t>
      </w:r>
    </w:p>
    <w:p>
      <w:r>
        <w:rPr>
          <w:sz w:val="17"/>
          <w:vertAlign w:val="superscript"/>
        </w:rPr>
        <w:t>[24]</w:t>
      </w:r>
      <w:r>
        <w:rPr>
          <w:sz w:val="17"/>
        </w:rPr>
        <w:t xml:space="preserve"> Yasmin Hussein, Laraib Anwer and Salma El Omla; Khaleej Times; "Saudi Arabia says Houthi projectile on Najran injures six, damages homes, vehicles"; 18 October 2026, live blog 0724-2329 GST; </w:t>
      </w:r>
      <w:hyperlink r:id="rId33">
        <w:r>
          <w:rPr>
            <w:color w:val="8A5D00"/>
            <w:sz w:val="17"/>
          </w:rPr>
          <w:t xml:space="preserve">https://www.khaleejtimes.com/world/mena/us-israel-iran-lebanon-war-live-updates-october-18-2026</w:t>
        </w:r>
      </w:hyperlink>
      <w:r>
        <w:rPr>
          <w:sz w:val="17"/>
        </w:rPr>
        <w:t>; accessed 19 October 2026; Source descriptor: UAE daily, live blog citing Saudi Civil Defence.</w:t>
      </w:r>
    </w:p>
    <w:p>
      <w:r>
        <w:rPr>
          <w:sz w:val="17"/>
          <w:vertAlign w:val="superscript"/>
        </w:rPr>
        <w:t>[25]</w:t>
      </w:r>
      <w:r>
        <w:rPr>
          <w:sz w:val="17"/>
        </w:rPr>
        <w:t xml:space="preserve"> Evelyn Lau; The National; "Riyadh airport reopens: Which airlines are still cancelling flights to Saudi Arabia?"; 18 October 2026, 1138 (time zone not stated); </w:t>
      </w:r>
      <w:hyperlink r:id="rId34">
        <w:r>
          <w:rPr>
            <w:color w:val="8A5D00"/>
            <w:sz w:val="17"/>
          </w:rPr>
          <w:t xml:space="preserve">https://www.thenationalnews.com/travel/2026/10/18/riyadh-airport-reopens-which-airlines-are-still-cancelling-flights-to-saudi-arabia/</w:t>
        </w:r>
      </w:hyperlink>
      <w:r>
        <w:rPr>
          <w:sz w:val="17"/>
        </w:rPr>
        <w:t>; accessed 19 October 2026; Source descriptor: UAE state-linked daily.</w:t>
      </w:r>
    </w:p>
    <w:p>
      <w:r>
        <w:rPr>
          <w:sz w:val="17"/>
          <w:vertAlign w:val="superscript"/>
        </w:rPr>
        <w:t>[26]</w:t>
      </w:r>
      <w:r>
        <w:rPr>
          <w:sz w:val="17"/>
        </w:rPr>
        <w:t xml:space="preserve"> U.S. Mission Saudi Arabia; U.S. Embassy Riyadh; "Security Alert: U.S. Mission Saudi Arabia – October 18, 2026"; 18 October 2026; </w:t>
      </w:r>
      <w:hyperlink r:id="rId35">
        <w:r>
          <w:rPr>
            <w:color w:val="8A5D00"/>
            <w:sz w:val="17"/>
          </w:rPr>
          <w:t xml:space="preserve">https://sa.usembassy.gov/security-alert-u-s-mission-saudi-arabia-october-18-2026/</w:t>
        </w:r>
      </w:hyperlink>
      <w:r>
        <w:rPr>
          <w:sz w:val="17"/>
        </w:rPr>
        <w:t>; accessed 19 October 2026; Source descriptor: official US government.</w:t>
      </w:r>
    </w:p>
    <w:p>
      <w:r>
        <w:rPr>
          <w:sz w:val="17"/>
          <w:vertAlign w:val="superscript"/>
        </w:rPr>
        <w:t>[27]</w:t>
      </w:r>
      <w:r>
        <w:rPr>
          <w:sz w:val="17"/>
        </w:rPr>
        <w:t xml:space="preserve"> Cara Anna; Associated Press (via PBS NewsHour); "Masked settlers attack European diplomats in the occupied West Bank"; 17 October 2026, 1228 EDT; </w:t>
      </w:r>
      <w:hyperlink r:id="rId36">
        <w:r>
          <w:rPr>
            <w:color w:val="8A5D00"/>
            <w:sz w:val="17"/>
          </w:rPr>
          <w:t xml:space="preserve">https://www.pbs.org/newshour/world/masked-settlers-attack-european-diplomats-in-the-occupied-west-bank</w:t>
        </w:r>
      </w:hyperlink>
      <w:r>
        <w:rPr>
          <w:sz w:val="17"/>
        </w:rPr>
        <w:t>; accessed 19 October 2026; Source descriptor: international wire service.</w:t>
      </w:r>
    </w:p>
    <w:p>
      <w:r>
        <w:rPr>
          <w:sz w:val="17"/>
          <w:vertAlign w:val="superscript"/>
        </w:rPr>
        <w:t>[28]</w:t>
      </w:r>
      <w:r>
        <w:rPr>
          <w:sz w:val="17"/>
        </w:rPr>
        <w:t xml:space="preserve"> Emanuel Fabian; Times of Israel; "Katz insists police must handle West Bank settler violence after spate of attacks" (live blog entry); 19 October 2026, 1155 IDT; </w:t>
      </w:r>
      <w:hyperlink r:id="rId37">
        <w:r>
          <w:rPr>
            <w:color w:val="8A5D00"/>
            <w:sz w:val="17"/>
          </w:rPr>
          <w:t xml:space="preserve">https://www.timesofisrael.com/liveblog-october-19-2026/</w:t>
        </w:r>
      </w:hyperlink>
      <w:r>
        <w:rPr>
          <w:sz w:val="17"/>
        </w:rPr>
        <w:t>; accessed 19 October 2026; Source descriptor: Israeli daily.</w:t>
      </w:r>
    </w:p>
    <w:p>
      <w:r>
        <w:rPr>
          <w:sz w:val="17"/>
          <w:vertAlign w:val="superscript"/>
        </w:rPr>
        <w:t>[29]</w:t>
      </w:r>
      <w:r>
        <w:rPr>
          <w:sz w:val="17"/>
        </w:rPr>
        <w:t xml:space="preserve"> Emanuel Fabian; Times of Israel; "Gaza strikes kill Hamas commander, two other operatives over weekend — IDF" (live blog entry); 19 October 2026, 0849 IDT; </w:t>
      </w:r>
      <w:hyperlink r:id="rId37">
        <w:r>
          <w:rPr>
            <w:color w:val="8A5D00"/>
            <w:sz w:val="17"/>
          </w:rPr>
          <w:t xml:space="preserve">https://www.timesofisrael.com/liveblog-october-19-2026/</w:t>
        </w:r>
      </w:hyperlink>
      <w:r>
        <w:rPr>
          <w:sz w:val="17"/>
        </w:rPr>
        <w:t>; accessed 19 October 2026; Source descriptor: Israeli daily relaying IDF statement.</w:t>
      </w:r>
    </w:p>
    <w:p>
      <w:r>
        <w:rPr>
          <w:sz w:val="17"/>
          <w:vertAlign w:val="superscript"/>
        </w:rPr>
        <w:t>[30]</w:t>
      </w:r>
      <w:r>
        <w:rPr>
          <w:sz w:val="17"/>
        </w:rPr>
        <w:t xml:space="preserve"> Staff; Xinhua; "4 Palestinians, including child, killed by Israeli fire in Gaza: sources"; 19 October 2026, 0604 CST; </w:t>
      </w:r>
      <w:hyperlink r:id="rId38">
        <w:r>
          <w:rPr>
            <w:color w:val="8A5D00"/>
            <w:sz w:val="17"/>
          </w:rPr>
          <w:t xml:space="preserve">https://english.news.cn/20261019/508bb188f5e44344bff9191611eaac9a/c.html</w:t>
        </w:r>
      </w:hyperlink>
      <w:r>
        <w:rPr>
          <w:sz w:val="17"/>
        </w:rPr>
        <w:t>; accessed 19 October 2026; Source descriptor: Chinese state news agency citing Gaza medical sources.</w:t>
      </w:r>
    </w:p>
    <w:p>
      <w:r>
        <w:rPr>
          <w:sz w:val="17"/>
          <w:vertAlign w:val="superscript"/>
        </w:rPr>
        <w:t>[31]</w:t>
      </w:r>
      <w:r>
        <w:rPr>
          <w:sz w:val="17"/>
        </w:rPr>
        <w:t xml:space="preserve"> Justin Salhani; Al Jazeera; "Hezbollah funding plan indicates a new challenge to Lebanon's government"; 19 October 2026, 0834; </w:t>
      </w:r>
      <w:hyperlink r:id="rId39">
        <w:r>
          <w:rPr>
            <w:color w:val="8A5D00"/>
            <w:sz w:val="17"/>
          </w:rPr>
          <w:t xml:space="preserve">https://www.aljazeera.com/news/2026/10/19/hezbollah-funding-plan-indicates-a-new-challenge-to-lebanons-government</w:t>
        </w:r>
      </w:hyperlink>
      <w:r>
        <w:rPr>
          <w:sz w:val="17"/>
        </w:rPr>
        <w:t>; accessed 19 October 2026; Source descriptor: Qatari state-funded broadcaster.</w:t>
      </w:r>
    </w:p>
    <w:p>
      <w:r>
        <w:rPr>
          <w:sz w:val="17"/>
          <w:vertAlign w:val="superscript"/>
        </w:rPr>
        <w:t>[32]</w:t>
      </w:r>
      <w:r>
        <w:rPr>
          <w:sz w:val="17"/>
        </w:rPr>
        <w:t xml:space="preserve"> Naimat Khan; Arab News Pakistan; "Pakistan says several Afghan Taliban killed, base camp destroyed in border clash"; 17 October 2026, 1528Z; </w:t>
      </w:r>
      <w:hyperlink r:id="rId40">
        <w:r>
          <w:rPr>
            <w:color w:val="8A5D00"/>
            <w:sz w:val="17"/>
          </w:rPr>
          <w:t xml:space="preserve">https://www.arabnews.pk/pakistan/pakistan-says-several-afghan-taliban-killed-base-camp-destroyed-in-border-clash-3004459</w:t>
        </w:r>
      </w:hyperlink>
      <w:r>
        <w:rPr>
          <w:sz w:val="17"/>
        </w:rPr>
        <w:t>; accessed 19 October 2026; Source descriptor: Saudi-owned outlet citing anonymous Pakistani security sources.</w:t>
      </w:r>
    </w:p>
    <w:p>
      <w:r>
        <w:rPr>
          <w:sz w:val="17"/>
          <w:vertAlign w:val="superscript"/>
        </w:rPr>
        <w:t>[33]</w:t>
      </w:r>
      <w:r>
        <w:rPr>
          <w:sz w:val="17"/>
        </w:rPr>
        <w:t xml:space="preserve"> PTI; ThePrint; "Pakistan suspends trade with Iran at two key border crossings over smuggling, security concerns"; 18 October 2026, 1316Z; </w:t>
      </w:r>
      <w:hyperlink r:id="rId41">
        <w:r>
          <w:rPr>
            <w:color w:val="8A5D00"/>
            <w:sz w:val="17"/>
          </w:rPr>
          <w:t xml:space="preserve">https://theprint.in/world/pakistan-suspends-trade-with-iran-at-two-key-border-crossings-over-smuggling-security-concerns/3075358/</w:t>
        </w:r>
      </w:hyperlink>
      <w:r>
        <w:rPr>
          <w:sz w:val="17"/>
        </w:rPr>
        <w:t>; accessed 19 October 2026; Source descriptor: Indian wire service carried by Indian digital outlet.</w:t>
      </w:r>
    </w:p>
    <w:p>
      <w:r>
        <w:rPr>
          <w:sz w:val="17"/>
          <w:vertAlign w:val="superscript"/>
        </w:rPr>
        <w:t>[34]</w:t>
      </w:r>
      <w:r>
        <w:rPr>
          <w:sz w:val="17"/>
        </w:rPr>
        <w:t xml:space="preserve"> Sinan Mahmoud; The National; "Iraq renews calls for pact with Gulf and says security 'cannot be brought from abroad'"; 18 October 2026, 1813 (time zone not stated); </w:t>
      </w:r>
      <w:hyperlink r:id="rId42">
        <w:r>
          <w:rPr>
            <w:color w:val="8A5D00"/>
            <w:sz w:val="17"/>
          </w:rPr>
          <w:t xml:space="preserve">https://www.thenationalnews.com/news/mena/2026/10/18/iraq-renews-calls-for-pact-with-gulf-and-says-security-cannot-be-brought-from-abroad/</w:t>
        </w:r>
      </w:hyperlink>
      <w:r>
        <w:rPr>
          <w:sz w:val="17"/>
        </w:rPr>
        <w:t>; accessed 19 October 2026; Source descriptor: UAE state-linked daily.</w:t>
      </w:r>
    </w:p>
    <w:p>
      <w:r>
        <w:rPr>
          <w:sz w:val="17"/>
          <w:vertAlign w:val="superscript"/>
        </w:rPr>
        <w:t>[35]</w:t>
      </w:r>
      <w:r>
        <w:rPr>
          <w:sz w:val="17"/>
        </w:rPr>
        <w:t xml:space="preserve"> Reuters; Arab News; "Minister of State: Qatar to soon announce center for local defense production"; 19 October 2026, 0732Z; </w:t>
      </w:r>
      <w:hyperlink r:id="rId43">
        <w:r>
          <w:rPr>
            <w:color w:val="8A5D00"/>
            <w:sz w:val="17"/>
          </w:rPr>
          <w:t xml:space="preserve">https://www.arabnews.com/middle-east/minister-of-state-qatar-to-soon-announce-center-for-local-defense-production-3007118</w:t>
        </w:r>
      </w:hyperlink>
      <w:r>
        <w:rPr>
          <w:sz w:val="17"/>
        </w:rPr>
        <w:t>; accessed 19 October 2026; Source descriptor: international wire service carried by Saudi daily.</w:t>
      </w:r>
    </w:p>
    <w:p>
      <w:r>
        <w:rPr>
          <w:sz w:val="17"/>
          <w:vertAlign w:val="superscript"/>
        </w:rPr>
        <w:t>[36]</w:t>
      </w:r>
      <w:r>
        <w:rPr>
          <w:sz w:val="17"/>
        </w:rPr>
        <w:t xml:space="preserve"> Staff; Arab News; "Syria foils suspected Daesh plot as landmine blast kills soldier"; 18 October 2026, 0306Z; </w:t>
      </w:r>
      <w:hyperlink r:id="rId44">
        <w:r>
          <w:rPr>
            <w:color w:val="8A5D00"/>
            <w:sz w:val="17"/>
          </w:rPr>
          <w:t xml:space="preserve">https://www.arabnews.pk/middle-east/syria-foils-suspected-daesh-plot-as-landmine-blast-kills-soldier-3004499</w:t>
        </w:r>
      </w:hyperlink>
      <w:r>
        <w:rPr>
          <w:sz w:val="17"/>
        </w:rPr>
        <w:t>; accessed 19 October 2026; Source descriptor: Saudi-owned outlet relying on Syrian state agency SANA.</w:t>
      </w:r>
    </w:p>
    <w:p>
      <w:r>
        <w:rPr>
          <w:b/>
        </w:rPr>
        <w:t>EUCOM</w:t>
      </w:r>
    </w:p>
    <w:p>
      <w:r>
        <w:rPr>
          <w:sz w:val="17"/>
          <w:vertAlign w:val="superscript"/>
        </w:rPr>
        <w:t>[37]</w:t>
      </w:r>
      <w:r>
        <w:rPr>
          <w:sz w:val="17"/>
        </w:rPr>
        <w:t xml:space="preserve"> Patrick Reevell, Kevin Shalvey and Anna Sergeeva; ABC News; "Ukraine targets Russia with more than 1,000 drones, striking oil terminal in St. Petersburg"; 18 October 2026, 2215Z (updated); </w:t>
      </w:r>
      <w:hyperlink r:id="rId45">
        <w:r>
          <w:rPr>
            <w:color w:val="8A5D00"/>
            <w:sz w:val="17"/>
          </w:rPr>
          <w:t xml:space="preserve">https://abcnews.com/International/ukraine-targets-russia-1000-drones-striking-oil-terminal/story?id=137358203</w:t>
        </w:r>
      </w:hyperlink>
      <w:r>
        <w:rPr>
          <w:sz w:val="17"/>
        </w:rPr>
        <w:t>; accessed 19 October 2026; Source descriptor: US network reporting from London and Moscow.</w:t>
      </w:r>
    </w:p>
    <w:p>
      <w:r>
        <w:rPr>
          <w:sz w:val="17"/>
          <w:vertAlign w:val="superscript"/>
        </w:rPr>
        <w:t>[38]</w:t>
      </w:r>
      <w:r>
        <w:rPr>
          <w:sz w:val="17"/>
        </w:rPr>
        <w:t xml:space="preserve"> Staff (AFP, AP, Reuters); Al Jazeera; "Ukraine launches over 1,000 drones at Russia, setting oil facilities ablaze"; 19 October 2026, 0210 (time zone not stated); </w:t>
      </w:r>
      <w:hyperlink r:id="rId46">
        <w:r>
          <w:rPr>
            <w:color w:val="8A5D00"/>
            <w:sz w:val="17"/>
          </w:rPr>
          <w:t xml:space="preserve">https://www.aljazeera.com/news/2026/10/19/ukrainian-drone-attack-on-russias-st-petersburg-kills-1-hits-energy-sites</w:t>
        </w:r>
      </w:hyperlink>
      <w:r>
        <w:rPr>
          <w:sz w:val="17"/>
        </w:rPr>
        <w:t>; accessed 19 October 2026; Source descriptor: international wire services carried by Qatari state-funded broadcaster.</w:t>
      </w:r>
    </w:p>
    <w:p>
      <w:r>
        <w:rPr>
          <w:sz w:val="17"/>
          <w:vertAlign w:val="superscript"/>
        </w:rPr>
        <w:t>[39]</w:t>
      </w:r>
      <w:r>
        <w:rPr>
          <w:sz w:val="17"/>
        </w:rPr>
        <w:t xml:space="preserve"> Linda Hourani; Kyiv Independent; "Russian drones hit western Ukraine as nationwide attacks kill 10, injure 73"; 18 October 2026, 1110Z; </w:t>
      </w:r>
      <w:hyperlink r:id="rId47">
        <w:r>
          <w:rPr>
            <w:color w:val="8A5D00"/>
            <w:sz w:val="17"/>
          </w:rPr>
          <w:t xml:space="preserve">https://kyivindependent.com/russian-drones-hit-western-ukraine-as-nationwide-attacks-kill-10-injure-73/</w:t>
        </w:r>
      </w:hyperlink>
      <w:r>
        <w:rPr>
          <w:sz w:val="17"/>
        </w:rPr>
        <w:t>; accessed 19 October 2026; Source descriptor: Ukrainian independent outlet citing the Air Force and regional governors.</w:t>
      </w:r>
    </w:p>
    <w:p>
      <w:r>
        <w:rPr>
          <w:sz w:val="17"/>
          <w:vertAlign w:val="superscript"/>
        </w:rPr>
        <w:t>[40]</w:t>
      </w:r>
      <w:r>
        <w:rPr>
          <w:sz w:val="17"/>
        </w:rPr>
        <w:t xml:space="preserve"> Abbey Fenbert; Kyiv Independent; "3 waves of Russian missiles slam Kyiv overnight, killing at least 1, injuring 8" (first published as "Russian ballistic missiles slam Kyiv right as air raid alarms sound"); 18 October 2026, 2020Z; </w:t>
      </w:r>
      <w:hyperlink r:id="rId48">
        <w:r>
          <w:rPr>
            <w:color w:val="8A5D00"/>
            <w:sz w:val="17"/>
          </w:rPr>
          <w:t xml:space="preserve">https://kyivindependent.com/russian-ballistic-missiles-slam-kyiv-right-as-air-raid-alarms-sound/</w:t>
        </w:r>
      </w:hyperlink>
      <w:r>
        <w:rPr>
          <w:sz w:val="17"/>
        </w:rPr>
        <w:t>; accessed 19 October 2026; Source descriptor: Ukrainian independent outlet reporting from Kyiv.</w:t>
      </w:r>
    </w:p>
    <w:p>
      <w:r>
        <w:rPr>
          <w:sz w:val="17"/>
          <w:vertAlign w:val="superscript"/>
        </w:rPr>
        <w:t>[41]</w:t>
      </w:r>
      <w:r>
        <w:rPr>
          <w:sz w:val="17"/>
        </w:rPr>
        <w:t xml:space="preserve"> Volodymyr Ivanyshyn; Kyiv Independent; "Trump waives latest Russia sanctions amid growing Ukraine-US tensions"; 17 October 2026, 0231Z; </w:t>
      </w:r>
      <w:hyperlink r:id="rId49">
        <w:r>
          <w:rPr>
            <w:color w:val="8A5D00"/>
            <w:sz w:val="17"/>
          </w:rPr>
          <w:t xml:space="preserve">https://kyivindependent.com/trump-waives-latest-russia-sanctions-amid-growing-ukraine-us-tensions/</w:t>
        </w:r>
      </w:hyperlink>
      <w:r>
        <w:rPr>
          <w:sz w:val="17"/>
        </w:rPr>
        <w:t>; accessed 19 October 2026; Source descriptor: Ukrainian independent outlet.</w:t>
      </w:r>
    </w:p>
    <w:p>
      <w:r>
        <w:rPr>
          <w:sz w:val="17"/>
          <w:vertAlign w:val="superscript"/>
        </w:rPr>
        <w:t>[42]</w:t>
      </w:r>
      <w:r>
        <w:rPr>
          <w:sz w:val="17"/>
        </w:rPr>
        <w:t xml:space="preserve"> Lachlan Hyatt; Kyiv Independent; "Marco Rubio says Trump's Russian oil sanctions waiver is a '60-day pause,' denies restricting Starlink access"; 18 October 2026, 0436Z; </w:t>
      </w:r>
      <w:hyperlink r:id="rId50">
        <w:r>
          <w:rPr>
            <w:color w:val="8A5D00"/>
            <w:sz w:val="17"/>
          </w:rPr>
          <w:t xml:space="preserve">https://kyivindependent.com/marco-rubio-says-trumps-russian-oil-sanctions-waiver-is-a-60-day-pause-denies-restricting-starlink-access/</w:t>
        </w:r>
      </w:hyperlink>
      <w:r>
        <w:rPr>
          <w:sz w:val="17"/>
        </w:rPr>
        <w:t>; accessed 19 October 2026; Source descriptor: Ukrainian independent outlet.</w:t>
      </w:r>
    </w:p>
    <w:p>
      <w:r>
        <w:rPr>
          <w:sz w:val="17"/>
          <w:vertAlign w:val="superscript"/>
        </w:rPr>
        <w:t>[43]</w:t>
      </w:r>
      <w:r>
        <w:rPr>
          <w:sz w:val="17"/>
        </w:rPr>
        <w:t xml:space="preserve"> Abbey Fenbert; Kyiv Independent; "'I want this war end' — Trump defends pro-Russian policies in scathing diatribe against Zelensky"; 18 October 2026, 2103Z; </w:t>
      </w:r>
      <w:hyperlink r:id="rId51">
        <w:r>
          <w:rPr>
            <w:color w:val="8A5D00"/>
            <w:sz w:val="17"/>
          </w:rPr>
          <w:t xml:space="preserve">https://kyivindependent.com/i-want-this-war-end-trump-defends-pro-russian-policies-in-scathing-diatribe-against-zelensky-2/</w:t>
        </w:r>
      </w:hyperlink>
      <w:r>
        <w:rPr>
          <w:sz w:val="17"/>
        </w:rPr>
        <w:t>; accessed 19 October 2026; Source descriptor: Ukrainian independent outlet; headline is editorialised.</w:t>
      </w:r>
    </w:p>
    <w:p>
      <w:r>
        <w:rPr>
          <w:sz w:val="17"/>
          <w:vertAlign w:val="superscript"/>
        </w:rPr>
        <w:t>[44]</w:t>
      </w:r>
      <w:r>
        <w:rPr>
          <w:sz w:val="17"/>
        </w:rPr>
        <w:t xml:space="preserve"> Al Jazeera Staff (AFP, Reuters); Al Jazeera; "Russia's war on Ukraine 'must be brought to an end', Zelenskyy says"; 18 October 2026, 1911 (time zone not stated); </w:t>
      </w:r>
      <w:hyperlink r:id="rId52">
        <w:r>
          <w:rPr>
            <w:color w:val="8A5D00"/>
            <w:sz w:val="17"/>
          </w:rPr>
          <w:t xml:space="preserve">https://www.aljazeera.com/news/2026/10/18/russias-war-on-ukraine-must-be-brought-to-an-end-zelenskyy-says</w:t>
        </w:r>
      </w:hyperlink>
      <w:r>
        <w:rPr>
          <w:sz w:val="17"/>
        </w:rPr>
        <w:t>; accessed 19 October 2026; Source descriptor: international wire services carried by Qatari state-funded broadcaster.</w:t>
      </w:r>
    </w:p>
    <w:p>
      <w:r>
        <w:rPr>
          <w:sz w:val="17"/>
          <w:vertAlign w:val="superscript"/>
        </w:rPr>
        <w:t>[45]</w:t>
      </w:r>
      <w:r>
        <w:rPr>
          <w:sz w:val="17"/>
        </w:rPr>
        <w:t xml:space="preserve"> Tamara Nowakowsky; Kyiv Independent; "US delaying Patriot missiles already paid for under NATO initiative, Zelensky says"; 19 October 2026, 0351Z; </w:t>
      </w:r>
      <w:hyperlink r:id="rId53">
        <w:r>
          <w:rPr>
            <w:color w:val="8A5D00"/>
            <w:sz w:val="17"/>
          </w:rPr>
          <w:t xml:space="preserve">https://kyivindependent.com/us-delaying-patriot-missiles-already-paid-for-under-nato-initiative-zelensky-says/</w:t>
        </w:r>
      </w:hyperlink>
      <w:r>
        <w:rPr>
          <w:sz w:val="17"/>
        </w:rPr>
        <w:t>; accessed 19 October 2026; Source descriptor: Ukrainian independent outlet relaying a Bloomberg interview.</w:t>
      </w:r>
    </w:p>
    <w:p>
      <w:r>
        <w:rPr>
          <w:sz w:val="17"/>
          <w:vertAlign w:val="superscript"/>
        </w:rPr>
        <w:t>[46]</w:t>
      </w:r>
      <w:r>
        <w:rPr>
          <w:sz w:val="17"/>
        </w:rPr>
        <w:t xml:space="preserve"> Rebecka Pieder; Kyiv Independent; "NATO jets scramble as drone explodes in Lithuanian airspace"; 18 October 2026, 1759Z; </w:t>
      </w:r>
      <w:hyperlink r:id="rId54">
        <w:r>
          <w:rPr>
            <w:color w:val="8A5D00"/>
            <w:sz w:val="17"/>
          </w:rPr>
          <w:t xml:space="preserve">https://kyivindependent.com/nato-jets-scramble-as-drone-explodes-in-lithuanian-airspace/</w:t>
        </w:r>
      </w:hyperlink>
      <w:r>
        <w:rPr>
          <w:sz w:val="17"/>
        </w:rPr>
        <w:t>; accessed 19 October 2026; Source descriptor: Ukrainian independent outlet.</w:t>
      </w:r>
    </w:p>
    <w:p>
      <w:r>
        <w:rPr>
          <w:sz w:val="17"/>
          <w:vertAlign w:val="superscript"/>
        </w:rPr>
        <w:t>[47]</w:t>
      </w:r>
      <w:r>
        <w:rPr>
          <w:sz w:val="17"/>
        </w:rPr>
        <w:t xml:space="preserve"> Linda Hourani; Kyiv Independent; "Lithuania foils arson attack on Starlink equipment, suspects Russian involvement"; 18 October 2026, 1257Z; </w:t>
      </w:r>
      <w:hyperlink r:id="rId55">
        <w:r>
          <w:rPr>
            <w:color w:val="8A5D00"/>
            <w:sz w:val="17"/>
          </w:rPr>
          <w:t xml:space="preserve">https://kyivindependent.com/lithuania-foils-arson-attack-on-starlink-equipment-suspects-russian-involvement/</w:t>
        </w:r>
      </w:hyperlink>
      <w:r>
        <w:rPr>
          <w:sz w:val="17"/>
        </w:rPr>
        <w:t>; accessed 19 October 2026; Source descriptor: Ukrainian independent outlet.</w:t>
      </w:r>
    </w:p>
    <w:p>
      <w:r>
        <w:rPr>
          <w:sz w:val="17"/>
          <w:vertAlign w:val="superscript"/>
        </w:rPr>
        <w:t>[48]</w:t>
      </w:r>
      <w:r>
        <w:rPr>
          <w:sz w:val="17"/>
        </w:rPr>
        <w:t xml:space="preserve"> Lachlan Hyatt; Kyiv Independent; "Romanian F-16s down two jet-powered drones after airspace incursion"; 17 October 2026, 2216Z; </w:t>
      </w:r>
      <w:hyperlink r:id="rId56">
        <w:r>
          <w:rPr>
            <w:color w:val="8A5D00"/>
            <w:sz w:val="17"/>
          </w:rPr>
          <w:t xml:space="preserve">https://kyivindependent.com/romanian-f-16s-down-two-jet-powered-drones-after-airspace-incursion/</w:t>
        </w:r>
      </w:hyperlink>
      <w:r>
        <w:rPr>
          <w:sz w:val="17"/>
        </w:rPr>
        <w:t>; accessed 19 October 2026; Source descriptor: Ukrainian independent outlet citing the Romanian defence ministry.</w:t>
      </w:r>
    </w:p>
    <w:p>
      <w:r>
        <w:rPr>
          <w:sz w:val="17"/>
          <w:vertAlign w:val="superscript"/>
        </w:rPr>
        <w:t>[49]</w:t>
      </w:r>
      <w:r>
        <w:rPr>
          <w:sz w:val="17"/>
        </w:rPr>
        <w:t xml:space="preserve"> Tamara Nowakowsky; Kyiv Independent; "Zelensky warns Russia may expand missile threats from Belarus against western Ukraine"; 17 October 2026, 2026Z; </w:t>
      </w:r>
      <w:hyperlink r:id="rId57">
        <w:r>
          <w:rPr>
            <w:color w:val="8A5D00"/>
            <w:sz w:val="17"/>
          </w:rPr>
          <w:t xml:space="preserve">https://kyivindependent.com/zelensky-warns-russia-may-expand-missile-threats-from-belarus-against-western-ukraine/</w:t>
        </w:r>
      </w:hyperlink>
      <w:r>
        <w:rPr>
          <w:sz w:val="17"/>
        </w:rPr>
        <w:t>; accessed 19 October 2026; Source descriptor: Ukrainian independent outlet relaying Ukrainian government claims.</w:t>
      </w:r>
    </w:p>
    <w:p>
      <w:r>
        <w:rPr>
          <w:sz w:val="17"/>
          <w:vertAlign w:val="superscript"/>
        </w:rPr>
        <w:t>[50]</w:t>
      </w:r>
      <w:r>
        <w:rPr>
          <w:sz w:val="17"/>
        </w:rPr>
        <w:t xml:space="preserve"> Rebecka Pieder; Kyiv Independent; "Zelensky: Ukraine has retaken more territory than Russia captured this fall"; 18 October 2026, 2234Z; </w:t>
      </w:r>
      <w:hyperlink r:id="rId58">
        <w:r>
          <w:rPr>
            <w:color w:val="8A5D00"/>
            <w:sz w:val="17"/>
          </w:rPr>
          <w:t xml:space="preserve">https://kyivindependent.com/zelensky-ukraine-has-retaken-more-territory-than-russia-captured-this-fall/</w:t>
        </w:r>
      </w:hyperlink>
      <w:r>
        <w:rPr>
          <w:sz w:val="17"/>
        </w:rPr>
        <w:t>; accessed 19 October 2026; Source descriptor: Ukrainian independent outlet relaying Ukrainian government claims.</w:t>
      </w:r>
    </w:p>
    <w:p>
      <w:r>
        <w:rPr>
          <w:sz w:val="17"/>
          <w:vertAlign w:val="superscript"/>
        </w:rPr>
        <w:t>[51]</w:t>
      </w:r>
      <w:r>
        <w:rPr>
          <w:sz w:val="17"/>
        </w:rPr>
        <w:t xml:space="preserve"> Tamara Nowakowsky; Kyiv Independent; "Russian troops executed Ukrainian POWs in Zaporizhzhia Oblast, military says"; 17 October 2026, 1631Z; </w:t>
      </w:r>
      <w:hyperlink r:id="rId59">
        <w:r>
          <w:rPr>
            <w:color w:val="8A5D00"/>
            <w:sz w:val="17"/>
          </w:rPr>
          <w:t xml:space="preserve">https://kyivindependent.com/russian-troops-executed-ukrainian-pows-in-zaporizhzhia-oblast-military-says/</w:t>
        </w:r>
      </w:hyperlink>
      <w:r>
        <w:rPr>
          <w:sz w:val="17"/>
        </w:rPr>
        <w:t>; accessed 19 October 2026; Source descriptor: Ukrainian independent outlet relaying a Ukrainian military claim.</w:t>
      </w:r>
    </w:p>
    <w:p>
      <w:r>
        <w:rPr>
          <w:sz w:val="17"/>
          <w:vertAlign w:val="superscript"/>
        </w:rPr>
        <w:t>[52]</w:t>
      </w:r>
      <w:r>
        <w:rPr>
          <w:sz w:val="17"/>
        </w:rPr>
        <w:t xml:space="preserve"> Linda Hourani; Kyiv Independent; "Hungary ready to allow Ukrainian grain transit to Western Europe, prime minister says"; 18 October 2026, 0813Z; </w:t>
      </w:r>
      <w:hyperlink r:id="rId60">
        <w:r>
          <w:rPr>
            <w:color w:val="8A5D00"/>
            <w:sz w:val="17"/>
          </w:rPr>
          <w:t xml:space="preserve">https://kyivindependent.com/hungary-ready-to-allow-ukrainian-grain-transit-to-western-europe-prime-minister-says/</w:t>
        </w:r>
      </w:hyperlink>
      <w:r>
        <w:rPr>
          <w:sz w:val="17"/>
        </w:rPr>
        <w:t>; accessed 19 October 2026; Source descriptor: Ukrainian independent outlet citing an RTL interview.</w:t>
      </w:r>
    </w:p>
    <w:p>
      <w:r>
        <w:rPr>
          <w:sz w:val="17"/>
          <w:vertAlign w:val="superscript"/>
        </w:rPr>
        <w:t>[53]</w:t>
      </w:r>
      <w:r>
        <w:rPr>
          <w:sz w:val="17"/>
        </w:rPr>
        <w:t xml:space="preserve"> Staff; Africanews; "Smashed storefronts, burned buildings: France wakes up to aftermath of violent protests"; 18 October 2026, 1159 (time zone not stated); </w:t>
      </w:r>
      <w:hyperlink r:id="rId61">
        <w:r>
          <w:rPr>
            <w:color w:val="8A5D00"/>
            <w:sz w:val="17"/>
          </w:rPr>
          <w:t xml:space="preserve">https://www.africanews.com/2026/10/18/smashed-storefronts-burned-buildings-france-wakes-up-to-aftermath-of-violent-protests/</w:t>
        </w:r>
      </w:hyperlink>
      <w:r>
        <w:rPr>
          <w:sz w:val="17"/>
        </w:rPr>
        <w:t>; accessed 19 October 2026; Source descriptor: pan-African broadcaster using wire copy.</w:t>
      </w:r>
    </w:p>
    <w:p>
      <w:r>
        <w:rPr>
          <w:b/>
        </w:rPr>
        <w:t>INDOPACOM</w:t>
      </w:r>
    </w:p>
    <w:p>
      <w:r>
        <w:rPr>
          <w:sz w:val="17"/>
          <w:vertAlign w:val="superscript"/>
        </w:rPr>
        <w:t>[54]</w:t>
      </w:r>
      <w:r>
        <w:rPr>
          <w:sz w:val="17"/>
        </w:rPr>
        <w:t xml:space="preserve"> Gwak Sang-eun; SBS News; "U.S. and Japan Begin Keen Sword Joint Military Drill... 'Largest Scale Ever'"; 19 October 2026, 1134 KST; </w:t>
      </w:r>
      <w:hyperlink r:id="rId62">
        <w:r>
          <w:rPr>
            <w:color w:val="8A5D00"/>
            <w:sz w:val="17"/>
          </w:rPr>
          <w:t xml:space="preserve">https://news.sbs.co.kr/english/article.do?news_id=N1008804120</w:t>
        </w:r>
      </w:hyperlink>
      <w:r>
        <w:rPr>
          <w:sz w:val="17"/>
        </w:rPr>
        <w:t>; accessed 19 October 2026; Source descriptor: major South Korean broadcaster.</w:t>
      </w:r>
    </w:p>
    <w:p>
      <w:r>
        <w:rPr>
          <w:sz w:val="17"/>
          <w:vertAlign w:val="superscript"/>
        </w:rPr>
        <w:t>[55]</w:t>
      </w:r>
      <w:r>
        <w:rPr>
          <w:sz w:val="17"/>
        </w:rPr>
        <w:t xml:space="preserve"> Akihito Muranaka; The Eastern Herald; "Keen Sword Opens Near Taiwan as Yonaguni Is Told to Clear Roads"; 18 October 2026; </w:t>
      </w:r>
      <w:hyperlink r:id="rId63">
        <w:r>
          <w:rPr>
            <w:color w:val="8A5D00"/>
            <w:sz w:val="17"/>
          </w:rPr>
          <w:t xml:space="preserve">https://easternherald.com/2026/10/18/keen-sword-yonaguni-japan-us-drills/</w:t>
        </w:r>
      </w:hyperlink>
      <w:r>
        <w:rPr>
          <w:sz w:val="17"/>
        </w:rPr>
        <w:t>; accessed 19 October 2026; Source descriptor: lesser-known online outlet citing Kyodo, TASS and the Japanese Joint Staff.</w:t>
      </w:r>
    </w:p>
    <w:p>
      <w:r>
        <w:rPr>
          <w:sz w:val="17"/>
          <w:vertAlign w:val="superscript"/>
        </w:rPr>
        <w:t>[56]</w:t>
      </w:r>
      <w:r>
        <w:rPr>
          <w:sz w:val="17"/>
        </w:rPr>
        <w:t xml:space="preserve"> Staff; TASS; "Joint military drills with US kick off in Japan"; 19 October 2026; </w:t>
      </w:r>
      <w:hyperlink r:id="rId64">
        <w:r>
          <w:rPr>
            <w:color w:val="8A5D00"/>
            <w:sz w:val="17"/>
          </w:rPr>
          <w:t xml:space="preserve">https://tass.com/world/2203897</w:t>
        </w:r>
      </w:hyperlink>
      <w:r>
        <w:rPr>
          <w:sz w:val="17"/>
        </w:rPr>
        <w:t>; accessed 19 October 2026; Source descriptor: Russian state news agency citing Kyodo.</w:t>
      </w:r>
    </w:p>
    <w:p>
      <w:r>
        <w:rPr>
          <w:sz w:val="17"/>
          <w:vertAlign w:val="superscript"/>
        </w:rPr>
        <w:t>[57]</w:t>
      </w:r>
      <w:r>
        <w:rPr>
          <w:sz w:val="17"/>
        </w:rPr>
        <w:t xml:space="preserve"> Feng Fan; Global Times; "US-Japan 'Keen Sword 27' drills to begin amid protests in Japan; expert warns of further provocations against China"; 18 October 2026, 1603 CST; </w:t>
      </w:r>
      <w:hyperlink r:id="rId65">
        <w:r>
          <w:rPr>
            <w:color w:val="8A5D00"/>
            <w:sz w:val="17"/>
          </w:rPr>
          <w:t xml:space="preserve">https://www.globaltimes.cn/page/202610/1372465.shtml</w:t>
        </w:r>
      </w:hyperlink>
      <w:r>
        <w:rPr>
          <w:sz w:val="17"/>
        </w:rPr>
        <w:t>; accessed 19 October 2026; Source descriptor: Chinese state-affiliated media.</w:t>
      </w:r>
    </w:p>
    <w:p>
      <w:r>
        <w:rPr>
          <w:sz w:val="17"/>
          <w:vertAlign w:val="superscript"/>
        </w:rPr>
        <w:t>[58]</w:t>
      </w:r>
      <w:r>
        <w:rPr>
          <w:sz w:val="17"/>
        </w:rPr>
        <w:t xml:space="preserve"> Staff (AFP); Malay Mail; "Taiwan says it drove away 16 Chinese vessels in coordinated 'maritime harassment'"; 18 October 2026, 1932 MYT; </w:t>
      </w:r>
      <w:hyperlink r:id="rId66">
        <w:r>
          <w:rPr>
            <w:color w:val="8A5D00"/>
            <w:sz w:val="17"/>
          </w:rPr>
          <w:t xml:space="preserve">https://www.malaymail.com/news/world/2026/10/18/taiwan-says-it-drove-away-16-chinese-vessels-in-coordinated-maritime-harassment/239642</w:t>
        </w:r>
      </w:hyperlink>
      <w:r>
        <w:rPr>
          <w:sz w:val="17"/>
        </w:rPr>
        <w:t>; accessed 19 October 2026; Source descriptor: international wire service carried by Malaysian daily.</w:t>
      </w:r>
    </w:p>
    <w:p>
      <w:r>
        <w:rPr>
          <w:sz w:val="17"/>
          <w:vertAlign w:val="superscript"/>
        </w:rPr>
        <w:t>[59]</w:t>
      </w:r>
      <w:r>
        <w:rPr>
          <w:sz w:val="17"/>
        </w:rPr>
        <w:t xml:space="preserve"> Al Jazeera Staff and AFP; Al Jazeera; "'Hybrid warfare': Taiwan drives away 16 Chinese ships"; 18 October 2026, 1625 (time zone not stated); </w:t>
      </w:r>
      <w:hyperlink r:id="rId67">
        <w:r>
          <w:rPr>
            <w:color w:val="8A5D00"/>
            <w:sz w:val="17"/>
          </w:rPr>
          <w:t xml:space="preserve">https://www.aljazeera.com/news/2026/10/18/taiwan-drives-away-16-chinese-ships-accused-of-maritime-harassment</w:t>
        </w:r>
      </w:hyperlink>
      <w:r>
        <w:rPr>
          <w:sz w:val="17"/>
        </w:rPr>
        <w:t>; accessed 19 October 2026; Source descriptor: Qatari state-funded broadcaster using wire copy.</w:t>
      </w:r>
    </w:p>
    <w:p>
      <w:r>
        <w:rPr>
          <w:sz w:val="17"/>
          <w:vertAlign w:val="superscript"/>
        </w:rPr>
        <w:t>[60]</w:t>
      </w:r>
      <w:r>
        <w:rPr>
          <w:sz w:val="17"/>
        </w:rPr>
        <w:t xml:space="preserve"> Staff (AFP); Taipei Times; "Taiwan says drives away 16 Chinese ships involved in 'maritime harassment'"; 19 October 2026; </w:t>
      </w:r>
      <w:hyperlink r:id="rId68">
        <w:r>
          <w:rPr>
            <w:color w:val="8A5D00"/>
            <w:sz w:val="17"/>
          </w:rPr>
          <w:t xml:space="preserve">https://www.taipeitimes.com/News/taiwan/archives/2026/10/19/2003866217</w:t>
        </w:r>
      </w:hyperlink>
      <w:r>
        <w:rPr>
          <w:sz w:val="17"/>
        </w:rPr>
        <w:t>; accessed 19 October 2026; Source descriptor: Taiwanese daily.</w:t>
      </w:r>
    </w:p>
    <w:p>
      <w:r>
        <w:rPr>
          <w:sz w:val="17"/>
          <w:vertAlign w:val="superscript"/>
        </w:rPr>
        <w:t>[61]</w:t>
      </w:r>
      <w:r>
        <w:rPr>
          <w:sz w:val="17"/>
        </w:rPr>
        <w:t xml:space="preserve"> Staff (ANI); webindia123; "Taiwan detects 5 PLA aircraft, 6 PLAN vessels operating around island"; 19 October 2026, 0730 IST; </w:t>
      </w:r>
      <w:hyperlink r:id="rId69">
        <w:r>
          <w:rPr>
            <w:color w:val="8A5D00"/>
            <w:sz w:val="17"/>
          </w:rPr>
          <w:t xml:space="preserve">https://news.webindia123.com/news/Articles/World/20261019/4512574.html</w:t>
        </w:r>
      </w:hyperlink>
      <w:r>
        <w:rPr>
          <w:sz w:val="17"/>
        </w:rPr>
        <w:t>; accessed 19 October 2026; Source descriptor: Indian wire service relaying Taiwan's defence ministry.</w:t>
      </w:r>
    </w:p>
    <w:p>
      <w:r>
        <w:rPr>
          <w:sz w:val="17"/>
          <w:vertAlign w:val="superscript"/>
        </w:rPr>
        <w:t>[62]</w:t>
      </w:r>
      <w:r>
        <w:rPr>
          <w:sz w:val="17"/>
        </w:rPr>
        <w:t xml:space="preserve"> Staff; Taiwan News; "Taiwan tracks 14 Chinese ships, 2 military aircraft"; 18 October 2026, 1120 local; </w:t>
      </w:r>
      <w:hyperlink r:id="rId70">
        <w:r>
          <w:rPr>
            <w:color w:val="8A5D00"/>
            <w:sz w:val="17"/>
          </w:rPr>
          <w:t xml:space="preserve">https://www.taiwannews.com.tw/news/6460224</w:t>
        </w:r>
      </w:hyperlink>
      <w:r>
        <w:rPr>
          <w:sz w:val="17"/>
        </w:rPr>
        <w:t>; accessed 19 October 2026; Source descriptor: Taiwanese outlet relaying the defence ministry.</w:t>
      </w:r>
    </w:p>
    <w:p>
      <w:r>
        <w:rPr>
          <w:sz w:val="17"/>
          <w:vertAlign w:val="superscript"/>
        </w:rPr>
        <w:t>[63]</w:t>
      </w:r>
      <w:r>
        <w:rPr>
          <w:sz w:val="17"/>
        </w:rPr>
        <w:t xml:space="preserve"> Staff; Taiwan News; "Taiwan tracks 9 Chinese military aircraft and 14 ships"; 17 October 2026, 1051 local; </w:t>
      </w:r>
      <w:hyperlink r:id="rId71">
        <w:r>
          <w:rPr>
            <w:color w:val="8A5D00"/>
            <w:sz w:val="17"/>
          </w:rPr>
          <w:t xml:space="preserve">https://www.taiwannews.com.tw/news/6459983</w:t>
        </w:r>
      </w:hyperlink>
      <w:r>
        <w:rPr>
          <w:sz w:val="17"/>
        </w:rPr>
        <w:t>; accessed 19 October 2026; Source descriptor: Taiwanese outlet relaying the defence ministry.</w:t>
      </w:r>
    </w:p>
    <w:p>
      <w:r>
        <w:rPr>
          <w:sz w:val="17"/>
          <w:vertAlign w:val="superscript"/>
        </w:rPr>
        <w:t>[64]</w:t>
      </w:r>
      <w:r>
        <w:rPr>
          <w:sz w:val="17"/>
        </w:rPr>
        <w:t xml:space="preserve"> Michael Punongbayan; The Philippine Star; "China embassy dares Congress: Just do it"; 18 October 2026, 0000 PHT; </w:t>
      </w:r>
      <w:hyperlink r:id="rId72">
        <w:r>
          <w:rPr>
            <w:color w:val="8A5D00"/>
            <w:sz w:val="17"/>
          </w:rPr>
          <w:t xml:space="preserve">https://www.philstar.com/headlines/2026/10/18/2563982/china-embassy-dares-congress-just-do-it</w:t>
        </w:r>
      </w:hyperlink>
      <w:r>
        <w:rPr>
          <w:sz w:val="17"/>
        </w:rPr>
        <w:t>; accessed 19 October 2026; Source descriptor: major Philippine daily.</w:t>
      </w:r>
    </w:p>
    <w:p>
      <w:r>
        <w:rPr>
          <w:sz w:val="17"/>
          <w:vertAlign w:val="superscript"/>
        </w:rPr>
        <w:t>[65]</w:t>
      </w:r>
      <w:r>
        <w:rPr>
          <w:sz w:val="17"/>
        </w:rPr>
        <w:t xml:space="preserve"> James Daniel Danio and Allen Limos; The Manila Times; "Calls mount to expel Chinese ambassador"; 18 October 2026; </w:t>
      </w:r>
      <w:hyperlink r:id="rId73">
        <w:r>
          <w:rPr>
            <w:color w:val="8A5D00"/>
            <w:sz w:val="17"/>
          </w:rPr>
          <w:t xml:space="preserve">https://www.manilatimes.net/2026/10/18/news/national/calls-mount-to-expel-chinese-ambassador/2447873</w:t>
        </w:r>
      </w:hyperlink>
      <w:r>
        <w:rPr>
          <w:sz w:val="17"/>
        </w:rPr>
        <w:t>; accessed 19 October 2026; Source descriptor: major Philippine daily.</w:t>
      </w:r>
    </w:p>
    <w:p>
      <w:r>
        <w:rPr>
          <w:sz w:val="17"/>
          <w:vertAlign w:val="superscript"/>
        </w:rPr>
        <w:t>[66]</w:t>
      </w:r>
      <w:r>
        <w:rPr>
          <w:sz w:val="17"/>
        </w:rPr>
        <w:t xml:space="preserve"> Abi Sarabia M.; Philippine Canadian Inquirer; "Chinese Embassy dares PH lawmakers to declare envoy persona non grata as diplomatic tensions escalate"; 18 October 2026, 0607Z; </w:t>
      </w:r>
      <w:hyperlink r:id="rId74">
        <w:r>
          <w:rPr>
            <w:color w:val="8A5D00"/>
            <w:sz w:val="17"/>
          </w:rPr>
          <w:t xml:space="preserve">https://canadianinquirer.net/2026/10/18/chinese-embassy-dares-ph-lawmakers-to-declare-envoy-persona-non-grata-as-diplomatic-tensions-escalate/</w:t>
        </w:r>
      </w:hyperlink>
      <w:r>
        <w:rPr>
          <w:sz w:val="17"/>
        </w:rPr>
        <w:t>; accessed 19 October 2026; Source descriptor: Philippine diaspora outlet.</w:t>
      </w:r>
    </w:p>
    <w:p>
      <w:r>
        <w:rPr>
          <w:sz w:val="17"/>
          <w:vertAlign w:val="superscript"/>
        </w:rPr>
        <w:t>[67]</w:t>
      </w:r>
      <w:r>
        <w:rPr>
          <w:sz w:val="17"/>
        </w:rPr>
        <w:t xml:space="preserve"> Staff; Global Times; "Certain Philippine politician damages China ties and defense relations due to selfish interests: Chinese defense ministry"; 16 October 2026, 1558 CST; </w:t>
      </w:r>
      <w:hyperlink r:id="rId75">
        <w:r>
          <w:rPr>
            <w:color w:val="8A5D00"/>
            <w:sz w:val="17"/>
          </w:rPr>
          <w:t xml:space="preserve">https://www.globaltimes.cn/page/202610/1372402.shtml</w:t>
        </w:r>
      </w:hyperlink>
      <w:r>
        <w:rPr>
          <w:sz w:val="17"/>
        </w:rPr>
        <w:t>; accessed 19 October 2026; Source descriptor: Chinese state-affiliated media relaying the defence ministry.</w:t>
      </w:r>
    </w:p>
    <w:p>
      <w:r>
        <w:rPr>
          <w:sz w:val="17"/>
          <w:vertAlign w:val="superscript"/>
        </w:rPr>
        <w:t>[68]</w:t>
      </w:r>
      <w:r>
        <w:rPr>
          <w:sz w:val="17"/>
        </w:rPr>
        <w:t xml:space="preserve"> Liang Rui; Global Times; "Four of the PLA Navy's Type 071 amphibious dock landing ships conduct rare live-fire exercise: state media report"; 18 October 2026, 2113 CST; </w:t>
      </w:r>
      <w:hyperlink r:id="rId76">
        <w:r>
          <w:rPr>
            <w:color w:val="8A5D00"/>
            <w:sz w:val="17"/>
          </w:rPr>
          <w:t xml:space="preserve">https://www.globaltimes.cn/page/202610/1372490.shtml</w:t>
        </w:r>
      </w:hyperlink>
      <w:r>
        <w:rPr>
          <w:sz w:val="17"/>
        </w:rPr>
        <w:t>; accessed 19 October 2026; Source descriptor: Chinese state-affiliated media relaying CCTV.</w:t>
      </w:r>
    </w:p>
    <w:p>
      <w:r>
        <w:rPr>
          <w:sz w:val="17"/>
          <w:vertAlign w:val="superscript"/>
        </w:rPr>
        <w:t>[69]</w:t>
      </w:r>
      <w:r>
        <w:rPr>
          <w:sz w:val="17"/>
        </w:rPr>
        <w:t xml:space="preserve"> Staff (Yonhap); The Korea Times; "N. Korea tests new precision-guided torpedo using AI: KCNA"; 17 October 2026, 0926 KST; </w:t>
      </w:r>
      <w:hyperlink r:id="rId77">
        <w:r>
          <w:rPr>
            <w:color w:val="8A5D00"/>
            <w:sz w:val="17"/>
          </w:rPr>
          <w:t xml:space="preserve">https://www.koreatimes.co.kr/foreignaffairs/northkorea/20261017/n-korea-tests-new-precision-guided-torpedo-using-ai-kcna</w:t>
        </w:r>
      </w:hyperlink>
      <w:r>
        <w:rPr>
          <w:sz w:val="17"/>
        </w:rPr>
        <w:t>; accessed 19 October 2026; Source descriptor: South Korean wire service carried by South Korean daily, relaying North Korean state media.</w:t>
      </w:r>
    </w:p>
    <w:p>
      <w:r>
        <w:rPr>
          <w:sz w:val="17"/>
          <w:vertAlign w:val="superscript"/>
        </w:rPr>
        <w:t>[70]</w:t>
      </w:r>
      <w:r>
        <w:rPr>
          <w:sz w:val="17"/>
        </w:rPr>
        <w:t xml:space="preserve"> Kim Won-Jin; The Kyunghyang Shinmun; "North Korea claims it has test-fired an AI-equipped 'torpedo' this time···in response to South Korea's hypersonic missile launch"; 18 October 2026, 1418 KST; </w:t>
      </w:r>
      <w:hyperlink r:id="rId78">
        <w:r>
          <w:rPr>
            <w:color w:val="8A5D00"/>
            <w:sz w:val="17"/>
          </w:rPr>
          <w:t xml:space="preserve">https://www.khan.co.kr/en/article/202610181418017/</w:t>
        </w:r>
      </w:hyperlink>
      <w:r>
        <w:rPr>
          <w:sz w:val="17"/>
        </w:rPr>
        <w:t>; accessed 19 October 2026; Source descriptor: major South Korean daily.</w:t>
      </w:r>
    </w:p>
    <w:p>
      <w:r>
        <w:rPr>
          <w:sz w:val="17"/>
          <w:vertAlign w:val="superscript"/>
        </w:rPr>
        <w:t>[71]</w:t>
      </w:r>
      <w:r>
        <w:rPr>
          <w:sz w:val="17"/>
        </w:rPr>
        <w:t xml:space="preserve"> Kim Hye-young; SBS News; "North Korea Hosts Banquet in Russia Marking 78th Diplomatic Anniversary, Flaunts 'Invincible Comrades-in-Arms' Ties"; 19 October 2026, 1543 KST; </w:t>
      </w:r>
      <w:hyperlink r:id="rId79">
        <w:r>
          <w:rPr>
            <w:color w:val="8A5D00"/>
            <w:sz w:val="17"/>
          </w:rPr>
          <w:t xml:space="preserve">https://news.sbs.co.kr/english/article.do?news_id=N1008804621</w:t>
        </w:r>
      </w:hyperlink>
      <w:r>
        <w:rPr>
          <w:sz w:val="17"/>
        </w:rPr>
        <w:t>; accessed 19 October 2026; Source descriptor: major South Korean broadcaster relaying North Korean state media.</w:t>
      </w:r>
    </w:p>
    <w:p>
      <w:r>
        <w:rPr>
          <w:sz w:val="17"/>
          <w:vertAlign w:val="superscript"/>
        </w:rPr>
        <w:t>[72]</w:t>
      </w:r>
      <w:r>
        <w:rPr>
          <w:sz w:val="17"/>
        </w:rPr>
        <w:t xml:space="preserve"> Tyler Rogoway; The War Zone; "Second Chinese Submarine Drone Mothership Emerges"; 18 October 2026, 1431 EDT; </w:t>
      </w:r>
      <w:hyperlink r:id="rId80">
        <w:r>
          <w:rPr>
            <w:color w:val="8A5D00"/>
            <w:sz w:val="17"/>
          </w:rPr>
          <w:t xml:space="preserve">https://www.twz.com/sea/second-chinese-submarine-drone-mothership-emerges</w:t>
        </w:r>
      </w:hyperlink>
      <w:r>
        <w:rPr>
          <w:sz w:val="17"/>
        </w:rPr>
        <w:t>; accessed 19 October 2026; Source descriptor: specialist defence outlet using commercial satellite imagery.</w:t>
      </w:r>
    </w:p>
    <w:p>
      <w:r>
        <w:rPr>
          <w:sz w:val="17"/>
          <w:vertAlign w:val="superscript"/>
        </w:rPr>
        <w:t>[73]</w:t>
      </w:r>
      <w:r>
        <w:rPr>
          <w:sz w:val="17"/>
        </w:rPr>
        <w:t xml:space="preserve"> Alex Luck; Naval News; "Australia advances undersea warfare capabilities"; 19 October 2026, 0716Z; </w:t>
      </w:r>
      <w:hyperlink r:id="rId81">
        <w:r>
          <w:rPr>
            <w:color w:val="8A5D00"/>
            <w:sz w:val="17"/>
          </w:rPr>
          <w:t xml:space="preserve">https://www.navalnews.com/naval-news/2026/10/australia-advances-undersea-warfare-capabilities</w:t>
        </w:r>
      </w:hyperlink>
      <w:r>
        <w:rPr>
          <w:sz w:val="17"/>
        </w:rPr>
        <w:t>; accessed 19 October 2026; Source descriptor: specialist naval outlet.</w:t>
      </w:r>
    </w:p>
    <w:p>
      <w:r>
        <w:rPr>
          <w:sz w:val="17"/>
          <w:vertAlign w:val="superscript"/>
        </w:rPr>
        <w:t>[74]</w:t>
      </w:r>
      <w:r>
        <w:rPr>
          <w:sz w:val="17"/>
        </w:rPr>
        <w:t xml:space="preserve"> Web Desk; The Express Tribune; "Pakistan extends airspace ban for Indian aircraft until October 23"; 17 October 2026, 1950Z; </w:t>
      </w:r>
      <w:hyperlink r:id="rId82">
        <w:r>
          <w:rPr>
            <w:color w:val="8A5D00"/>
            <w:sz w:val="17"/>
          </w:rPr>
          <w:t xml:space="preserve">https://tribune.com.pk/story/2635407/pakistan-extends-airspace-ban-for-indian-aircraft-until-october-23-1</w:t>
        </w:r>
      </w:hyperlink>
      <w:r>
        <w:rPr>
          <w:sz w:val="17"/>
        </w:rPr>
        <w:t>; accessed 19 October 2026; Source descriptor: major Pakistani daily; headline date conflicts with article text.</w:t>
      </w:r>
    </w:p>
    <w:p>
      <w:r>
        <w:rPr>
          <w:b/>
        </w:rPr>
        <w:t>NORTHCOM</w:t>
      </w:r>
    </w:p>
    <w:p>
      <w:r>
        <w:rPr>
          <w:sz w:val="17"/>
          <w:vertAlign w:val="superscript"/>
        </w:rPr>
        <w:t>[75]</w:t>
      </w:r>
      <w:r>
        <w:rPr>
          <w:sz w:val="17"/>
        </w:rPr>
        <w:t xml:space="preserve"> National Hurricane Center (Forecaster Hagen); NHC; "Tropical Storm Trudy Advisory Number 24"; 19 October 2026, 0900Z; </w:t>
      </w:r>
      <w:hyperlink r:id="rId83">
        <w:r>
          <w:rPr>
            <w:color w:val="8A5D00"/>
            <w:sz w:val="17"/>
          </w:rPr>
          <w:t xml:space="preserve">https://www.nhc.noaa.gov/text/refresh/MIATCPEP1+shtml/</w:t>
        </w:r>
      </w:hyperlink>
      <w:r>
        <w:rPr>
          <w:sz w:val="17"/>
        </w:rPr>
        <w:t>; accessed 19 October 2026; Source descriptor: official US government.</w:t>
      </w:r>
    </w:p>
    <w:p>
      <w:r>
        <w:rPr>
          <w:sz w:val="17"/>
          <w:vertAlign w:val="superscript"/>
        </w:rPr>
        <w:t>[76]</w:t>
      </w:r>
      <w:r>
        <w:rPr>
          <w:sz w:val="17"/>
        </w:rPr>
        <w:t xml:space="preserve"> National Hurricane Center (Forecaster Hagen); NHC; "Tropical Storm Trudy Discussion Number 24"; 19 October 2026, 0900Z; </w:t>
      </w:r>
      <w:hyperlink r:id="rId84">
        <w:r>
          <w:rPr>
            <w:color w:val="8A5D00"/>
            <w:sz w:val="17"/>
          </w:rPr>
          <w:t xml:space="preserve">https://www.nhc.noaa.gov/text/refresh/MIATCDEP1+shtml/</w:t>
        </w:r>
      </w:hyperlink>
      <w:r>
        <w:rPr>
          <w:sz w:val="17"/>
        </w:rPr>
        <w:t>; accessed 19 October 2026; Source descriptor: official US government.</w:t>
      </w:r>
    </w:p>
    <w:p>
      <w:r>
        <w:rPr>
          <w:sz w:val="17"/>
          <w:vertAlign w:val="superscript"/>
        </w:rPr>
        <w:t>[77]</w:t>
      </w:r>
      <w:r>
        <w:rPr>
          <w:sz w:val="17"/>
        </w:rPr>
        <w:t xml:space="preserve"> Associated Press; Enid News &amp; Eagle (CNHI); "Hurricane Trudy weakens off Mexico and Typhoon Champi move away from land"; 19 October 2026, 0455Z; </w:t>
      </w:r>
      <w:hyperlink r:id="rId85">
        <w:r>
          <w:rPr>
            <w:color w:val="8A5D00"/>
            <w:sz w:val="17"/>
          </w:rPr>
          <w:t xml:space="preserve">https://www.enidnews.com/cnhi_network/hurricane-trudy-lashes-mexico-s-pacific-coast-with-heavy-rain-and-strong-winds/article_8e6639ea-809a-5408-ad63-46e92cb97f57.html</w:t>
        </w:r>
      </w:hyperlink>
      <w:r>
        <w:rPr>
          <w:sz w:val="17"/>
        </w:rPr>
        <w:t>; accessed 19 October 2026; Source descriptor: international wire service carried by US regional daily.</w:t>
      </w:r>
    </w:p>
    <w:p>
      <w:r>
        <w:rPr>
          <w:sz w:val="17"/>
          <w:vertAlign w:val="superscript"/>
        </w:rPr>
        <w:t>[78]</w:t>
      </w:r>
      <w:r>
        <w:rPr>
          <w:sz w:val="17"/>
        </w:rPr>
        <w:t xml:space="preserve"> Associated Press; ABC News; "Hurricane Trudy brings heavy rain and strong winds to Mexico's Pacific coast"; 18 October 2026, 2306Z (updated); </w:t>
      </w:r>
      <w:hyperlink r:id="rId86">
        <w:r>
          <w:rPr>
            <w:color w:val="8A5D00"/>
            <w:sz w:val="17"/>
          </w:rPr>
          <w:t xml:space="preserve">https://abcnews.com/International/wireStory/hurricane-trudy-brings-heavy-rain-strong-winds-mexicos-137357719</w:t>
        </w:r>
      </w:hyperlink>
      <w:r>
        <w:rPr>
          <w:sz w:val="17"/>
        </w:rPr>
        <w:t>; accessed 19 October 2026; Source descriptor: international wire service carried by US network.</w:t>
      </w:r>
    </w:p>
    <w:p>
      <w:r>
        <w:rPr>
          <w:sz w:val="17"/>
          <w:vertAlign w:val="superscript"/>
        </w:rPr>
        <w:t>[79]</w:t>
      </w:r>
      <w:r>
        <w:rPr>
          <w:sz w:val="17"/>
        </w:rPr>
        <w:t xml:space="preserve"> Arturo Meléndez; La Razón de México; "Huracán 'Trudy': Protección Civil reporta saldo blanco en Guerrero, Michoacán, Jalisco y Colima"; 19 October 2026, 0135Z; </w:t>
      </w:r>
      <w:hyperlink r:id="rId87">
        <w:r>
          <w:rPr>
            <w:color w:val="8A5D00"/>
            <w:sz w:val="17"/>
          </w:rPr>
          <w:t xml:space="preserve">https://www.razon.com.mx/mexico/2026/10/18/huracan-trudy-proteccion-civil-reporta-saldo-blanco-en-guerrero-michoacan-jalisco-y-colima/</w:t>
        </w:r>
      </w:hyperlink>
      <w:r>
        <w:rPr>
          <w:sz w:val="17"/>
        </w:rPr>
        <w:t>; accessed 19 October 2026; Source descriptor: Mexican national daily citing federal civil protection.</w:t>
      </w:r>
    </w:p>
    <w:p>
      <w:r>
        <w:rPr>
          <w:sz w:val="17"/>
          <w:vertAlign w:val="superscript"/>
        </w:rPr>
        <w:t>[80]</w:t>
      </w:r>
      <w:r>
        <w:rPr>
          <w:sz w:val="17"/>
        </w:rPr>
        <w:t xml:space="preserve"> Staff; Luces del Siglo; "Atienden deslaves y árboles caídos por 'Trudy'"; 18 October 2026, 2142Z; </w:t>
      </w:r>
      <w:hyperlink r:id="rId88">
        <w:r>
          <w:rPr>
            <w:color w:val="8A5D00"/>
            <w:sz w:val="17"/>
          </w:rPr>
          <w:t xml:space="preserve">https://lucesdelsiglo.com/2026/10/18/atienden-deslaves-y-arboles-caidos-por-trudy-nacional/</w:t>
        </w:r>
      </w:hyperlink>
      <w:r>
        <w:rPr>
          <w:sz w:val="17"/>
        </w:rPr>
        <w:t>; accessed 19 October 2026; Source descriptor: Mexican regional outlet, moderate reliability.</w:t>
      </w:r>
    </w:p>
    <w:p>
      <w:r>
        <w:rPr>
          <w:sz w:val="17"/>
          <w:vertAlign w:val="superscript"/>
        </w:rPr>
        <w:t>[81]</w:t>
      </w:r>
      <w:r>
        <w:rPr>
          <w:sz w:val="17"/>
        </w:rPr>
        <w:t xml:space="preserve"> Department of National Defence; Government of Canada; "Four Canadian Armed Forces members killed during training in CFB Wainwright"; 18 October 2026; </w:t>
      </w:r>
      <w:hyperlink r:id="rId89">
        <w:r>
          <w:rPr>
            <w:color w:val="8A5D00"/>
            <w:sz w:val="17"/>
          </w:rPr>
          <w:t xml:space="preserve">https://www.canada.ca/en/department-national-defence/news/2026/10/four-canadian-armed-forces-members-killed-during-training-in-cfb-wainwright.html</w:t>
        </w:r>
      </w:hyperlink>
      <w:r>
        <w:rPr>
          <w:sz w:val="17"/>
        </w:rPr>
        <w:t>; accessed 19 October 2026; Source descriptor: official Canadian government.</w:t>
      </w:r>
    </w:p>
    <w:p>
      <w:r>
        <w:rPr>
          <w:sz w:val="17"/>
          <w:vertAlign w:val="superscript"/>
        </w:rPr>
        <w:t>[82]</w:t>
      </w:r>
      <w:r>
        <w:rPr>
          <w:sz w:val="17"/>
        </w:rPr>
        <w:t xml:space="preserve"> Sean Previl and Jeff Semple; Global News; "Fire at CFB Wainwright wasn't a concern — until a rapid 'uncommon' shift in wind"; 18 October 2026, 1744Z (updated 0103Z 19 October); </w:t>
      </w:r>
      <w:hyperlink r:id="rId90">
        <w:r>
          <w:rPr>
            <w:color w:val="8A5D00"/>
            <w:sz w:val="17"/>
          </w:rPr>
          <w:t xml:space="preserve">https://globalnews.ca/news/12107062/cfb-wainwright-fire-what-we-know/</w:t>
        </w:r>
      </w:hyperlink>
      <w:r>
        <w:rPr>
          <w:sz w:val="17"/>
        </w:rPr>
        <w:t>; accessed 19 October 2026; Source descriptor: major Canadian broadcaster citing military sources.</w:t>
      </w:r>
    </w:p>
    <w:p>
      <w:r>
        <w:rPr>
          <w:sz w:val="17"/>
          <w:vertAlign w:val="superscript"/>
        </w:rPr>
        <w:t>[83]</w:t>
      </w:r>
      <w:r>
        <w:rPr>
          <w:sz w:val="17"/>
        </w:rPr>
        <w:t xml:space="preserve"> Rob Gillies (AP); AOL; "Albertans vote on path to independence as Carney fights to keep Canada united"; 19 October 2026, 0812Z; </w:t>
      </w:r>
      <w:hyperlink r:id="rId91">
        <w:r>
          <w:rPr>
            <w:color w:val="8A5D00"/>
            <w:sz w:val="17"/>
          </w:rPr>
          <w:t xml:space="preserve">https://www.aol.com/articles/albertans-vote-path-independence-carney-040253000.html</w:t>
        </w:r>
      </w:hyperlink>
      <w:r>
        <w:rPr>
          <w:sz w:val="17"/>
        </w:rPr>
        <w:t>; accessed 19 October 2026; Source descriptor: international wire service carried by US web portal.</w:t>
      </w:r>
    </w:p>
    <w:p>
      <w:r>
        <w:rPr>
          <w:sz w:val="17"/>
          <w:vertAlign w:val="superscript"/>
        </w:rPr>
        <w:t>[84]</w:t>
      </w:r>
      <w:r>
        <w:rPr>
          <w:sz w:val="17"/>
        </w:rPr>
        <w:t xml:space="preserve"> Anna Ferensowicz; CochraneNow; "Alberta referendum: Preliminary turnout reaches 1.35 million before Monday"; 19 October 2026, 0206Z; </w:t>
      </w:r>
      <w:hyperlink r:id="rId92">
        <w:r>
          <w:rPr>
            <w:color w:val="8A5D00"/>
            <w:sz w:val="17"/>
          </w:rPr>
          <w:t xml:space="preserve">https://cochranenow.com/articles/alberta-referendum-preliminary-advance-and-special-ballot-turnout-reaches-136-million</w:t>
        </w:r>
      </w:hyperlink>
      <w:r>
        <w:rPr>
          <w:sz w:val="17"/>
        </w:rPr>
        <w:t>; accessed 19 October 2026; Source descriptor: local Alberta outlet citing Elections Alberta.</w:t>
      </w:r>
    </w:p>
    <w:p>
      <w:r>
        <w:rPr>
          <w:sz w:val="17"/>
          <w:vertAlign w:val="superscript"/>
        </w:rPr>
        <w:t>[85]</w:t>
      </w:r>
      <w:r>
        <w:rPr>
          <w:sz w:val="17"/>
        </w:rPr>
        <w:t xml:space="preserve"> Anayeli Tapia Sandoval; Infobae México; "FGR traslada a César Jáuregui al Altiplano para enfrentar cargo por traición a la patria en caso CIA"; 19 October 2026, 0758Z; </w:t>
      </w:r>
      <w:hyperlink r:id="rId93">
        <w:r>
          <w:rPr>
            <w:color w:val="8A5D00"/>
            <w:sz w:val="17"/>
          </w:rPr>
          <w:t xml:space="preserve">https://www.infobae.com/mexico/2026/10/19/fgr-traslada-a-cesar-jauregui-al-altiplano-para-enfrentar-cargo-por-traicion-a-la-patria-en-caso-cia/</w:t>
        </w:r>
      </w:hyperlink>
      <w:r>
        <w:rPr>
          <w:sz w:val="17"/>
        </w:rPr>
        <w:t>; accessed 19 October 2026; Source descriptor: major regional digital outlet.</w:t>
      </w:r>
    </w:p>
    <w:p>
      <w:r>
        <w:rPr>
          <w:sz w:val="17"/>
          <w:vertAlign w:val="superscript"/>
        </w:rPr>
        <w:t>[86]</w:t>
      </w:r>
      <w:r>
        <w:rPr>
          <w:sz w:val="17"/>
        </w:rPr>
        <w:t xml:space="preserve"> Luis Fernando Ortiz Delgado and Ale Huitron; Infobae México; "EN VIVO| Seguridad, narcotráfico y crimen en México hoy 18 de octubre"; 18 October 2026 (last modified 0321Z 19 October); </w:t>
      </w:r>
      <w:hyperlink r:id="rId94">
        <w:r>
          <w:rPr>
            <w:color w:val="8A5D00"/>
            <w:sz w:val="17"/>
          </w:rPr>
          <w:t xml:space="preserve">https://infobae.com/mexico/2026/10/18/en-vivo-seguridad-narcotrafico-y-crimen-en-mexico-hoy-18-de-octubre-exfiscal-de-chihuahua-tendra-su-primera-audiencia-este-domingo</w:t>
        </w:r>
      </w:hyperlink>
      <w:r>
        <w:rPr>
          <w:sz w:val="17"/>
        </w:rPr>
        <w:t>; accessed 19 October 2026; Source descriptor: major regional digital outlet, live blog.</w:t>
      </w:r>
    </w:p>
    <w:p>
      <w:r>
        <w:rPr>
          <w:sz w:val="17"/>
          <w:vertAlign w:val="superscript"/>
        </w:rPr>
        <w:t>[87]</w:t>
      </w:r>
      <w:r>
        <w:rPr>
          <w:sz w:val="17"/>
        </w:rPr>
        <w:t xml:space="preserve"> National Hurricane Center (Forecaster Cangialosi); NHC; "Tropical Weather Outlook (Atlantic)"; 19 October 2026, 0600Z; </w:t>
      </w:r>
      <w:hyperlink r:id="rId95">
        <w:r>
          <w:rPr>
            <w:color w:val="8A5D00"/>
            <w:sz w:val="17"/>
          </w:rPr>
          <w:t xml:space="preserve">https://www.nhc.noaa.gov/text/refresh/MIATWOAT+shtml/</w:t>
        </w:r>
      </w:hyperlink>
      <w:r>
        <w:rPr>
          <w:sz w:val="17"/>
        </w:rPr>
        <w:t>; accessed 19 October 2026; Source descriptor: official US government.</w:t>
      </w:r>
    </w:p>
    <w:p>
      <w:r>
        <w:rPr>
          <w:sz w:val="17"/>
          <w:vertAlign w:val="superscript"/>
        </w:rPr>
        <w:t>[88]</w:t>
      </w:r>
      <w:r>
        <w:rPr>
          <w:sz w:val="17"/>
        </w:rPr>
        <w:t xml:space="preserve"> Jim Howard and Russell James; WITN; "Nor'easter continues to bring strong winds; Big surf"; 19 October 2026, 0813Z; </w:t>
      </w:r>
      <w:hyperlink r:id="rId96">
        <w:r>
          <w:rPr>
            <w:color w:val="8A5D00"/>
            <w:sz w:val="17"/>
          </w:rPr>
          <w:t xml:space="preserve">https://www.witn.com/2026/10/19/noreaster-continues-bring-strong-winds-big-surf/</w:t>
        </w:r>
      </w:hyperlink>
      <w:r>
        <w:rPr>
          <w:sz w:val="17"/>
        </w:rPr>
        <w:t>; accessed 19 October 2026; Source descriptor: local US television station.</w:t>
      </w:r>
    </w:p>
    <w:p>
      <w:r>
        <w:rPr>
          <w:b/>
        </w:rPr>
        <w:t>SOUTHCOM</w:t>
      </w:r>
    </w:p>
    <w:p>
      <w:r>
        <w:rPr>
          <w:sz w:val="17"/>
          <w:vertAlign w:val="superscript"/>
        </w:rPr>
        <w:t>[89]</w:t>
      </w:r>
      <w:r>
        <w:rPr>
          <w:sz w:val="17"/>
        </w:rPr>
        <w:t xml:space="preserve"> João Ker and Leticia Moreira; CNN Brasil; "Os 7 embates entre Flávio e Lula que marcaram o debate da Band"; 19 October 2026, 0451Z; </w:t>
      </w:r>
      <w:hyperlink r:id="rId97">
        <w:r>
          <w:rPr>
            <w:color w:val="8A5D00"/>
            <w:sz w:val="17"/>
          </w:rPr>
          <w:t xml:space="preserve">https://www.cnnbrasil.com.br/eleicoes/os-7-embates-entre-flavio-e-lula-que-marcaram-o-debate-da-band/</w:t>
        </w:r>
      </w:hyperlink>
      <w:r>
        <w:rPr>
          <w:sz w:val="17"/>
        </w:rPr>
        <w:t>; accessed 19 October 2026; Source descriptor: major Brazilian broadcaster.</w:t>
      </w:r>
    </w:p>
    <w:p>
      <w:r>
        <w:rPr>
          <w:sz w:val="17"/>
          <w:vertAlign w:val="superscript"/>
        </w:rPr>
        <w:t>[90]</w:t>
      </w:r>
      <w:r>
        <w:rPr>
          <w:sz w:val="17"/>
        </w:rPr>
        <w:t xml:space="preserve"> Staff; Poder360; "Saiba como estão Lula e Flávio nas pesquisas a 7 dias do 2º turno"; 18 October 2026, 0900Z; </w:t>
      </w:r>
      <w:hyperlink r:id="rId98">
        <w:r>
          <w:rPr>
            <w:color w:val="8A5D00"/>
            <w:sz w:val="17"/>
          </w:rPr>
          <w:t xml:space="preserve">https://www.poder360.com.br/poder-eleicoes-2026/saiba-como-estao-lula-e-flavio-nas-pesquisas-a-7-dias-do-2o-turno/</w:t>
        </w:r>
      </w:hyperlink>
      <w:r>
        <w:rPr>
          <w:sz w:val="17"/>
        </w:rPr>
        <w:t>; accessed 19 October 2026; Source descriptor: Brazilian political outlet whose own PoderData poll is among those compiled.</w:t>
      </w:r>
    </w:p>
    <w:p>
      <w:r>
        <w:rPr>
          <w:sz w:val="17"/>
          <w:vertAlign w:val="superscript"/>
        </w:rPr>
        <w:t>[91]</w:t>
      </w:r>
      <w:r>
        <w:rPr>
          <w:sz w:val="17"/>
        </w:rPr>
        <w:t xml:space="preserve"> Al Jazeera Staff and AFP; Al Jazeera; "Venezuela opposition renews support for Maria Corina Machado as leader"; 18 October 2026; </w:t>
      </w:r>
      <w:hyperlink r:id="rId99">
        <w:r>
          <w:rPr>
            <w:color w:val="8A5D00"/>
            <w:sz w:val="17"/>
          </w:rPr>
          <w:t xml:space="preserve">https://www.aljazeera.com/news/2026/10/18/venezuela-opposition-renews-support-for-maria-corina-machado-as-leader</w:t>
        </w:r>
      </w:hyperlink>
      <w:r>
        <w:rPr>
          <w:sz w:val="17"/>
        </w:rPr>
        <w:t>; accessed 19 October 2026; Source descriptor: Qatari state-funded broadcaster using wire copy.</w:t>
      </w:r>
    </w:p>
    <w:p>
      <w:r>
        <w:rPr>
          <w:sz w:val="17"/>
          <w:vertAlign w:val="superscript"/>
        </w:rPr>
        <w:t>[92]</w:t>
      </w:r>
      <w:r>
        <w:rPr>
          <w:sz w:val="17"/>
        </w:rPr>
        <w:t xml:space="preserve"> Dahana Ospina; Infobae Colombia; "Combates entre el ELN y disidencias de las Farc en el Catatumbo provocan desplazamientos y ataques con drones"; 18 October 2026, 0844Z; </w:t>
      </w:r>
      <w:hyperlink r:id="rId100">
        <w:r>
          <w:rPr>
            <w:color w:val="8A5D00"/>
            <w:sz w:val="17"/>
          </w:rPr>
          <w:t xml:space="preserve">https://www.infobae.com/colombia/2026/10/18/combates-entre-el-eln-y-disidencias-de-las-farc-en-el-catatumbo-provocan-desplazamientos-y-ataques-con-drones/</w:t>
        </w:r>
      </w:hyperlink>
      <w:r>
        <w:rPr>
          <w:sz w:val="17"/>
        </w:rPr>
        <w:t>; accessed 19 October 2026; Source descriptor: major regional digital outlet citing Colombia's ombudsperson.</w:t>
      </w:r>
    </w:p>
    <w:p>
      <w:r>
        <w:rPr>
          <w:sz w:val="17"/>
          <w:vertAlign w:val="superscript"/>
        </w:rPr>
        <w:t>[93]</w:t>
      </w:r>
      <w:r>
        <w:rPr>
          <w:sz w:val="17"/>
        </w:rPr>
        <w:t xml:space="preserve"> Staff; InSight Crime; "US Alleged Drug Boat Strikes: Latest Updates, Timeline, and Total Number (2025–2026)"; updated 5 October 2026; </w:t>
      </w:r>
      <w:hyperlink r:id="rId101">
        <w:r>
          <w:rPr>
            <w:color w:val="8A5D00"/>
            <w:sz w:val="17"/>
          </w:rPr>
          <w:t xml:space="preserve">https://insightcrime.org/news/timeline-us-strikes-against-alleged-drug-boats/</w:t>
        </w:r>
      </w:hyperlink>
      <w:r>
        <w:rPr>
          <w:sz w:val="17"/>
        </w:rPr>
        <w:t>; accessed 19 October 2026; Source descriptor: specialist research organisation; reference timeline outside the window.</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bcnews.com/International/wireStory/congos-fast-moving-ebola-outbreak-spreads-eighth-province-137363686" TargetMode="External"/><Relationship Id="rId11" Type="http://schemas.openxmlformats.org/officeDocument/2006/relationships/hyperlink" Target="https://www.contagionlive.com/view/ebola-outbreak-in-drc-tops-9235-confirmed-cases-cdc-reports" TargetMode="External"/><Relationship Id="rId12" Type="http://schemas.openxmlformats.org/officeDocument/2006/relationships/hyperlink" Target="https://www.aljazeera.com/news/2026/10/19/kenya-confirms-eighth-ebola-case-amid-widening-regional-outbreak" TargetMode="External"/><Relationship Id="rId13" Type="http://schemas.openxmlformats.org/officeDocument/2006/relationships/hyperlink" Target="https://sudantribune.com/article/320103" TargetMode="External"/><Relationship Id="rId14" Type="http://schemas.openxmlformats.org/officeDocument/2006/relationships/hyperlink" Target="https://www.radiotamazuj.org/en/news/article/drone-strike-kills-at-least-10-civilians-in-west-darfur" TargetMode="External"/><Relationship Id="rId15" Type="http://schemas.openxmlformats.org/officeDocument/2006/relationships/hyperlink" Target="https://sudantribune.com/article/320124" TargetMode="External"/><Relationship Id="rId16" Type="http://schemas.openxmlformats.org/officeDocument/2006/relationships/hyperlink" Target="https://www.radiotamazuj.org/en/news/article/sudans-burhan-sends-message-to-german-chancellor-on-peace-efforts" TargetMode="External"/><Relationship Id="rId17" Type="http://schemas.openxmlformats.org/officeDocument/2006/relationships/hyperlink" Target="https://sudantribune.com/article/320127" TargetMode="External"/><Relationship Id="rId18" Type="http://schemas.openxmlformats.org/officeDocument/2006/relationships/hyperlink" Target="https://www.newarab.com/news/regional-forces-capture-key-towns-southern-somalia" TargetMode="External"/><Relationship Id="rId19" Type="http://schemas.openxmlformats.org/officeDocument/2006/relationships/hyperlink" Target="https://www.thecable.ng/eight-soldiers-killed-as-patrol-vehicle-hits-iswap-landmine-in-borno/" TargetMode="External"/><Relationship Id="rId20" Type="http://schemas.openxmlformats.org/officeDocument/2006/relationships/hyperlink" Target="https://www.africanews.com/2026/10/18/nigerias-army-chief-of-staff-visits-troops-in-borno-after-deaths-of-15-soliders/" TargetMode="External"/><Relationship Id="rId21" Type="http://schemas.openxmlformats.org/officeDocument/2006/relationships/hyperlink" Target="https://www.africanews.com/2026/10/18/drc-accuses-ex-president-kabila-of-planning-general-attack-on-the-country/" TargetMode="External"/><Relationship Id="rId22" Type="http://schemas.openxmlformats.org/officeDocument/2006/relationships/hyperlink" Target="https://www.aljazeera.com/news/2026/10/18/fears-grow-in-drc-as-former-president-joseph-kabila-joins-rebellion" TargetMode="External"/><Relationship Id="rId23" Type="http://schemas.openxmlformats.org/officeDocument/2006/relationships/hyperlink" Target="https://www.radiotamazuj.org/en/news/article/kiir-ally-alleges-ex-vp-bol-mel-plotted-to-seize-power" TargetMode="External"/><Relationship Id="rId24" Type="http://schemas.openxmlformats.org/officeDocument/2006/relationships/hyperlink" Target="https://www.aljazeera.com/news/2026/10/19/kinship-and-surveillance-the-return-of-somali-piracy" TargetMode="External"/><Relationship Id="rId25" Type="http://schemas.openxmlformats.org/officeDocument/2006/relationships/hyperlink" Target="https://aninews.in/news/world/middle-east/we-have-unfinished-jobs-too-araghchi-warns-us-israel-against-further-escalation-amid-trumps-netanyahu-endorsement20261019070926/" TargetMode="External"/><Relationship Id="rId26" Type="http://schemas.openxmlformats.org/officeDocument/2006/relationships/hyperlink" Target="https://gulfnews.com/world/mena/middle-east-conflict-saudi-arabia-intercepts-houthi-drones-missiles-trump-says-iran-war-will-end-soon-1.500714637" TargetMode="External"/><Relationship Id="rId27" Type="http://schemas.openxmlformats.org/officeDocument/2006/relationships/hyperlink" Target="https://www.aljazeera.com/news/2026/10/18/iran-says-two-tankers-catch-fire-after-hitting-mines-in-strait-of-hormuz" TargetMode="External"/><Relationship Id="rId28" Type="http://schemas.openxmlformats.org/officeDocument/2006/relationships/hyperlink" Target="https://www.arabnews.com/middle-east/authority-marine-tug-targeted-by-two-projectiles-off-khor-fakkan-in-uae-3006965" TargetMode="External"/><Relationship Id="rId29" Type="http://schemas.openxmlformats.org/officeDocument/2006/relationships/hyperlink" Target="https://www.cbsnews.com/live-updates/iran-war-us-trump-strait-of-hormuz-yemen-houthis-saudi-arabia/" TargetMode="External"/><Relationship Id="rId30" Type="http://schemas.openxmlformats.org/officeDocument/2006/relationships/hyperlink" Target="https://www.newarab.com/news/iran-urges-us-accept-proposal-reopen-strait-hormuz" TargetMode="External"/><Relationship Id="rId31" Type="http://schemas.openxmlformats.org/officeDocument/2006/relationships/hyperlink" Target="https://www.thenationalnews.com/news/mena/2026/10/18/iran-names-new-defence-minister-as-he-warns-us-over-mother-of-all-bombs/" TargetMode="External"/><Relationship Id="rId32" Type="http://schemas.openxmlformats.org/officeDocument/2006/relationships/hyperlink" Target="https://www.thenationalnews.com/news/gulf/2026/10/19/russias-lavrov-heads-to-tehran-as-gulf-states-press-moscow-over-iran-attacks/" TargetMode="External"/><Relationship Id="rId33" Type="http://schemas.openxmlformats.org/officeDocument/2006/relationships/hyperlink" Target="https://www.khaleejtimes.com/world/mena/us-israel-iran-lebanon-war-live-updates-october-18-2026" TargetMode="External"/><Relationship Id="rId34" Type="http://schemas.openxmlformats.org/officeDocument/2006/relationships/hyperlink" Target="https://www.thenationalnews.com/travel/2026/10/18/riyadh-airport-reopens-which-airlines-are-still-cancelling-flights-to-saudi-arabia/" TargetMode="External"/><Relationship Id="rId35" Type="http://schemas.openxmlformats.org/officeDocument/2006/relationships/hyperlink" Target="https://sa.usembassy.gov/security-alert-u-s-mission-saudi-arabia-october-18-2026/" TargetMode="External"/><Relationship Id="rId36" Type="http://schemas.openxmlformats.org/officeDocument/2006/relationships/hyperlink" Target="https://www.pbs.org/newshour/world/masked-settlers-attack-european-diplomats-in-the-occupied-west-bank" TargetMode="External"/><Relationship Id="rId37" Type="http://schemas.openxmlformats.org/officeDocument/2006/relationships/hyperlink" Target="https://www.timesofisrael.com/liveblog-october-19-2026/" TargetMode="External"/><Relationship Id="rId38" Type="http://schemas.openxmlformats.org/officeDocument/2006/relationships/hyperlink" Target="https://english.news.cn/20261019/508bb188f5e44344bff9191611eaac9a/c.html" TargetMode="External"/><Relationship Id="rId39" Type="http://schemas.openxmlformats.org/officeDocument/2006/relationships/hyperlink" Target="https://www.aljazeera.com/news/2026/10/19/hezbollah-funding-plan-indicates-a-new-challenge-to-lebanons-government" TargetMode="External"/><Relationship Id="rId40" Type="http://schemas.openxmlformats.org/officeDocument/2006/relationships/hyperlink" Target="https://www.arabnews.pk/pakistan/pakistan-says-several-afghan-taliban-killed-base-camp-destroyed-in-border-clash-3004459" TargetMode="External"/><Relationship Id="rId41" Type="http://schemas.openxmlformats.org/officeDocument/2006/relationships/hyperlink" Target="https://theprint.in/world/pakistan-suspends-trade-with-iran-at-two-key-border-crossings-over-smuggling-security-concerns/3075358/" TargetMode="External"/><Relationship Id="rId42" Type="http://schemas.openxmlformats.org/officeDocument/2006/relationships/hyperlink" Target="https://www.thenationalnews.com/news/mena/2026/10/18/iraq-renews-calls-for-pact-with-gulf-and-says-security-cannot-be-brought-from-abroad/" TargetMode="External"/><Relationship Id="rId43" Type="http://schemas.openxmlformats.org/officeDocument/2006/relationships/hyperlink" Target="https://www.arabnews.com/middle-east/minister-of-state-qatar-to-soon-announce-center-for-local-defense-production-3007118" TargetMode="External"/><Relationship Id="rId44" Type="http://schemas.openxmlformats.org/officeDocument/2006/relationships/hyperlink" Target="https://www.arabnews.pk/middle-east/syria-foils-suspected-daesh-plot-as-landmine-blast-kills-soldier-3004499" TargetMode="External"/><Relationship Id="rId45" Type="http://schemas.openxmlformats.org/officeDocument/2006/relationships/hyperlink" Target="https://abcnews.com/International/ukraine-targets-russia-1000-drones-striking-oil-terminal/story?id=137358203" TargetMode="External"/><Relationship Id="rId46" Type="http://schemas.openxmlformats.org/officeDocument/2006/relationships/hyperlink" Target="https://www.aljazeera.com/news/2026/10/19/ukrainian-drone-attack-on-russias-st-petersburg-kills-1-hits-energy-sites" TargetMode="External"/><Relationship Id="rId47" Type="http://schemas.openxmlformats.org/officeDocument/2006/relationships/hyperlink" Target="https://kyivindependent.com/russian-drones-hit-western-ukraine-as-nationwide-attacks-kill-10-injure-73/" TargetMode="External"/><Relationship Id="rId48" Type="http://schemas.openxmlformats.org/officeDocument/2006/relationships/hyperlink" Target="https://kyivindependent.com/russian-ballistic-missiles-slam-kyiv-right-as-air-raid-alarms-sound/" TargetMode="External"/><Relationship Id="rId49" Type="http://schemas.openxmlformats.org/officeDocument/2006/relationships/hyperlink" Target="https://kyivindependent.com/trump-waives-latest-russia-sanctions-amid-growing-ukraine-us-tensions/" TargetMode="External"/><Relationship Id="rId50" Type="http://schemas.openxmlformats.org/officeDocument/2006/relationships/hyperlink" Target="https://kyivindependent.com/marco-rubio-says-trumps-russian-oil-sanctions-waiver-is-a-60-day-pause-denies-restricting-starlink-access/" TargetMode="External"/><Relationship Id="rId51" Type="http://schemas.openxmlformats.org/officeDocument/2006/relationships/hyperlink" Target="https://kyivindependent.com/i-want-this-war-end-trump-defends-pro-russian-policies-in-scathing-diatribe-against-zelensky-2/" TargetMode="External"/><Relationship Id="rId52" Type="http://schemas.openxmlformats.org/officeDocument/2006/relationships/hyperlink" Target="https://www.aljazeera.com/news/2026/10/18/russias-war-on-ukraine-must-be-brought-to-an-end-zelenskyy-says" TargetMode="External"/><Relationship Id="rId53" Type="http://schemas.openxmlformats.org/officeDocument/2006/relationships/hyperlink" Target="https://kyivindependent.com/us-delaying-patriot-missiles-already-paid-for-under-nato-initiative-zelensky-says/" TargetMode="External"/><Relationship Id="rId54" Type="http://schemas.openxmlformats.org/officeDocument/2006/relationships/hyperlink" Target="https://kyivindependent.com/nato-jets-scramble-as-drone-explodes-in-lithuanian-airspace/" TargetMode="External"/><Relationship Id="rId55" Type="http://schemas.openxmlformats.org/officeDocument/2006/relationships/hyperlink" Target="https://kyivindependent.com/lithuania-foils-arson-attack-on-starlink-equipment-suspects-russian-involvement/" TargetMode="External"/><Relationship Id="rId56" Type="http://schemas.openxmlformats.org/officeDocument/2006/relationships/hyperlink" Target="https://kyivindependent.com/romanian-f-16s-down-two-jet-powered-drones-after-airspace-incursion/" TargetMode="External"/><Relationship Id="rId57" Type="http://schemas.openxmlformats.org/officeDocument/2006/relationships/hyperlink" Target="https://kyivindependent.com/zelensky-warns-russia-may-expand-missile-threats-from-belarus-against-western-ukraine/" TargetMode="External"/><Relationship Id="rId58" Type="http://schemas.openxmlformats.org/officeDocument/2006/relationships/hyperlink" Target="https://kyivindependent.com/zelensky-ukraine-has-retaken-more-territory-than-russia-captured-this-fall/" TargetMode="External"/><Relationship Id="rId59" Type="http://schemas.openxmlformats.org/officeDocument/2006/relationships/hyperlink" Target="https://kyivindependent.com/russian-troops-executed-ukrainian-pows-in-zaporizhzhia-oblast-military-says/" TargetMode="External"/><Relationship Id="rId60" Type="http://schemas.openxmlformats.org/officeDocument/2006/relationships/hyperlink" Target="https://kyivindependent.com/hungary-ready-to-allow-ukrainian-grain-transit-to-western-europe-prime-minister-says/" TargetMode="External"/><Relationship Id="rId61" Type="http://schemas.openxmlformats.org/officeDocument/2006/relationships/hyperlink" Target="https://www.africanews.com/2026/10/18/smashed-storefronts-burned-buildings-france-wakes-up-to-aftermath-of-violent-protests/" TargetMode="External"/><Relationship Id="rId62" Type="http://schemas.openxmlformats.org/officeDocument/2006/relationships/hyperlink" Target="https://news.sbs.co.kr/english/article.do?news_id=N1008804120" TargetMode="External"/><Relationship Id="rId63" Type="http://schemas.openxmlformats.org/officeDocument/2006/relationships/hyperlink" Target="https://easternherald.com/2026/10/18/keen-sword-yonaguni-japan-us-drills/" TargetMode="External"/><Relationship Id="rId64" Type="http://schemas.openxmlformats.org/officeDocument/2006/relationships/hyperlink" Target="https://tass.com/world/2203897" TargetMode="External"/><Relationship Id="rId65" Type="http://schemas.openxmlformats.org/officeDocument/2006/relationships/hyperlink" Target="https://www.globaltimes.cn/page/202610/1372465.shtml" TargetMode="External"/><Relationship Id="rId66" Type="http://schemas.openxmlformats.org/officeDocument/2006/relationships/hyperlink" Target="https://www.malaymail.com/news/world/2026/10/18/taiwan-says-it-drove-away-16-chinese-vessels-in-coordinated-maritime-harassment/239642" TargetMode="External"/><Relationship Id="rId67" Type="http://schemas.openxmlformats.org/officeDocument/2006/relationships/hyperlink" Target="https://www.aljazeera.com/news/2026/10/18/taiwan-drives-away-16-chinese-ships-accused-of-maritime-harassment" TargetMode="External"/><Relationship Id="rId68" Type="http://schemas.openxmlformats.org/officeDocument/2006/relationships/hyperlink" Target="https://www.taipeitimes.com/News/taiwan/archives/2026/10/19/2003866217" TargetMode="External"/><Relationship Id="rId69" Type="http://schemas.openxmlformats.org/officeDocument/2006/relationships/hyperlink" Target="https://news.webindia123.com/news/Articles/World/20261019/4512574.html" TargetMode="External"/><Relationship Id="rId70" Type="http://schemas.openxmlformats.org/officeDocument/2006/relationships/hyperlink" Target="https://www.taiwannews.com.tw/news/6460224" TargetMode="External"/><Relationship Id="rId71" Type="http://schemas.openxmlformats.org/officeDocument/2006/relationships/hyperlink" Target="https://www.taiwannews.com.tw/news/6459983" TargetMode="External"/><Relationship Id="rId72" Type="http://schemas.openxmlformats.org/officeDocument/2006/relationships/hyperlink" Target="https://www.philstar.com/headlines/2026/10/18/2563982/china-embassy-dares-congress-just-do-it" TargetMode="External"/><Relationship Id="rId73" Type="http://schemas.openxmlformats.org/officeDocument/2006/relationships/hyperlink" Target="https://www.manilatimes.net/2026/10/18/news/national/calls-mount-to-expel-chinese-ambassador/2447873" TargetMode="External"/><Relationship Id="rId74" Type="http://schemas.openxmlformats.org/officeDocument/2006/relationships/hyperlink" Target="https://canadianinquirer.net/2026/10/18/chinese-embassy-dares-ph-lawmakers-to-declare-envoy-persona-non-grata-as-diplomatic-tensions-escalate/" TargetMode="External"/><Relationship Id="rId75" Type="http://schemas.openxmlformats.org/officeDocument/2006/relationships/hyperlink" Target="https://www.globaltimes.cn/page/202610/1372402.shtml" TargetMode="External"/><Relationship Id="rId76" Type="http://schemas.openxmlformats.org/officeDocument/2006/relationships/hyperlink" Target="https://www.globaltimes.cn/page/202610/1372490.shtml" TargetMode="External"/><Relationship Id="rId77" Type="http://schemas.openxmlformats.org/officeDocument/2006/relationships/hyperlink" Target="https://www.koreatimes.co.kr/foreignaffairs/northkorea/20261017/n-korea-tests-new-precision-guided-torpedo-using-ai-kcna" TargetMode="External"/><Relationship Id="rId78" Type="http://schemas.openxmlformats.org/officeDocument/2006/relationships/hyperlink" Target="https://www.khan.co.kr/en/article/202610181418017/" TargetMode="External"/><Relationship Id="rId79" Type="http://schemas.openxmlformats.org/officeDocument/2006/relationships/hyperlink" Target="https://news.sbs.co.kr/english/article.do?news_id=N1008804621" TargetMode="External"/><Relationship Id="rId80" Type="http://schemas.openxmlformats.org/officeDocument/2006/relationships/hyperlink" Target="https://www.twz.com/sea/second-chinese-submarine-drone-mothership-emerges" TargetMode="External"/><Relationship Id="rId81" Type="http://schemas.openxmlformats.org/officeDocument/2006/relationships/hyperlink" Target="https://www.navalnews.com/naval-news/2026/10/australia-advances-undersea-warfare-capabilities" TargetMode="External"/><Relationship Id="rId82" Type="http://schemas.openxmlformats.org/officeDocument/2006/relationships/hyperlink" Target="https://tribune.com.pk/story/2635407/pakistan-extends-airspace-ban-for-indian-aircraft-until-october-23-1" TargetMode="External"/><Relationship Id="rId83" Type="http://schemas.openxmlformats.org/officeDocument/2006/relationships/hyperlink" Target="https://www.nhc.noaa.gov/text/refresh/MIATCPEP1+shtml/" TargetMode="External"/><Relationship Id="rId84" Type="http://schemas.openxmlformats.org/officeDocument/2006/relationships/hyperlink" Target="https://www.nhc.noaa.gov/text/refresh/MIATCDEP1+shtml/" TargetMode="External"/><Relationship Id="rId85" Type="http://schemas.openxmlformats.org/officeDocument/2006/relationships/hyperlink" Target="https://www.enidnews.com/cnhi_network/hurricane-trudy-lashes-mexico-s-pacific-coast-with-heavy-rain-and-strong-winds/article_8e6639ea-809a-5408-ad63-46e92cb97f57.html" TargetMode="External"/><Relationship Id="rId86" Type="http://schemas.openxmlformats.org/officeDocument/2006/relationships/hyperlink" Target="https://abcnews.com/International/wireStory/hurricane-trudy-brings-heavy-rain-strong-winds-mexicos-137357719" TargetMode="External"/><Relationship Id="rId87" Type="http://schemas.openxmlformats.org/officeDocument/2006/relationships/hyperlink" Target="https://www.razon.com.mx/mexico/2026/10/18/huracan-trudy-proteccion-civil-reporta-saldo-blanco-en-guerrero-michoacan-jalisco-y-colima/" TargetMode="External"/><Relationship Id="rId88" Type="http://schemas.openxmlformats.org/officeDocument/2006/relationships/hyperlink" Target="https://lucesdelsiglo.com/2026/10/18/atienden-deslaves-y-arboles-caidos-por-trudy-nacional/" TargetMode="External"/><Relationship Id="rId89" Type="http://schemas.openxmlformats.org/officeDocument/2006/relationships/hyperlink" Target="https://www.canada.ca/en/department-national-defence/news/2026/10/four-canadian-armed-forces-members-killed-during-training-in-cfb-wainwright.html" TargetMode="External"/><Relationship Id="rId90" Type="http://schemas.openxmlformats.org/officeDocument/2006/relationships/hyperlink" Target="https://globalnews.ca/news/12107062/cfb-wainwright-fire-what-we-know/" TargetMode="External"/><Relationship Id="rId91" Type="http://schemas.openxmlformats.org/officeDocument/2006/relationships/hyperlink" Target="https://www.aol.com/articles/albertans-vote-path-independence-carney-040253000.html" TargetMode="External"/><Relationship Id="rId92" Type="http://schemas.openxmlformats.org/officeDocument/2006/relationships/hyperlink" Target="https://cochranenow.com/articles/alberta-referendum-preliminary-advance-and-special-ballot-turnout-reaches-136-million" TargetMode="External"/><Relationship Id="rId93" Type="http://schemas.openxmlformats.org/officeDocument/2006/relationships/hyperlink" Target="https://www.infobae.com/mexico/2026/10/19/fgr-traslada-a-cesar-jauregui-al-altiplano-para-enfrentar-cargo-por-traicion-a-la-patria-en-caso-cia/" TargetMode="External"/><Relationship Id="rId94" Type="http://schemas.openxmlformats.org/officeDocument/2006/relationships/hyperlink" Target="https://infobae.com/mexico/2026/10/18/en-vivo-seguridad-narcotrafico-y-crimen-en-mexico-hoy-18-de-octubre-exfiscal-de-chihuahua-tendra-su-primera-audiencia-este-domingo" TargetMode="External"/><Relationship Id="rId95" Type="http://schemas.openxmlformats.org/officeDocument/2006/relationships/hyperlink" Target="https://www.nhc.noaa.gov/text/refresh/MIATWOAT+shtml/" TargetMode="External"/><Relationship Id="rId96" Type="http://schemas.openxmlformats.org/officeDocument/2006/relationships/hyperlink" Target="https://www.witn.com/2026/10/19/noreaster-continues-bring-strong-winds-big-surf/" TargetMode="External"/><Relationship Id="rId97" Type="http://schemas.openxmlformats.org/officeDocument/2006/relationships/hyperlink" Target="https://www.cnnbrasil.com.br/eleicoes/os-7-embates-entre-flavio-e-lula-que-marcaram-o-debate-da-band/" TargetMode="External"/><Relationship Id="rId98" Type="http://schemas.openxmlformats.org/officeDocument/2006/relationships/hyperlink" Target="https://www.poder360.com.br/poder-eleicoes-2026/saiba-como-estao-lula-e-flavio-nas-pesquisas-a-7-dias-do-2o-turno/" TargetMode="External"/><Relationship Id="rId99" Type="http://schemas.openxmlformats.org/officeDocument/2006/relationships/hyperlink" Target="https://www.aljazeera.com/news/2026/10/18/venezuela-opposition-renews-support-for-maria-corina-machado-as-leader" TargetMode="External"/><Relationship Id="rId100" Type="http://schemas.openxmlformats.org/officeDocument/2006/relationships/hyperlink" Target="https://www.infobae.com/colombia/2026/10/18/combates-entre-el-eln-y-disidencias-de-las-farc-en-el-catatumbo-provocan-desplazamientos-y-ataques-con-drones/" TargetMode="External"/><Relationship Id="rId101" Type="http://schemas.openxmlformats.org/officeDocument/2006/relationships/hyperlink" Target="https://insightcrime.org/news/timeline-us-strikes-against-alleged-drug-bo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