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OSIR-20261020</w:t>
            </w:r>
          </w:p>
        </w:tc>
      </w:tr>
      <w:tr>
        <w:tc>
          <w:tcPr>
            <w:tcW w:type="dxa" w:w="4968"/>
          </w:tcPr>
          <w:p>
            <w:r/>
            <w:r>
              <w:rPr>
                <w:b/>
                <w:sz w:val="19"/>
              </w:rPr>
              <w:t>Produced</w:t>
            </w:r>
          </w:p>
        </w:tc>
        <w:tc>
          <w:tcPr>
            <w:tcW w:type="dxa" w:w="4968"/>
          </w:tcPr>
          <w:p>
            <w:r/>
            <w:r>
              <w:rPr>
                <w:sz w:val="19"/>
              </w:rPr>
              <w:t>201000Z OCT 2026 (0600 EDT, Tuesday 20 October 2026)</w:t>
            </w:r>
          </w:p>
        </w:tc>
      </w:tr>
      <w:tr>
        <w:tc>
          <w:tcPr>
            <w:tcW w:type="dxa" w:w="4968"/>
          </w:tcPr>
          <w:p>
            <w:r/>
            <w:r>
              <w:rPr>
                <w:b/>
                <w:sz w:val="19"/>
              </w:rPr>
              <w:t>Coverage window</w:t>
            </w:r>
          </w:p>
        </w:tc>
        <w:tc>
          <w:tcPr>
            <w:tcW w:type="dxa" w:w="4968"/>
          </w:tcPr>
          <w:p>
            <w:r/>
            <w:r>
              <w:rPr>
                <w:sz w:val="19"/>
              </w:rPr>
              <w:t>190930Z OCT 2026 to 200930Z OCT 2026 (Monday 0530 EDT through Tuesday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Lavrov's talks in Tehran ended with no deal. Houthi ballistic missiles killed at least 53 Yemeni government recruits at a camp in Shabwa. Saudi Arabia postponed its flagship investment conference after more Houthi attacks, and Defense Secretary Hegseth made an unannounced visit to Israel. </w:t>
      </w:r>
      <w:r>
        <w:rPr>
          <w:vertAlign w:val="superscript"/>
        </w:rPr>
        <w:t>[13]</w:t>
      </w:r>
      <w:r>
        <w:rPr>
          <w:vertAlign w:val="superscript"/>
        </w:rPr>
        <w:t>[16]</w:t>
      </w:r>
      <w:r>
        <w:rPr>
          <w:vertAlign w:val="superscript"/>
        </w:rPr>
        <w:t>[20]</w:t>
      </w:r>
      <w:r>
        <w:rPr>
          <w:vertAlign w:val="superscript"/>
        </w:rPr>
        <w:t>[22]</w:t>
      </w:r>
    </w:p>
    <w:p>
      <w:pPr>
        <w:pStyle w:val="ListBullet"/>
      </w:pPr>
      <w:r>
        <w:rPr>
          <w:b/>
        </w:rPr>
        <w:t>EUCOM:</w:t>
      </w:r>
      <w:r>
        <w:t xml:space="preserve"> US envoy Witkoff plans talks with Zelensky in Norway this week, then a meeting with Putin. Trump said Russia "has been fine on Ukraine." A Russian drone strike on a park in Kharkiv region killed six, including two children. </w:t>
      </w:r>
      <w:r>
        <w:rPr>
          <w:vertAlign w:val="superscript"/>
        </w:rPr>
        <w:t>[32]</w:t>
      </w:r>
      <w:r>
        <w:rPr>
          <w:vertAlign w:val="superscript"/>
        </w:rPr>
        <w:t>[33]</w:t>
      </w:r>
      <w:r>
        <w:rPr>
          <w:vertAlign w:val="superscript"/>
        </w:rPr>
        <w:t>[36]</w:t>
      </w:r>
    </w:p>
    <w:p>
      <w:pPr>
        <w:pStyle w:val="ListBullet"/>
      </w:pPr>
      <w:r>
        <w:rPr>
          <w:b/>
        </w:rPr>
        <w:t>AFRICOM:</w:t>
      </w:r>
      <w:r>
        <w:t xml:space="preserve"> Drone strikes across Sudan have reportedly killed more than 160 people since Friday, including 80 at a transport hub in al-Dabba. The toll from Saturday's attack near Gamboru in Nigeria rose to 15. An exiled critic of Rwanda's president was found beheaded near Kampala. </w:t>
      </w:r>
      <w:r>
        <w:rPr>
          <w:vertAlign w:val="superscript"/>
        </w:rPr>
        <w:t>[1]</w:t>
      </w:r>
      <w:r>
        <w:rPr>
          <w:vertAlign w:val="superscript"/>
        </w:rPr>
        <w:t>[4]</w:t>
      </w:r>
      <w:r>
        <w:rPr>
          <w:vertAlign w:val="superscript"/>
        </w:rPr>
        <w:t>[6]</w:t>
      </w:r>
    </w:p>
    <w:p>
      <w:pPr>
        <w:pStyle w:val="ListBullet"/>
      </w:pPr>
      <w:r>
        <w:rPr>
          <w:b/>
        </w:rPr>
        <w:t>INDOPACOM:</w:t>
      </w:r>
      <w:r>
        <w:t xml:space="preserve"> Manila summoned China's ambassador over his "may easily win" remark, but Marcos ruled out expelling him. Kim Yo Jong said North Korea is considering more tactical strike weapons along the border with the South. </w:t>
      </w:r>
      <w:r>
        <w:rPr>
          <w:vertAlign w:val="superscript"/>
        </w:rPr>
        <w:t>[47]</w:t>
      </w:r>
      <w:r>
        <w:rPr>
          <w:vertAlign w:val="superscript"/>
        </w:rPr>
        <w:t>[50]</w:t>
      </w:r>
      <w:r>
        <w:rPr>
          <w:vertAlign w:val="superscript"/>
        </w:rPr>
        <w:t>[52]</w:t>
      </w:r>
    </w:p>
    <w:p>
      <w:pPr>
        <w:pStyle w:val="ListBullet"/>
      </w:pPr>
      <w:r>
        <w:rPr>
          <w:b/>
        </w:rPr>
        <w:t>NORTHCOM:</w:t>
      </w:r>
      <w:r>
        <w:t xml:space="preserve"> Alberta voters rejected the separation question by about 76% to 24% in unofficial results. Canada's top general pledged to make the Wainwright fire findings public. Trudy has dissipated, and a new East Pacific system is likely to form well offshore. </w:t>
      </w:r>
      <w:r>
        <w:rPr>
          <w:vertAlign w:val="superscript"/>
        </w:rPr>
        <w:t>[64]</w:t>
      </w:r>
      <w:r>
        <w:rPr>
          <w:vertAlign w:val="superscript"/>
        </w:rPr>
        <w:t>[65]</w:t>
      </w:r>
      <w:r>
        <w:rPr>
          <w:vertAlign w:val="superscript"/>
        </w:rPr>
        <w:t>[69]</w:t>
      </w:r>
      <w:r>
        <w:rPr>
          <w:vertAlign w:val="superscript"/>
        </w:rPr>
        <w:t>[72]</w:t>
      </w:r>
    </w:p>
    <w:p>
      <w:pPr>
        <w:pStyle w:val="ListBullet"/>
      </w:pPr>
      <w:r>
        <w:rPr>
          <w:b/>
        </w:rPr>
        <w:t>SOUTHCOM:</w:t>
      </w:r>
      <w:r>
        <w:t xml:space="preserve"> Two post-debate polls show Flávio Bolsonaro narrowly ahead of Lula within the margin of error. Gangs in Haiti carried out their biggest attack yet on the new international force, and four Salvadoran soldiers are unaccounted for. </w:t>
      </w:r>
      <w:r>
        <w:rPr>
          <w:vertAlign w:val="superscript"/>
        </w:rPr>
        <w:t>[77]</w:t>
      </w:r>
      <w:r>
        <w:rPr>
          <w:vertAlign w:val="superscript"/>
        </w:rPr>
        <w:t>[78]</w:t>
      </w:r>
      <w:r>
        <w:rPr>
          <w:vertAlign w:val="superscript"/>
        </w:rPr>
        <w:t>[80]</w:t>
      </w:r>
    </w:p>
    <w:p>
      <w:pPr>
        <w:pStyle w:val="Heading1"/>
      </w:pPr>
      <w:r>
        <w:rPr>
          <w:rFonts w:ascii="Consolas" w:hAnsi="Consolas"/>
          <w:color w:val="FFB000"/>
        </w:rPr>
        <w:t xml:space="preserve">// </w:t>
      </w:r>
      <w:r>
        <w:rPr>
          <w:color w:val="282828"/>
        </w:rPr>
        <w:t>AFRICOM</w:t>
      </w:r>
    </w:p>
    <w:p>
      <w:r>
        <w:rPr>
          <w:b/>
        </w:rPr>
        <w:t>SUDAN: Drone strikes reportedly kill more than 160 since Friday</w:t>
      </w:r>
    </w:p>
    <w:p>
      <w:r>
        <w:rPr>
          <w:i/>
        </w:rPr>
        <w:t>Pre-window onset:</w:t>
      </w:r>
      <w:r>
        <w:t xml:space="preserve"> A drone hit a transport hub in RSF-held al-Dabba, West Kordofan, on the evening of 18 Oct, killing 80 people. RSF-aligned groups blamed the army. Early on 19 Oct a drone strike in Nyala killed 17, including seven RSF officers, and drones over Khartoum killed three children. The UN said it was "alarmed." </w:t>
      </w:r>
      <w:r>
        <w:rPr>
          <w:vertAlign w:val="superscript"/>
        </w:rPr>
        <w:t>[1]</w:t>
      </w:r>
    </w:p>
    <w:p>
      <w:r>
        <w:rPr>
          <w:rFonts w:ascii="Consolas" w:hAnsi="Consolas"/>
          <w:b/>
          <w:color w:val="55604B"/>
        </w:rPr>
        <w:t>Assessment:</w:t>
      </w:r>
      <w:r>
        <w:t xml:space="preserve"> Both sides are now striking dense civilian areas deep in each other's rear, so casualties will likely keep rising whatever happens on the diplomatic track.</w:t>
      </w:r>
    </w:p>
    <w:p>
      <w:r>
        <w:rPr>
          <w:b/>
        </w:rPr>
        <w:t>DRC: North Kivu shuts down for a "Stop Ebola" day</w:t>
      </w:r>
    </w:p>
    <w:p>
      <w:r>
        <w:t xml:space="preserve">North Kivu's governor ordered schools, markets, shops and fuel stations closed in Beni, Butembo and other towns on 19 Oct, with police checkpoints enforcing it. He cited 1,252 deaths in the province as of 17 Oct and continued community resistance in some health zones. </w:t>
      </w:r>
      <w:r>
        <w:rPr>
          <w:vertAlign w:val="superscript"/>
        </w:rPr>
        <w:t>[2]</w:t>
      </w:r>
      <w:r>
        <w:t xml:space="preserve"> Euronews gives national totals of 9,455 cases and 4,561 deaths and says 128 contacts are quarantined in Kenya. </w:t>
      </w:r>
      <w:r>
        <w:rPr>
          <w:vertAlign w:val="superscript"/>
        </w:rPr>
        <w:t>[3]</w:t>
      </w:r>
    </w:p>
    <w:p>
      <w:r>
        <w:rPr>
          <w:rFonts w:ascii="Consolas" w:hAnsi="Consolas"/>
          <w:b/>
          <w:color w:val="55604B"/>
        </w:rPr>
        <w:t>Assessment:</w:t>
      </w:r>
      <w:r>
        <w:t xml:space="preserve"> Community resistance in the Beni-Butembo area will likely remain the main obstacle to containing the outbreak in North Kivu.</w:t>
      </w:r>
    </w:p>
    <w:p>
      <w:r>
        <w:rPr>
          <w:b/>
        </w:rPr>
        <w:t>NIGERIA: Gamboru attack toll rises to 15</w:t>
      </w:r>
    </w:p>
    <w:p>
      <w:r>
        <w:t xml:space="preserve">Reuters, citing soldiers, put the toll from the 17 Oct attack on the Gamboru-Cameroon border road at 15: 10 soldiers and 5 members of the Civilian Joint Task Force. A pickup hit a mine, and gunmen then fired on a second vehicle. </w:t>
      </w:r>
      <w:r>
        <w:rPr>
          <w:vertAlign w:val="superscript"/>
        </w:rPr>
        <w:t>[4]</w:t>
      </w:r>
      <w:r>
        <w:rPr>
          <w:vertAlign w:val="superscript"/>
        </w:rPr>
        <w:t>[5]</w:t>
      </w:r>
      <w:r>
        <w:t xml:space="preserve"> Yesterday's edition reported eight dead.</w:t>
      </w:r>
    </w:p>
    <w:p>
      <w:r>
        <w:rPr>
          <w:rFonts w:ascii="Consolas" w:hAnsi="Consolas"/>
          <w:b/>
          <w:color w:val="55604B"/>
        </w:rPr>
        <w:t>Assessment:</w:t>
      </w:r>
      <w:r>
        <w:t xml:space="preserve"> The follow-up ambush points to a planned attack, and jihadists can likely still cut the main border supply route.</w:t>
      </w:r>
    </w:p>
    <w:p>
      <w:r>
        <w:rPr>
          <w:b/>
        </w:rPr>
        <w:t>UGANDA / RWANDA: Exiled Kagame critic found beheaded near Kampala</w:t>
      </w:r>
    </w:p>
    <w:p>
      <w:r>
        <w:t xml:space="preserve">Ugandan police said on 19 Oct they had found the headless body of Robert Kabera, a former Rwandan army sergeant who ran a YouTube channel critical of President Kagame, near Kampala. Police opened a murder investigation. AFP noted earlier killings of Rwandan dissidents in Mozambique and South Africa. </w:t>
      </w:r>
      <w:r>
        <w:rPr>
          <w:vertAlign w:val="superscript"/>
        </w:rPr>
        <w:t>[6]</w:t>
      </w:r>
      <w:r>
        <w:rPr>
          <w:vertAlign w:val="superscript"/>
        </w:rPr>
        <w:t>[7]</w:t>
      </w:r>
    </w:p>
    <w:p>
      <w:r>
        <w:rPr>
          <w:rFonts w:ascii="Consolas" w:hAnsi="Consolas"/>
          <w:b/>
          <w:color w:val="55604B"/>
        </w:rPr>
        <w:t>Assessment:</w:t>
      </w:r>
      <w:r>
        <w:t xml:space="preserve"> The killing will likely revive accusations of Rwandan repression abroad and could strain Kampala-Kigali ties while Rwanda's role in eastern DRC is under scrutiny.</w:t>
      </w:r>
    </w:p>
    <w:p>
      <w:r>
        <w:rPr>
          <w:b/>
        </w:rPr>
        <w:t>MALI: Human Rights Watch accuses army, Russia's Africa Corps and armed groups of killing civilians</w:t>
      </w:r>
    </w:p>
    <w:p>
      <w:r>
        <w:rPr>
          <w:i/>
        </w:rPr>
        <w:t>Pre-window onset:</w:t>
      </w:r>
      <w:r>
        <w:t xml:space="preserve"> An HRW report released on 19 Oct documents Malian drone strikes on a health facility in Kidal and a market in Bandiagara, and executions of captured soldiers by JNIM and a separatist group. Citing ACLED, it counts 49 strikes by Mali and the Africa Corps that killed 89 civilians from April to August 2026, double the 2025 figure. </w:t>
      </w:r>
      <w:r>
        <w:rPr>
          <w:vertAlign w:val="superscript"/>
        </w:rPr>
        <w:t>[8]</w:t>
      </w:r>
    </w:p>
    <w:p>
      <w:r>
        <w:rPr>
          <w:rFonts w:ascii="Consolas" w:hAnsi="Consolas"/>
          <w:b/>
          <w:color w:val="55604B"/>
        </w:rPr>
        <w:t>Assessment:</w:t>
      </w:r>
      <w:r>
        <w:t xml:space="preserve"> Drones are likely becoming the junta's main tool against the insurgency, at growing civilian cost.</w:t>
      </w:r>
    </w:p>
    <w:p>
      <w:r>
        <w:rPr>
          <w:b/>
        </w:rPr>
        <w:t>SOMALIA: Opposition alliance to meet in Nairobi over election timetable</w:t>
      </w:r>
    </w:p>
    <w:p>
      <w:r>
        <w:t xml:space="preserve">The opposition "Future Council," which includes the Puntland and Jubaland administrations, is expected to meet in Nairobi in the coming days to reject the electoral commission's timetable. </w:t>
      </w:r>
      <w:r>
        <w:rPr>
          <w:vertAlign w:val="superscript"/>
        </w:rPr>
        <w:t>[9]</w:t>
      </w:r>
      <w:r>
        <w:t xml:space="preserve"> Separately, Al Jazeera reports 84 US airstrikes in Somalia listed by AFRICOM through September 2026, which Airwars puts at about four times the Biden-era pace. </w:t>
      </w:r>
      <w:r>
        <w:rPr>
          <w:vertAlign w:val="superscript"/>
        </w:rPr>
        <w:t>[10]</w:t>
      </w:r>
    </w:p>
    <w:p>
      <w:r>
        <w:rPr>
          <w:rFonts w:ascii="Consolas" w:hAnsi="Consolas"/>
          <w:b/>
          <w:color w:val="55604B"/>
        </w:rPr>
        <w:t>Assessment:</w:t>
      </w:r>
      <w:r>
        <w:t xml:space="preserve"> Rival political coordination outside Somalia, alongside the fighting near Baidoa, deepens the risk of competing power structures.</w:t>
      </w:r>
    </w:p>
    <w:p>
      <w:r>
        <w:rPr>
          <w:b/>
        </w:rPr>
        <w:t>KENYA: Shakahola cult leader convicted of murder</w:t>
      </w:r>
    </w:p>
    <w:p>
      <w:r>
        <w:t xml:space="preserve">A Mombasa court found Paul Mackenzie and 28 co-defendants guilty on 19 Oct of murdering 191 people, 190 of them children, by starvation. Terrorism and other charges are still pending. </w:t>
      </w:r>
      <w:r>
        <w:rPr>
          <w:vertAlign w:val="superscript"/>
        </w:rPr>
        <w:t>[11]</w:t>
      </w:r>
    </w:p>
    <w:p>
      <w:r>
        <w:rPr>
          <w:rFonts w:ascii="Consolas" w:hAnsi="Consolas"/>
          <w:b/>
          <w:color w:val="55604B"/>
        </w:rPr>
        <w:t>Assessment:</w:t>
      </w:r>
      <w:r>
        <w:t xml:space="preserve"> The verdict is a landmark, but the pending cases will likely keep the issue politically sensitive.</w:t>
      </w:r>
    </w:p>
    <w:p>
      <w:r>
        <w:rPr>
          <w:b/>
        </w:rPr>
        <w:t>MAURITIUS: Curfew lifted after a week of unrest</w:t>
      </w:r>
    </w:p>
    <w:p>
      <w:r>
        <w:t xml:space="preserve">The government ended the night curfew, in force since 12 Oct, on 19 Oct. Protests over water shortages and living costs escalated after police shot a woman, and at least 188 people have been arrested. </w:t>
      </w:r>
      <w:r>
        <w:rPr>
          <w:vertAlign w:val="superscript"/>
        </w:rPr>
        <w:t>[12]</w:t>
      </w:r>
    </w:p>
    <w:p>
      <w:r>
        <w:rPr>
          <w:rFonts w:ascii="Consolas" w:hAnsi="Consolas"/>
          <w:b/>
          <w:color w:val="55604B"/>
        </w:rPr>
        <w:t>Assessment:</w:t>
      </w:r>
      <w:r>
        <w:t xml:space="preserve"> The underlying economic grievances are unresolved, so further protests are possible.</w:t>
      </w:r>
    </w:p>
    <w:p>
      <w:r>
        <w:rPr>
          <w:i/>
        </w:rPr>
        <w:t>Collection gap: no new reporting on the Ethiopia-Eritrea front at Zalambessa, the Baidoa front, South Sudan, the Sahel beyond Mali, Libya or Mozambique was found. Reuters, AP and BBC were blocked.</w:t>
      </w:r>
    </w:p>
    <w:p>
      <w:pPr>
        <w:pStyle w:val="Heading1"/>
      </w:pPr>
      <w:r>
        <w:rPr>
          <w:rFonts w:ascii="Consolas" w:hAnsi="Consolas"/>
          <w:color w:val="FFB000"/>
        </w:rPr>
        <w:t xml:space="preserve">// </w:t>
      </w:r>
      <w:r>
        <w:rPr>
          <w:color w:val="282828"/>
        </w:rPr>
        <w:t>CENTCOM</w:t>
      </w:r>
    </w:p>
    <w:p>
      <w:r>
        <w:rPr>
          <w:b/>
        </w:rPr>
        <w:t>IRAN / RUSSIA: Lavrov's Tehran talks end with no deal</w:t>
      </w:r>
    </w:p>
    <w:p>
      <w:r>
        <w:t xml:space="preserve">Lavrov met Foreign Minister Araghchi and President Pezeshkian in Tehran on 19 Oct, his first visit since the war began on 28 Feb. Both sides called the talks "productive," but no agreement was announced. </w:t>
      </w:r>
      <w:r>
        <w:rPr>
          <w:vertAlign w:val="superscript"/>
        </w:rPr>
        <w:t>[13]</w:t>
      </w:r>
      <w:r>
        <w:t xml:space="preserve"> Lavrov said Russian specialists would gradually return to the Bushehr nuclear plant and called for Hormuz to return to its pre-war state. </w:t>
      </w:r>
      <w:r>
        <w:rPr>
          <w:vertAlign w:val="superscript"/>
        </w:rPr>
        <w:t>[14]</w:t>
      </w:r>
      <w:r>
        <w:t xml:space="preserve"> Araghchi said there is "no military solution," and Iran's foreign ministry said Pakistan and Qatar remain the actual mediators. </w:t>
      </w:r>
      <w:r>
        <w:rPr>
          <w:vertAlign w:val="superscript"/>
        </w:rPr>
        <w:t>[15]</w:t>
      </w:r>
      <w:r>
        <w:rPr>
          <w:vertAlign w:val="superscript"/>
        </w:rPr>
        <w:t>[13]</w:t>
      </w:r>
    </w:p>
    <w:p>
      <w:r>
        <w:rPr>
          <w:rFonts w:ascii="Consolas" w:hAnsi="Consolas"/>
          <w:b/>
          <w:color w:val="55604B"/>
        </w:rPr>
        <w:t>Assessment:</w:t>
      </w:r>
      <w:r>
        <w:t xml:space="preserve"> Moscow is offering political and nuclear-technical backing to Tehran but brought nothing to break the Hormuz deadlock.</w:t>
      </w:r>
    </w:p>
    <w:p>
      <w:r>
        <w:rPr>
          <w:b/>
        </w:rPr>
        <w:t>YEMEN: Houthi missiles kill at least 53 recruits at a government camp in Shabwa</w:t>
      </w:r>
    </w:p>
    <w:p>
      <w:r>
        <w:t xml:space="preserve">Houthi ballistic missiles hit a training camp in Shabwa on 19 Oct while recruits were lining up. Yemeni military officials said at least 53 were killed and about 200 wounded, and the toll may rise. The Houthis acknowledged the strike. </w:t>
      </w:r>
      <w:r>
        <w:rPr>
          <w:vertAlign w:val="superscript"/>
        </w:rPr>
        <w:t>[16]</w:t>
      </w:r>
      <w:r>
        <w:t xml:space="preserve"> The Saudi-backed government claimed 558 Houthis "neutralized" in 24 hours, a figure that cannot be verified. </w:t>
      </w:r>
      <w:r>
        <w:rPr>
          <w:vertAlign w:val="superscript"/>
        </w:rPr>
        <w:t>[17]</w:t>
      </w:r>
    </w:p>
    <w:p>
      <w:r>
        <w:rPr>
          <w:rFonts w:ascii="Consolas" w:hAnsi="Consolas"/>
          <w:b/>
          <w:color w:val="55604B"/>
        </w:rPr>
        <w:t>Assessment:</w:t>
      </w:r>
      <w:r>
        <w:t xml:space="preserve"> The strike shows the Houthis can hit staging areas for the Saudi-backed ground offensive, and further attacks on such sites are likely.</w:t>
      </w:r>
    </w:p>
    <w:p>
      <w:r>
        <w:rPr>
          <w:b/>
        </w:rPr>
        <w:t>SAUDI ARABIA: Houthis claim attacks on Riyadh airport, Yanbu and Shaybah</w:t>
      </w:r>
    </w:p>
    <w:p>
      <w:r>
        <w:t xml:space="preserve">Houthi spokesman Yahya Sarea claimed six operations over 48 hours, naming Aramco facilities in Yanbu, the Shaybah oilfield, Riyadh's King Khalid International Airport, Abha airport and a base near Khamis Mushait. Saudi Arabia has not confirmed the claims. </w:t>
      </w:r>
      <w:r>
        <w:rPr>
          <w:vertAlign w:val="superscript"/>
        </w:rPr>
        <w:t>[18]</w:t>
      </w:r>
      <w:r>
        <w:t xml:space="preserve"> Riyadh residents received air-threat alerts, and government agencies and financial-district firms told staff to work from home through Thursday. </w:t>
      </w:r>
      <w:r>
        <w:rPr>
          <w:vertAlign w:val="superscript"/>
        </w:rPr>
        <w:t>[18]</w:t>
      </w:r>
      <w:r>
        <w:rPr>
          <w:vertAlign w:val="superscript"/>
        </w:rPr>
        <w:t>[19]</w:t>
      </w:r>
    </w:p>
    <w:p>
      <w:r>
        <w:rPr>
          <w:rFonts w:ascii="Consolas" w:hAnsi="Consolas"/>
          <w:b/>
          <w:color w:val="55604B"/>
        </w:rPr>
        <w:t>Assessment:</w:t>
      </w:r>
      <w:r>
        <w:t xml:space="preserve"> The Houthis are likely trying to wear down Saudi air defences, and the disruption to daily business in Riyadh is growing.</w:t>
      </w:r>
    </w:p>
    <w:p>
      <w:r>
        <w:rPr>
          <w:b/>
        </w:rPr>
        <w:t>SAUDI ARABIA: "Davos in the Desert" postponed to 2027</w:t>
      </w:r>
    </w:p>
    <w:p>
      <w:r>
        <w:t xml:space="preserve">The Future Investment Initiative conference, due 26-29 Oct in Riyadh, was postponed to next year. Al Jazeera says Houthi strikes in the kingdom have killed at least 18 people. </w:t>
      </w:r>
      <w:r>
        <w:rPr>
          <w:vertAlign w:val="superscript"/>
        </w:rPr>
        <w:t>[20]</w:t>
      </w:r>
    </w:p>
    <w:p>
      <w:r>
        <w:rPr>
          <w:rFonts w:ascii="Consolas" w:hAnsi="Consolas"/>
          <w:b/>
          <w:color w:val="55604B"/>
        </w:rPr>
        <w:t>Assessment:</w:t>
      </w:r>
      <w:r>
        <w:t xml:space="preserve"> The postponement is the clearest economic and reputational cost so far of the Houthi campaign.</w:t>
      </w:r>
    </w:p>
    <w:p>
      <w:r>
        <w:rPr>
          <w:b/>
        </w:rPr>
        <w:t>EGYPT: Parliament delays vote on military support for Saudi Arabia</w:t>
      </w:r>
    </w:p>
    <w:p>
      <w:r>
        <w:t xml:space="preserve">Egypt's House of Representatives postponed to 26 Oct a vote letting President Sisi approve any Saudi request for defence help. An opposition party told its members to abstain, citing unclear objectives and costs. </w:t>
      </w:r>
      <w:r>
        <w:rPr>
          <w:vertAlign w:val="superscript"/>
        </w:rPr>
        <w:t>[21]</w:t>
      </w:r>
    </w:p>
    <w:p>
      <w:r>
        <w:rPr>
          <w:rFonts w:ascii="Consolas" w:hAnsi="Consolas"/>
          <w:b/>
          <w:color w:val="55604B"/>
        </w:rPr>
        <w:t>Assessment:</w:t>
      </w:r>
      <w:r>
        <w:t xml:space="preserve"> Cairo is moving toward a defensive deployment but is likely buying time because of domestic unease.</w:t>
      </w:r>
    </w:p>
    <w:p>
      <w:r>
        <w:rPr>
          <w:b/>
        </w:rPr>
        <w:t>ISRAEL / US: Hegseth makes unannounced visit and meets Netanyahu</w:t>
      </w:r>
    </w:p>
    <w:p>
      <w:r>
        <w:t xml:space="preserve">Axios and Army Radio reported that Defense Secretary Hegseth met Netanyahu at an air base in southern Israel on 19 Oct. The Pentagon declined to comment. </w:t>
      </w:r>
      <w:r>
        <w:rPr>
          <w:vertAlign w:val="superscript"/>
        </w:rPr>
        <w:t>[22]</w:t>
      </w:r>
      <w:r>
        <w:t xml:space="preserve"> Earlier that day Netanyahu warned Israel's enemies from an air base: "Do not test us." </w:t>
      </w:r>
      <w:r>
        <w:rPr>
          <w:vertAlign w:val="superscript"/>
        </w:rPr>
        <w:t>[23]</w:t>
      </w:r>
    </w:p>
    <w:p>
      <w:r>
        <w:rPr>
          <w:rFonts w:ascii="Consolas" w:hAnsi="Consolas"/>
          <w:b/>
          <w:color w:val="55604B"/>
        </w:rPr>
        <w:t>Assessment:</w:t>
      </w:r>
      <w:r>
        <w:t xml:space="preserve"> The visit likely reflects close US-Israeli coordination on possible renewed action against Iran, despite Trump's pledge of no strike before the 3 Nov midterms.</w:t>
      </w:r>
    </w:p>
    <w:p>
      <w:r>
        <w:rPr>
          <w:b/>
        </w:rPr>
        <w:t>US / IRAN: Kharg Island strike options reportedly considered</w:t>
      </w:r>
    </w:p>
    <w:p>
      <w:r>
        <w:t xml:space="preserve">A low-reliability community news site, citing an Arabic outlet and unnamed US diplomatic sources, reported that Trump is weighing strikes on Kharg Island, Iran's main oil export terminal. It said no decision has been made. </w:t>
      </w:r>
      <w:r>
        <w:rPr>
          <w:vertAlign w:val="superscript"/>
        </w:rPr>
        <w:t>[24]</w:t>
      </w:r>
    </w:p>
    <w:p>
      <w:r>
        <w:rPr>
          <w:rFonts w:ascii="Consolas" w:hAnsi="Consolas"/>
          <w:b/>
          <w:color w:val="55604B"/>
        </w:rPr>
        <w:t>Assessment:</w:t>
      </w:r>
      <w:r>
        <w:t xml:space="preserve"> This is unconfirmed and likely pressure signalling; no wire service or official has reported a strike decision.</w:t>
      </w:r>
    </w:p>
    <w:p>
      <w:r>
        <w:rPr>
          <w:b/>
        </w:rPr>
        <w:t>ISRAEL: Gantz quits the 27 Oct election</w:t>
      </w:r>
    </w:p>
    <w:p>
      <w:r>
        <w:t xml:space="preserve">Benny Gantz withdrew his Blue and White party from the race on 19 Oct, said "the responsibility is mine," and urged a broad unity government. </w:t>
      </w:r>
      <w:r>
        <w:rPr>
          <w:vertAlign w:val="superscript"/>
        </w:rPr>
        <w:t>[25]</w:t>
      </w:r>
      <w:r>
        <w:rPr>
          <w:vertAlign w:val="superscript"/>
        </w:rPr>
        <w:t>[26]</w:t>
      </w:r>
    </w:p>
    <w:p>
      <w:r>
        <w:rPr>
          <w:rFonts w:ascii="Consolas" w:hAnsi="Consolas"/>
          <w:b/>
          <w:color w:val="55604B"/>
        </w:rPr>
        <w:t>Assessment:</w:t>
      </w:r>
      <w:r>
        <w:t xml:space="preserve"> Gantz's exit consolidates the centre-left vote but is unlikely to break the projected deadlock between the blocs.</w:t>
      </w:r>
    </w:p>
    <w:p>
      <w:r>
        <w:rPr>
          <w:b/>
        </w:rPr>
        <w:t>LEBANON: Aoun orders "no leniency" on armed activity; Hezbollah MPs warn of an "explosion"</w:t>
      </w:r>
    </w:p>
    <w:p>
      <w:r>
        <w:t xml:space="preserve">At a security meeting on 19 Oct, President Aoun ordered a ban on armed demonstrations, weapons seizures and court referrals. A Hezbollah MP acknowledged that recently seized explosives belonged to the group, and another warned of an "imminent explosion" in the streets. The army has increased its deployment in Greater Beirut. </w:t>
      </w:r>
      <w:r>
        <w:rPr>
          <w:vertAlign w:val="superscript"/>
        </w:rPr>
        <w:t>[27]</w:t>
      </w:r>
    </w:p>
    <w:p>
      <w:r>
        <w:rPr>
          <w:rFonts w:ascii="Consolas" w:hAnsi="Consolas"/>
          <w:b/>
          <w:color w:val="55604B"/>
        </w:rPr>
        <w:t>Assessment:</w:t>
      </w:r>
      <w:r>
        <w:t xml:space="preserve"> The state and Hezbollah are on a collision course over weapons, which raises the risk of internal unrest.</w:t>
      </w:r>
    </w:p>
    <w:p>
      <w:r>
        <w:rPr>
          <w:b/>
        </w:rPr>
        <w:t>LEBANON / ISRAEL: IDF accuses Lebanese Army of helping Hezbollah and strikes a truck</w:t>
      </w:r>
    </w:p>
    <w:p>
      <w:r>
        <w:t xml:space="preserve">On 20 Oct the IDF released footage it said shows Hezbollah loading weapons onto a truck at a site in Kafra that the Lebanese Army had said it cleared. The IDF destroyed the truck and accused the army of sometimes coordinating with Hezbollah. </w:t>
      </w:r>
      <w:r>
        <w:rPr>
          <w:vertAlign w:val="superscript"/>
        </w:rPr>
        <w:t>[28]</w:t>
      </w:r>
    </w:p>
    <w:p>
      <w:r>
        <w:rPr>
          <w:rFonts w:ascii="Consolas" w:hAnsi="Consolas"/>
          <w:b/>
          <w:color w:val="55604B"/>
        </w:rPr>
        <w:t>Assessment:</w:t>
      </w:r>
      <w:r>
        <w:t xml:space="preserve"> Israel is likely building a public case that could justify wider strikes in southern Lebanon.</w:t>
      </w:r>
    </w:p>
    <w:p>
      <w:r>
        <w:rPr>
          <w:b/>
        </w:rPr>
        <w:t>PAKISTAN: Peshawar High Court adjourns PTI challenge to 10 Nov</w:t>
      </w:r>
    </w:p>
    <w:p>
      <w:r>
        <w:t xml:space="preserve">The court issued notices to the federal and provincial governments on 20 Oct on petitions challenging the emergency and governor's rule imposed in Khyber Pakhtunkhwa on 11 Oct, and set the next hearing for 10 Nov. </w:t>
      </w:r>
      <w:r>
        <w:rPr>
          <w:vertAlign w:val="superscript"/>
        </w:rPr>
        <w:t>[29]</w:t>
      </w:r>
    </w:p>
    <w:p>
      <w:r>
        <w:rPr>
          <w:rFonts w:ascii="Consolas" w:hAnsi="Consolas"/>
          <w:b/>
          <w:color w:val="55604B"/>
        </w:rPr>
        <w:t>Assessment:</w:t>
      </w:r>
      <w:r>
        <w:t xml:space="preserve"> Federal rule and the detention of the provincial chief minister will likely stay in place for at least three more weeks.</w:t>
      </w:r>
    </w:p>
    <w:p>
      <w:r>
        <w:rPr>
          <w:b/>
        </w:rPr>
        <w:t>GULF SHIPPING: No new confirmed attacks; Brent near $110</w:t>
      </w:r>
    </w:p>
    <w:p>
      <w:r>
        <w:t xml:space="preserve">No new UKMTO or JMIC incident was found in the window, and ISW reported "nothing significant" on Iranian strikes or US operations for 19 Oct. </w:t>
      </w:r>
      <w:r>
        <w:rPr>
          <w:vertAlign w:val="superscript"/>
        </w:rPr>
        <w:t>[30]</w:t>
      </w:r>
      <w:r>
        <w:t xml:space="preserve"> Brent was at about $110 a barrel on 19 Oct. </w:t>
      </w:r>
      <w:r>
        <w:rPr>
          <w:vertAlign w:val="superscript"/>
        </w:rPr>
        <w:t>[19]</w:t>
      </w:r>
    </w:p>
    <w:p>
      <w:r>
        <w:rPr>
          <w:rFonts w:ascii="Consolas" w:hAnsi="Consolas"/>
          <w:b/>
          <w:color w:val="55604B"/>
        </w:rPr>
        <w:t>Assessment:</w:t>
      </w:r>
      <w:r>
        <w:t xml:space="preserve"> Shipping risk remains extreme even without new reported strikes.</w:t>
      </w:r>
    </w:p>
    <w:p>
      <w:r>
        <w:rPr>
          <w:b/>
        </w:rPr>
        <w:t>SYRIA: Damascus condemns Israeli incursions in Quneitra and Daraa</w:t>
      </w:r>
    </w:p>
    <w:p>
      <w:r>
        <w:rPr>
          <w:i/>
        </w:rPr>
        <w:t>Pre-window onset:</w:t>
      </w:r>
      <w:r>
        <w:t xml:space="preserve"> Syria's foreign ministry condemned Israeli incursions in Quneitra and the Daraa countryside and demanded a return to the 1974 lines. </w:t>
      </w:r>
      <w:r>
        <w:rPr>
          <w:vertAlign w:val="superscript"/>
        </w:rPr>
        <w:t>[31]</w:t>
      </w:r>
    </w:p>
    <w:p>
      <w:r>
        <w:rPr>
          <w:rFonts w:ascii="Consolas" w:hAnsi="Consolas"/>
          <w:b/>
          <w:color w:val="55604B"/>
        </w:rPr>
        <w:t>Assessment:</w:t>
      </w:r>
      <w:r>
        <w:t xml:space="preserve"> Israeli ground activity in southern Syria will likely continue.</w:t>
      </w:r>
    </w:p>
    <w:p>
      <w:r>
        <w:rPr>
          <w:i/>
        </w:rPr>
        <w:t>Collection gap: no new CENTCOM, UKMTO or JMIC maritime advisory and no substantive Iraq or Afghanistan reporting was found. The Saudi damage from the claimed Houthi attacks is unconfirmed.</w:t>
      </w:r>
    </w:p>
    <w:p>
      <w:pPr>
        <w:pStyle w:val="Heading1"/>
      </w:pPr>
      <w:r>
        <w:rPr>
          <w:rFonts w:ascii="Consolas" w:hAnsi="Consolas"/>
          <w:color w:val="FFB000"/>
        </w:rPr>
        <w:t xml:space="preserve">// </w:t>
      </w:r>
      <w:r>
        <w:rPr>
          <w:color w:val="282828"/>
        </w:rPr>
        <w:t>EUCOM</w:t>
      </w:r>
    </w:p>
    <w:p>
      <w:r>
        <w:rPr>
          <w:b/>
        </w:rPr>
        <w:t>UKRAINE / US: Witkoff plans talks in Norway, then a Putin meeting; Trump says Russia "has been fine"</w:t>
      </w:r>
    </w:p>
    <w:p>
      <w:r>
        <w:t xml:space="preserve">Citing Reuters, the Kyiv Independent reports that US envoy Witkoff will meet Zelensky, European leaders, the EU and NATO in Norway this week, then go to Russia to meet Putin. The schedule is tentative. </w:t>
      </w:r>
      <w:r>
        <w:rPr>
          <w:vertAlign w:val="superscript"/>
        </w:rPr>
        <w:t>[32]</w:t>
      </w:r>
      <w:r>
        <w:t xml:space="preserve"> On 19 Oct Trump said, "Russia, frankly, has been fine on Ukraine. They haven't been doing much," and suggested Zelensky "get somebody else to negotiate." </w:t>
      </w:r>
      <w:r>
        <w:rPr>
          <w:vertAlign w:val="superscript"/>
        </w:rPr>
        <w:t>[33]</w:t>
      </w:r>
      <w:r>
        <w:t xml:space="preserve"> Zelensky told US senators that Ukraine did not get advance warning of Russian attacks three times in the past week. </w:t>
      </w:r>
      <w:r>
        <w:rPr>
          <w:vertAlign w:val="superscript"/>
        </w:rPr>
        <w:t>[34]</w:t>
      </w:r>
    </w:p>
    <w:p>
      <w:r>
        <w:rPr>
          <w:rFonts w:ascii="Consolas" w:hAnsi="Consolas"/>
          <w:b/>
          <w:color w:val="55604B"/>
        </w:rPr>
        <w:t>Assessment:</w:t>
      </w:r>
      <w:r>
        <w:t xml:space="preserve"> The planned trip to Moscow after Oslo raises the risk that terms are set with Putin over Kyiv's head.</w:t>
      </w:r>
    </w:p>
    <w:p>
      <w:r>
        <w:rPr>
          <w:b/>
        </w:rPr>
        <w:t>UKRAINE / US: Zelensky and Rubio discuss interceptors and early warning</w:t>
      </w:r>
    </w:p>
    <w:p>
      <w:r>
        <w:t xml:space="preserve">In a call on 20 Oct the two discussed ballistic missile interceptors, early warning of Russian launches, and Starlink and Starshield. Rubio blamed a software malfunction for the warning outages. Ukrainian officials say a large Patriot transfer has still not been approved. </w:t>
      </w:r>
      <w:r>
        <w:rPr>
          <w:vertAlign w:val="superscript"/>
        </w:rPr>
        <w:t>[35]</w:t>
      </w:r>
    </w:p>
    <w:p>
      <w:r>
        <w:rPr>
          <w:rFonts w:ascii="Consolas" w:hAnsi="Consolas"/>
          <w:b/>
          <w:color w:val="55604B"/>
        </w:rPr>
        <w:t>Assessment:</w:t>
      </w:r>
      <w:r>
        <w:t xml:space="preserve"> Kyiv is likely seeking a fix through the State Department while delivery decisions stay with the Pentagon and White House.</w:t>
      </w:r>
    </w:p>
    <w:p>
      <w:r>
        <w:rPr>
          <w:b/>
        </w:rPr>
        <w:t>UKRAINE: Drone strike on a park kills six, including two children</w:t>
      </w:r>
    </w:p>
    <w:p>
      <w:r>
        <w:t xml:space="preserve">A daytime Shahed strike on the central park of Nova Vodolaha, Kharkiv region, killed six people, including girls aged 11 and about one, and wounded 15 on 19 Oct. </w:t>
      </w:r>
      <w:r>
        <w:rPr>
          <w:vertAlign w:val="superscript"/>
        </w:rPr>
        <w:t>[36]</w:t>
      </w:r>
      <w:r>
        <w:t xml:space="preserve"> An Al Jazeera caption says three children were killed. </w:t>
      </w:r>
      <w:r>
        <w:rPr>
          <w:vertAlign w:val="superscript"/>
        </w:rPr>
        <w:t>[37]</w:t>
      </w:r>
    </w:p>
    <w:p>
      <w:r>
        <w:rPr>
          <w:rFonts w:ascii="Consolas" w:hAnsi="Consolas"/>
          <w:b/>
          <w:color w:val="55604B"/>
        </w:rPr>
        <w:t>Assessment:</w:t>
      </w:r>
      <w:r>
        <w:t xml:space="preserve"> Daytime strikes on public spaces will likely keep civilian deaths high while Ukraine's air defence supply is uncertain.</w:t>
      </w:r>
    </w:p>
    <w:p>
      <w:r>
        <w:rPr>
          <w:b/>
        </w:rPr>
        <w:t>UKRAINE: Overnight attack with 165 drones kills four</w:t>
      </w:r>
    </w:p>
    <w:p>
      <w:r>
        <w:t xml:space="preserve">Ukraine's Air Force said Russia launched 165 drones overnight into 20 Oct, 105 of them jet-powered, and 115 were downed. A drone hit morning traffic in Kyiv's Holosiivskyi district, killing at least one and injuring six, and a strike on a warehouse in Obukhiv killed three. </w:t>
      </w:r>
      <w:r>
        <w:rPr>
          <w:vertAlign w:val="superscript"/>
        </w:rPr>
        <w:t>[38]</w:t>
      </w:r>
    </w:p>
    <w:p>
      <w:r>
        <w:rPr>
          <w:rFonts w:ascii="Consolas" w:hAnsi="Consolas"/>
          <w:b/>
          <w:color w:val="55604B"/>
        </w:rPr>
        <w:t>Assessment:</w:t>
      </w:r>
      <w:r>
        <w:t xml:space="preserve"> The high share of jet-powered drones is likely reducing interception rates.</w:t>
      </w:r>
    </w:p>
    <w:p>
      <w:r>
        <w:rPr>
          <w:b/>
        </w:rPr>
        <w:t>UKRAINE: Gunman wounds six at a Kyiv recruitment office</w:t>
      </w:r>
    </w:p>
    <w:p>
      <w:r>
        <w:t xml:space="preserve">A man brought in on suspicion of draft evasion opened fire at a recruitment office in Kyiv's Pechersk district on 19 Oct, wounding three police officers and three service members. </w:t>
      </w:r>
      <w:r>
        <w:rPr>
          <w:vertAlign w:val="superscript"/>
        </w:rPr>
        <w:t>[39]</w:t>
      </w:r>
    </w:p>
    <w:p>
      <w:r>
        <w:rPr>
          <w:rFonts w:ascii="Consolas" w:hAnsi="Consolas"/>
          <w:b/>
          <w:color w:val="55604B"/>
        </w:rPr>
        <w:t>Assessment:</w:t>
      </w:r>
      <w:r>
        <w:t xml:space="preserve"> Attacks on recruitment staff reaching the capital reflect growing strain over mobilisation.</w:t>
      </w:r>
    </w:p>
    <w:p>
      <w:r>
        <w:rPr>
          <w:b/>
        </w:rPr>
        <w:t>RUSSIA: Fire at Druzhba pipeline pumping station after drone attack</w:t>
      </w:r>
    </w:p>
    <w:p>
      <w:r>
        <w:t xml:space="preserve">Tambov's governor reported a fire at an "enterprise" after a drone attack overnight into 20 Oct. The Russian outlet ASTRA identifies it as a pumping station on the Druzhba pipeline, which carries crude to Hungary and Slovakia. Kyiv has not confirmed the strike. </w:t>
      </w:r>
      <w:r>
        <w:rPr>
          <w:vertAlign w:val="superscript"/>
        </w:rPr>
        <w:t>[40]</w:t>
      </w:r>
    </w:p>
    <w:p>
      <w:r>
        <w:rPr>
          <w:rFonts w:ascii="Consolas" w:hAnsi="Consolas"/>
          <w:b/>
          <w:color w:val="55604B"/>
        </w:rPr>
        <w:t>Assessment:</w:t>
      </w:r>
      <w:r>
        <w:t xml:space="preserve"> Ukraine is likely continuing strikes on Russian oil infrastructure despite US pressure, and a hit on Druzhba would directly affect Hungary and Slovakia.</w:t>
      </w:r>
    </w:p>
    <w:p>
      <w:r>
        <w:rPr>
          <w:b/>
        </w:rPr>
        <w:t>LITHUANIA: Officials say Sunday's drone came from Ukraine via Poland and carried explosives</w:t>
      </w:r>
    </w:p>
    <w:p>
      <w:r>
        <w:t xml:space="preserve">A presidential adviser said there is "credible evidence that the drone crossed the Polish border." </w:t>
      </w:r>
      <w:r>
        <w:rPr>
          <w:vertAlign w:val="superscript"/>
        </w:rPr>
        <w:t>[41]</w:t>
      </w:r>
      <w:r>
        <w:t xml:space="preserve"> Russian state agency TASS quotes the prime minister as saying the drone was Ukrainian and "carrying explosives," and reports that Ukraine expressed regret. </w:t>
      </w:r>
      <w:r>
        <w:rPr>
          <w:vertAlign w:val="superscript"/>
        </w:rPr>
        <w:t>[42]</w:t>
      </w:r>
    </w:p>
    <w:p>
      <w:r>
        <w:rPr>
          <w:rFonts w:ascii="Consolas" w:hAnsi="Consolas"/>
          <w:b/>
          <w:color w:val="55604B"/>
        </w:rPr>
        <w:t>Assessment:</w:t>
      </w:r>
      <w:r>
        <w:t xml:space="preserve"> Spillover from Ukraine's long-range strikes into NATO airspace is confirmed, and Lithuanian-Polish friction over the route is likely to continue.</w:t>
      </w:r>
    </w:p>
    <w:p>
      <w:r>
        <w:rPr>
          <w:b/>
        </w:rPr>
        <w:t>RUSSIA / SPACE: Russian satellite shadows a radar satellite that supplies Ukraine</w:t>
      </w:r>
    </w:p>
    <w:p>
      <w:r>
        <w:t xml:space="preserve">The tracking firm LeoLabs said Cosmos 2612 made an apparently "deliberate approach" to the ICEYE-X36 radar satellite. The gap shrank to 4.8 km on 16 Oct, and an analyst puts it at about 26 metres by 19 Oct. ICEYE supplies imagery to Ukraine. </w:t>
      </w:r>
      <w:r>
        <w:rPr>
          <w:vertAlign w:val="superscript"/>
        </w:rPr>
        <w:t>[43]</w:t>
      </w:r>
    </w:p>
    <w:p>
      <w:r>
        <w:rPr>
          <w:rFonts w:ascii="Consolas" w:hAnsi="Consolas"/>
          <w:b/>
          <w:color w:val="55604B"/>
        </w:rPr>
        <w:t>Assessment:</w:t>
      </w:r>
      <w:r>
        <w:t xml:space="preserve"> This likely demonstrates Russia's ability to inspect or threaten commercial satellites that support Ukraine.</w:t>
      </w:r>
    </w:p>
    <w:p>
      <w:r>
        <w:rPr>
          <w:b/>
        </w:rPr>
        <w:t>FINLAND: Plans to buy one million anti-personnel mines</w:t>
      </w:r>
    </w:p>
    <w:p>
      <w:r>
        <w:t xml:space="preserve">Finland's army plans to buy one million anti-personnel mines for about EUR 100 million, following its exit from the Ottawa Convention. </w:t>
      </w:r>
      <w:r>
        <w:rPr>
          <w:vertAlign w:val="superscript"/>
        </w:rPr>
        <w:t>[44]</w:t>
      </w:r>
    </w:p>
    <w:p>
      <w:r>
        <w:rPr>
          <w:rFonts w:ascii="Consolas" w:hAnsi="Consolas"/>
          <w:b/>
          <w:color w:val="55604B"/>
        </w:rPr>
        <w:t>Assessment:</w:t>
      </w:r>
      <w:r>
        <w:t xml:space="preserve"> The purchase is concrete hardening of NATO's longest land border with Russia.</w:t>
      </w:r>
    </w:p>
    <w:p>
      <w:r>
        <w:rPr>
          <w:b/>
        </w:rPr>
        <w:t>GERMANY / IRAN: Ambassadors summoned over assassination plot</w:t>
      </w:r>
    </w:p>
    <w:p>
      <w:r>
        <w:t xml:space="preserve">Berlin summoned Iran's ambassador on 19 Oct after a Hamburg court convicted two men of plotting, under Iranian intelligence direction, to kill two German Jewish community leaders. Tehran summoned Germany's ambassador in return. </w:t>
      </w:r>
      <w:r>
        <w:rPr>
          <w:vertAlign w:val="superscript"/>
        </w:rPr>
        <w:t>[45]</w:t>
      </w:r>
    </w:p>
    <w:p>
      <w:r>
        <w:rPr>
          <w:rFonts w:ascii="Consolas" w:hAnsi="Consolas"/>
          <w:b/>
          <w:color w:val="55604B"/>
        </w:rPr>
        <w:t>Assessment:</w:t>
      </w:r>
      <w:r>
        <w:t xml:space="preserve"> Iranian plotting on EU soil will likely keep adding to European security concerns.</w:t>
      </w:r>
    </w:p>
    <w:p>
      <w:r>
        <w:rPr>
          <w:b/>
        </w:rPr>
        <w:t>SPAIN: Storm Adam kills four</w:t>
      </w:r>
    </w:p>
    <w:p>
      <w:r>
        <w:t xml:space="preserve">Torrential rain in eastern Spain killed four people, and more than 2,000 were evacuated. </w:t>
      </w:r>
      <w:r>
        <w:rPr>
          <w:vertAlign w:val="superscript"/>
        </w:rPr>
        <w:t>[46]</w:t>
      </w:r>
    </w:p>
    <w:p>
      <w:r>
        <w:rPr>
          <w:rFonts w:ascii="Consolas" w:hAnsi="Consolas"/>
          <w:b/>
          <w:color w:val="55604B"/>
        </w:rPr>
        <w:t>Assessment:</w:t>
      </w:r>
      <w:r>
        <w:t xml:space="preserve"> Civil protection demands will likely continue for several days.</w:t>
      </w:r>
    </w:p>
    <w:p>
      <w:r>
        <w:rPr>
          <w:i/>
        </w:rPr>
        <w:t>Collection gap: nothing new from the window was found on Belarus, the Caucasus, Turkey, the Black Sea or France's protests. Reuters, AP, BBC and the Guardian were blocked.</w:t>
      </w:r>
    </w:p>
    <w:p>
      <w:pPr>
        <w:pStyle w:val="Heading1"/>
      </w:pPr>
      <w:r>
        <w:rPr>
          <w:rFonts w:ascii="Consolas" w:hAnsi="Consolas"/>
          <w:color w:val="FFB000"/>
        </w:rPr>
        <w:t xml:space="preserve">// </w:t>
      </w:r>
      <w:r>
        <w:rPr>
          <w:color w:val="282828"/>
        </w:rPr>
        <w:t>INDOPACOM</w:t>
      </w:r>
    </w:p>
    <w:p>
      <w:r>
        <w:rPr>
          <w:b/>
        </w:rPr>
        <w:t>PHILIPPINES / CHINA: Manila summons China's ambassador; Beijing tells it to "rein in" politicians</w:t>
      </w:r>
    </w:p>
    <w:p>
      <w:r>
        <w:rPr>
          <w:i/>
        </w:rPr>
        <w:t>Pre-window onset:</w:t>
      </w:r>
      <w:r>
        <w:t xml:space="preserve"> On 19 Oct Foreign Secretary Lazaro summoned Ambassador Jing Quan over his remark that China "may easily win" a confrontation, calling it a "thinly veiled threat of the use of force." </w:t>
      </w:r>
      <w:r>
        <w:rPr>
          <w:vertAlign w:val="superscript"/>
        </w:rPr>
        <w:t>[47]</w:t>
      </w:r>
      <w:r>
        <w:rPr>
          <w:vertAlign w:val="superscript"/>
        </w:rPr>
        <w:t>[48]</w:t>
      </w:r>
      <w:r>
        <w:t xml:space="preserve"> At the 19 Oct foreign ministry briefing, spokeswoman Mao Ning said the Philippines "should rein in such irresponsible behavior of those politicians." </w:t>
      </w:r>
      <w:r>
        <w:rPr>
          <w:vertAlign w:val="superscript"/>
        </w:rPr>
        <w:t>[49]</w:t>
      </w:r>
    </w:p>
    <w:p>
      <w:r>
        <w:rPr>
          <w:rFonts w:ascii="Consolas" w:hAnsi="Consolas"/>
          <w:b/>
          <w:color w:val="55604B"/>
        </w:rPr>
        <w:t>Assessment:</w:t>
      </w:r>
      <w:r>
        <w:t xml:space="preserve"> Manila has moved its protest into formal channels while Beijing doubles down, so the row is likely to continue.</w:t>
      </w:r>
    </w:p>
    <w:p>
      <w:r>
        <w:rPr>
          <w:b/>
        </w:rPr>
        <w:t>PHILIPPINES: Marcos rules out expelling the ambassador</w:t>
      </w:r>
    </w:p>
    <w:p>
      <w:r>
        <w:t xml:space="preserve">The palace said Marcos "does not act in an undiplomatic manner" and does not want Jing declared persona non grata, and that he will still attend the APEC meeting in China in November. </w:t>
      </w:r>
      <w:r>
        <w:rPr>
          <w:vertAlign w:val="superscript"/>
        </w:rPr>
        <w:t>[50]</w:t>
      </w:r>
      <w:r>
        <w:t xml:space="preserve"> A senator filed a resolution urging Jing's expulsion. </w:t>
      </w:r>
      <w:r>
        <w:rPr>
          <w:vertAlign w:val="superscript"/>
        </w:rPr>
        <w:t>[51]</w:t>
      </w:r>
    </w:p>
    <w:p>
      <w:r>
        <w:rPr>
          <w:rFonts w:ascii="Consolas" w:hAnsi="Consolas"/>
          <w:b/>
          <w:color w:val="55604B"/>
        </w:rPr>
        <w:t>Assessment:</w:t>
      </w:r>
      <w:r>
        <w:t xml:space="preserve"> Marcos is likely protecting the APEC trip, leaving Senate hardliners and foreign ministry protests as the main pressure.</w:t>
      </w:r>
    </w:p>
    <w:p>
      <w:r>
        <w:rPr>
          <w:b/>
        </w:rPr>
        <w:t>NORTH KOREA: Kim Yo Jong threatens more tactical weapons and loudspeakers on the border</w:t>
      </w:r>
    </w:p>
    <w:p>
      <w:r>
        <w:t xml:space="preserve">In a KCNA statement on 19 Oct, Kim Yo Jong said the military is "considering increasing the deployment of tactical strike means near the entire southern border" and resuming loudspeaker broadcasts. </w:t>
      </w:r>
      <w:r>
        <w:rPr>
          <w:vertAlign w:val="superscript"/>
        </w:rPr>
        <w:t>[52]</w:t>
      </w:r>
      <w:r>
        <w:t xml:space="preserve"> She accused the South of 201 warning-shot incidents since 1 Aug and called a 21 Sep border mine blast "fabricated." </w:t>
      </w:r>
      <w:r>
        <w:rPr>
          <w:vertAlign w:val="superscript"/>
        </w:rPr>
        <w:t>[53]</w:t>
      </w:r>
    </w:p>
    <w:p>
      <w:r>
        <w:rPr>
          <w:rFonts w:ascii="Consolas" w:hAnsi="Consolas"/>
          <w:b/>
          <w:color w:val="55604B"/>
        </w:rPr>
        <w:t>Assessment:</w:t>
      </w:r>
      <w:r>
        <w:t xml:space="preserve"> Pyongyang is likely building a pretext to escalate along the DMZ.</w:t>
      </w:r>
    </w:p>
    <w:p>
      <w:r>
        <w:rPr>
          <w:b/>
        </w:rPr>
        <w:t>SOUTH KOREA: Top military officer orders "decisive" response</w:t>
      </w:r>
    </w:p>
    <w:p>
      <w:r>
        <w:t xml:space="preserve">On 20 Oct the chairman of the Joint Chiefs of Staff told front-line troops to respond "consistently and decisively" to armistice violations. </w:t>
      </w:r>
      <w:r>
        <w:rPr>
          <w:vertAlign w:val="superscript"/>
        </w:rPr>
        <w:t>[54]</w:t>
      </w:r>
      <w:r>
        <w:t xml:space="preserve"> He said North Korean mines caused the 21 Sep blast that injured three South Korean soldiers. </w:t>
      </w:r>
      <w:r>
        <w:rPr>
          <w:vertAlign w:val="superscript"/>
        </w:rPr>
        <w:t>[55]</w:t>
      </w:r>
    </w:p>
    <w:p>
      <w:r>
        <w:rPr>
          <w:rFonts w:ascii="Consolas" w:hAnsi="Consolas"/>
          <w:b/>
          <w:color w:val="55604B"/>
        </w:rPr>
        <w:t>Assessment:</w:t>
      </w:r>
      <w:r>
        <w:t xml:space="preserve"> Seoul is answering with posture rather than concessions, which raises the risk of a DMZ incident.</w:t>
      </w:r>
    </w:p>
    <w:p>
      <w:r>
        <w:rPr>
          <w:b/>
        </w:rPr>
        <w:t>NORTH KOREA: State media releases photos of Kim Jong Un after health rumours</w:t>
      </w:r>
    </w:p>
    <w:p>
      <w:r>
        <w:t xml:space="preserve">KCNA published photos on 20 Oct of Kim Jong Un at an exhibition in Pyongyang on 19 Oct, after unverified rumours of a medical emergency. </w:t>
      </w:r>
      <w:r>
        <w:rPr>
          <w:vertAlign w:val="superscript"/>
        </w:rPr>
        <w:t>[56]</w:t>
      </w:r>
    </w:p>
    <w:p>
      <w:r>
        <w:rPr>
          <w:rFonts w:ascii="Consolas" w:hAnsi="Consolas"/>
          <w:b/>
          <w:color w:val="55604B"/>
        </w:rPr>
        <w:t>Assessment:</w:t>
      </w:r>
      <w:r>
        <w:t xml:space="preserve"> Nothing points to leadership instability.</w:t>
      </w:r>
    </w:p>
    <w:p>
      <w:r>
        <w:rPr>
          <w:b/>
        </w:rPr>
        <w:t>CHINA / JAPAN: Beijing condemns Yasukuni offering; no official statement on Keen Sword</w:t>
      </w:r>
    </w:p>
    <w:p>
      <w:r>
        <w:t xml:space="preserve">A Global Times opinion piece said the Keen Sword missile deployments "lay bare" the erosion of Japan's "exclusive defense" posture. </w:t>
      </w:r>
      <w:r>
        <w:rPr>
          <w:vertAlign w:val="superscript"/>
        </w:rPr>
        <w:t>[57]</w:t>
      </w:r>
      <w:r>
        <w:t xml:space="preserve"> The 19 Oct foreign ministry briefing did not mention Keen Sword but condemned Prime Minister Takaichi's Yasukuni Shrine offering, and China lodged a protest. </w:t>
      </w:r>
      <w:r>
        <w:rPr>
          <w:vertAlign w:val="superscript"/>
        </w:rPr>
        <w:t>[58]</w:t>
      </w:r>
      <w:r>
        <w:t xml:space="preserve"> AFP reported Japan will rehearse Type 25 launch procedures without live fire, and the Joint Staff chief said the drill reflects "a heightened sense of crisis." </w:t>
      </w:r>
      <w:r>
        <w:rPr>
          <w:vertAlign w:val="superscript"/>
        </w:rPr>
        <w:t>[59]</w:t>
      </w:r>
      <w:r>
        <w:rPr>
          <w:vertAlign w:val="superscript"/>
        </w:rPr>
        <w:t>[60]</w:t>
      </w:r>
    </w:p>
    <w:p>
      <w:r>
        <w:rPr>
          <w:rFonts w:ascii="Consolas" w:hAnsi="Consolas"/>
          <w:b/>
          <w:color w:val="55604B"/>
        </w:rPr>
        <w:t>Assessment:</w:t>
      </w:r>
      <w:r>
        <w:t xml:space="preserve"> Beijing is directing its official anger at the history issue for now, though a formal statement on Keen Sword is likely as the drills continue.</w:t>
      </w:r>
    </w:p>
    <w:p>
      <w:r>
        <w:rPr>
          <w:b/>
        </w:rPr>
        <w:t>MYANMAR: Junta airstrikes kill at least 27 in three days</w:t>
      </w:r>
    </w:p>
    <w:p>
      <w:r>
        <w:rPr>
          <w:i/>
        </w:rPr>
        <w:t>Pre-window onset:</w:t>
      </w:r>
      <w:r>
        <w:t xml:space="preserve"> Airstrikes and drone strikes in five regions killed at least 27 people from 16 to 18 Oct, according to opposition and local media figures. A strike on a Starlink-based internet shop in Magwe killed at least 12. The defence minister invited three armed groups to peace talks the same week. </w:t>
      </w:r>
      <w:r>
        <w:rPr>
          <w:vertAlign w:val="superscript"/>
        </w:rPr>
        <w:t>[61]</w:t>
      </w:r>
    </w:p>
    <w:p>
      <w:r>
        <w:rPr>
          <w:rFonts w:ascii="Consolas" w:hAnsi="Consolas"/>
          <w:b/>
          <w:color w:val="55604B"/>
        </w:rPr>
        <w:t>Assessment:</w:t>
      </w:r>
      <w:r>
        <w:t xml:space="preserve"> The junta is likely running peace outreach and its air campaign side by side, and appears to be targeting internet access points.</w:t>
      </w:r>
    </w:p>
    <w:p>
      <w:r>
        <w:rPr>
          <w:b/>
        </w:rPr>
        <w:t>AUSTRALIA / PNG: First ministerial forum under new defence treaty</w:t>
      </w:r>
    </w:p>
    <w:p>
      <w:r>
        <w:t xml:space="preserve">Australia and Papua New Guinea held their first ministerial forum on 20 Oct since their mutual defence treaty took effect in July. Defence Minister Marles visits Timor-Leste on 21 Oct. </w:t>
      </w:r>
      <w:r>
        <w:rPr>
          <w:vertAlign w:val="superscript"/>
        </w:rPr>
        <w:t>[62]</w:t>
      </w:r>
    </w:p>
    <w:p>
      <w:r>
        <w:rPr>
          <w:rFonts w:ascii="Consolas" w:hAnsi="Consolas"/>
          <w:b/>
          <w:color w:val="55604B"/>
        </w:rPr>
        <w:t>Assessment:</w:t>
      </w:r>
      <w:r>
        <w:t xml:space="preserve"> Canberra is likely moving quickly to give the alliance substance and consolidate its security role in the region.</w:t>
      </w:r>
    </w:p>
    <w:p>
      <w:r>
        <w:rPr>
          <w:b/>
        </w:rPr>
        <w:t>TAIWAN / US: US commission chair says Taiwan's drone deterrent is not yet built</w:t>
      </w:r>
    </w:p>
    <w:p>
      <w:r>
        <w:t xml:space="preserve">The chair of the US-China Economic and Security Review Commission told a Taipei forum that the US and Taiwan have not yet built the uncrewed "hellscape" needed to hold off an invasion, and warned of munitions shortages and an "aircraft carrier gap" caused by the Iran conflict. </w:t>
      </w:r>
      <w:r>
        <w:rPr>
          <w:vertAlign w:val="superscript"/>
        </w:rPr>
        <w:t>[63]</w:t>
      </w:r>
    </w:p>
    <w:p>
      <w:r>
        <w:rPr>
          <w:rFonts w:ascii="Consolas" w:hAnsi="Consolas"/>
          <w:b/>
          <w:color w:val="55604B"/>
        </w:rPr>
        <w:t>Assessment:</w:t>
      </w:r>
      <w:r>
        <w:t xml:space="preserve"> Pressure on Taipei to speed up uncrewed systems will likely grow.</w:t>
      </w:r>
    </w:p>
    <w:p>
      <w:r>
        <w:rPr>
          <w:i/>
        </w:rPr>
        <w:t>Collection gap: Taiwan's defence ministry counts for 20 Oct, the Liaoning group's current position, any official Chinese statement on Keen Sword and any South China Sea or India-Pakistan incident were not confirmed.</w:t>
      </w:r>
    </w:p>
    <w:p>
      <w:pPr>
        <w:pStyle w:val="Heading1"/>
      </w:pPr>
      <w:r>
        <w:rPr>
          <w:rFonts w:ascii="Consolas" w:hAnsi="Consolas"/>
          <w:color w:val="FFB000"/>
        </w:rPr>
        <w:t xml:space="preserve">// </w:t>
      </w:r>
      <w:r>
        <w:rPr>
          <w:color w:val="282828"/>
        </w:rPr>
        <w:t>NORTHCOM</w:t>
      </w:r>
    </w:p>
    <w:p>
      <w:r>
        <w:rPr>
          <w:b/>
        </w:rPr>
        <w:t>CANADA: Alberta rejects the separation question by about 76%</w:t>
      </w:r>
    </w:p>
    <w:p>
      <w:r>
        <w:t xml:space="preserve">Unofficial results show the separation question heavily defeated. Global News had about 1,005,641 votes (76%) to stay and 310,672 (24%) for separation with 1,316,313 counted as of 0700Z on 20 Oct. </w:t>
      </w:r>
      <w:r>
        <w:rPr>
          <w:vertAlign w:val="superscript"/>
        </w:rPr>
        <w:t>[64]</w:t>
      </w:r>
      <w:r>
        <w:t xml:space="preserve"> CTV projected 76.4% to 23.6% and reports split early counts on the other nine questions, due Wednesday. </w:t>
      </w:r>
      <w:r>
        <w:rPr>
          <w:vertAlign w:val="superscript"/>
        </w:rPr>
        <w:t>[65]</w:t>
      </w:r>
      <w:r>
        <w:t xml:space="preserve"> Premier Smith said "Albertans have voted for a stronger Alberta in a united Canada." </w:t>
      </w:r>
      <w:r>
        <w:rPr>
          <w:vertAlign w:val="superscript"/>
        </w:rPr>
        <w:t>[66]</w:t>
      </w:r>
      <w:r>
        <w:t xml:space="preserve"> Elections Alberta had not posted official figures when checked. </w:t>
      </w:r>
      <w:r>
        <w:rPr>
          <w:vertAlign w:val="superscript"/>
        </w:rPr>
        <w:t>[67]</w:t>
      </w:r>
      <w:r>
        <w:t xml:space="preserve"> Late openings at 106 polls delayed results. </w:t>
      </w:r>
      <w:r>
        <w:rPr>
          <w:vertAlign w:val="superscript"/>
        </w:rPr>
        <w:t>[64]</w:t>
      </w:r>
    </w:p>
    <w:p>
      <w:r>
        <w:rPr>
          <w:rFonts w:ascii="Consolas" w:hAnsi="Consolas"/>
          <w:b/>
          <w:color w:val="55604B"/>
        </w:rPr>
        <w:t>Assessment:</w:t>
      </w:r>
      <w:r>
        <w:t xml:space="preserve"> The result removes the near-term secession risk, though a split result on the nine sovereignty and immigration questions could still give Smith leverage against Ottawa.</w:t>
      </w:r>
    </w:p>
    <w:p>
      <w:r>
        <w:rPr>
          <w:b/>
        </w:rPr>
        <w:t>CANADA: Top general pledges public Wainwright findings</w:t>
      </w:r>
    </w:p>
    <w:p>
      <w:r>
        <w:t xml:space="preserve">Chief of the Defence Staff Gen. Jennie Carignan committed on 19 Oct to releasing the findings of the investigations into the fire that killed four soldiers at CFB Wainwright. </w:t>
      </w:r>
      <w:r>
        <w:rPr>
          <w:vertAlign w:val="superscript"/>
        </w:rPr>
        <w:t>[68]</w:t>
      </w:r>
      <w:r>
        <w:t xml:space="preserve"> Military police, a Board of Inquiry and Alberta's coroner are all investigating, and the military says a sudden wind shift drove a brush fire about 1 km away onto about 84 troops. </w:t>
      </w:r>
      <w:r>
        <w:rPr>
          <w:vertAlign w:val="superscript"/>
        </w:rPr>
        <w:t>[69]</w:t>
      </w:r>
      <w:r>
        <w:t xml:space="preserve"> A retired military lawyer called on 20 Oct for a public coroner's inquest. </w:t>
      </w:r>
      <w:r>
        <w:rPr>
          <w:vertAlign w:val="superscript"/>
        </w:rPr>
        <w:t>[70]</w:t>
      </w:r>
    </w:p>
    <w:p>
      <w:r>
        <w:rPr>
          <w:rFonts w:ascii="Consolas" w:hAnsi="Consolas"/>
          <w:b/>
          <w:color w:val="55604B"/>
        </w:rPr>
        <w:t>Assessment:</w:t>
      </w:r>
      <w:r>
        <w:t xml:space="preserve"> Range-safety and wind-warning decisions will likely become the focus of growing calls for an independent inquiry.</w:t>
      </w:r>
    </w:p>
    <w:p>
      <w:r>
        <w:rPr>
          <w:b/>
        </w:rPr>
        <w:t>TROPICS: Trudy dissipates; new East Pacific system likely</w:t>
      </w:r>
    </w:p>
    <w:p>
      <w:r>
        <w:t xml:space="preserve">NHC issued its final advisory on Post-Tropical Cyclone Trudy at 0300Z on 20 Oct, with the remnant low west of Mexico. </w:t>
      </w:r>
      <w:r>
        <w:rPr>
          <w:vertAlign w:val="superscript"/>
        </w:rPr>
        <w:t>[71]</w:t>
      </w:r>
      <w:r>
        <w:t xml:space="preserve"> A low south of the Gulf of Tehuantepec has a 90% chance of becoming a tropical depression and is expected to stay well offshore. </w:t>
      </w:r>
      <w:r>
        <w:rPr>
          <w:vertAlign w:val="superscript"/>
        </w:rPr>
        <w:t>[72]</w:t>
      </w:r>
      <w:r>
        <w:t xml:space="preserve"> Off North Carolina, a non-tropical low has a 40% chance of becoming subtropical over seven days, and NHC warns of high winds, coastal flooding and dangerous surf on the East Coast regardless. </w:t>
      </w:r>
      <w:r>
        <w:rPr>
          <w:vertAlign w:val="superscript"/>
        </w:rPr>
        <w:t>[73]</w:t>
      </w:r>
    </w:p>
    <w:p>
      <w:r>
        <w:rPr>
          <w:rFonts w:ascii="Consolas" w:hAnsi="Consolas"/>
          <w:b/>
          <w:color w:val="55604B"/>
        </w:rPr>
        <w:t>Assessment:</w:t>
      </w:r>
      <w:r>
        <w:t xml:space="preserve"> The new East Pacific system will likely become the next named storm but poses no direct threat to land for now.</w:t>
      </w:r>
    </w:p>
    <w:p>
      <w:r>
        <w:rPr>
          <w:b/>
        </w:rPr>
        <w:t>UNITED STATES: Nor'easter keeps battering the Outer Banks</w:t>
      </w:r>
    </w:p>
    <w:p>
      <w:r>
        <w:t xml:space="preserve">Highway 12 is closing intermittently between Rodanthe and Hatteras Point, and a visitor evacuation order remains in effect for parts of the Outer Banks. The storm is expected to weaken Wednesday night into Thursday. </w:t>
      </w:r>
      <w:r>
        <w:rPr>
          <w:vertAlign w:val="superscript"/>
        </w:rPr>
        <w:t>[74]</w:t>
      </w:r>
    </w:p>
    <w:p>
      <w:r>
        <w:rPr>
          <w:rFonts w:ascii="Consolas" w:hAnsi="Consolas"/>
          <w:b/>
          <w:color w:val="55604B"/>
        </w:rPr>
        <w:t>Assessment:</w:t>
      </w:r>
      <w:r>
        <w:t xml:space="preserve"> Coastal flooding and road cut-offs on Hatteras Island will likely continue through 21-22 Oct.</w:t>
      </w:r>
    </w:p>
    <w:p>
      <w:r>
        <w:rPr>
          <w:b/>
        </w:rPr>
        <w:t>MEXICO: Ex-Chihuahua prosecutor moved to federal prison; treason hearing set for today</w:t>
      </w:r>
    </w:p>
    <w:p>
      <w:r>
        <w:rPr>
          <w:i/>
        </w:rPr>
        <w:t>Pre-window onset:</w:t>
      </w:r>
      <w:r>
        <w:t xml:space="preserve"> César Jáuregui was re-arrested on a federal treason warrant on 18 Oct and moved to the Altiplano prison on 19 Oct. The federal hearing on charges of letting CIA agents join operations without authorisation is set for 20 Oct, with a state hearing on 22 Oct. </w:t>
      </w:r>
      <w:r>
        <w:rPr>
          <w:vertAlign w:val="superscript"/>
        </w:rPr>
        <w:t>[75]</w:t>
      </w:r>
    </w:p>
    <w:p>
      <w:r>
        <w:rPr>
          <w:rFonts w:ascii="Consolas" w:hAnsi="Consolas"/>
          <w:b/>
          <w:color w:val="55604B"/>
        </w:rPr>
        <w:t>Assessment:</w:t>
      </w:r>
      <w:r>
        <w:t xml:space="preserve"> The case is likely to become a test of federal control over US intelligence cooperation with Mexican states.</w:t>
      </w:r>
    </w:p>
    <w:p>
      <w:r>
        <w:rPr>
          <w:b/>
        </w:rPr>
        <w:t>MEXICO / US: Sheinbaum says Trump pressed for gas purchases and Pemex access</w:t>
      </w:r>
    </w:p>
    <w:p>
      <w:r>
        <w:t xml:space="preserve">At her 19 Oct briefing, Sheinbaum said Trump had raised more Mexican purchases of US natural gas and US company participation in Pemex, but denied these were conditions for the trade agreement review. She dismissed US claims that cartels govern parts of Mexico as midterm campaign rhetoric: "No usen a México." </w:t>
      </w:r>
      <w:r>
        <w:rPr>
          <w:vertAlign w:val="superscript"/>
        </w:rPr>
        <w:t>[76]</w:t>
      </w:r>
    </w:p>
    <w:p>
      <w:r>
        <w:rPr>
          <w:rFonts w:ascii="Consolas" w:hAnsi="Consolas"/>
          <w:b/>
          <w:color w:val="55604B"/>
        </w:rPr>
        <w:t>Assessment:</w:t>
      </w:r>
      <w:r>
        <w:t xml:space="preserve"> Mexico-US friction will likely sharpen through the US midterm campaign.</w:t>
      </w:r>
    </w:p>
    <w:p>
      <w:r>
        <w:rPr>
          <w:i/>
        </w:rPr>
        <w:t>Collection gap: official Elections Alberta figures and new border or cartel-drone reporting were not found in the window.</w:t>
      </w:r>
    </w:p>
    <w:p>
      <w:pPr>
        <w:pStyle w:val="Heading1"/>
      </w:pPr>
      <w:r>
        <w:rPr>
          <w:rFonts w:ascii="Consolas" w:hAnsi="Consolas"/>
          <w:color w:val="FFB000"/>
        </w:rPr>
        <w:t xml:space="preserve">// </w:t>
      </w:r>
      <w:r>
        <w:rPr>
          <w:color w:val="282828"/>
        </w:rPr>
        <w:t>SOUTHCOM</w:t>
      </w:r>
    </w:p>
    <w:p>
      <w:r>
        <w:rPr>
          <w:b/>
        </w:rPr>
        <w:t>BRAZIL: Two post-debate polls show Flávio narrowly ahead</w:t>
      </w:r>
    </w:p>
    <w:p>
      <w:r>
        <w:t xml:space="preserve">AtlasIntel, released on 19 Oct, has Flávio Bolsonaro at 51.1% and Lula at 48.9% of valid votes. </w:t>
      </w:r>
      <w:r>
        <w:rPr>
          <w:vertAlign w:val="superscript"/>
        </w:rPr>
        <w:t>[77]</w:t>
      </w:r>
      <w:r>
        <w:t xml:space="preserve"> BTG/Nexus has Flávio at 50.3% and Lula at 49.7%, down from 52-48 on 13 Oct; the outlet reporting it is less established. </w:t>
      </w:r>
      <w:r>
        <w:rPr>
          <w:vertAlign w:val="superscript"/>
        </w:rPr>
        <w:t>[78]</w:t>
      </w:r>
      <w:r>
        <w:t xml:space="preserve"> Quaest is due on 21 Oct and Datafolha on 22 Oct, before the 25 Oct runoff. </w:t>
      </w:r>
      <w:r>
        <w:rPr>
          <w:vertAlign w:val="superscript"/>
        </w:rPr>
        <w:t>[79]</w:t>
      </w:r>
    </w:p>
    <w:p>
      <w:r>
        <w:rPr>
          <w:rFonts w:ascii="Consolas" w:hAnsi="Consolas"/>
          <w:b/>
          <w:color w:val="55604B"/>
        </w:rPr>
        <w:t>Assessment:</w:t>
      </w:r>
      <w:r>
        <w:t xml:space="preserve"> The race remains a statistical tie with a slight Flávio edge.</w:t>
      </w:r>
    </w:p>
    <w:p>
      <w:r>
        <w:rPr>
          <w:b/>
        </w:rPr>
        <w:t>HAITI: Gangs carry out biggest attack yet on the international force</w:t>
      </w:r>
    </w:p>
    <w:p>
      <w:r>
        <w:rPr>
          <w:i/>
        </w:rPr>
        <w:t>Pre-window onset:</w:t>
      </w:r>
      <w:r>
        <w:t xml:space="preserve"> On 18 Oct gangs hit an armoured vehicle carrying four Salvadoran soldiers with explosives and set it on fire in Croix-des-Bouquets. The soldiers fled and are unaccounted for, and Salvadoran helicopters sent to the area came under fire. The Gang Suppression Force has more than 2,000 troops of 5,550 authorised. The UN envoy said gangs are "testing" the force. </w:t>
      </w:r>
      <w:r>
        <w:rPr>
          <w:vertAlign w:val="superscript"/>
        </w:rPr>
        <w:t>[80]</w:t>
      </w:r>
    </w:p>
    <w:p>
      <w:r>
        <w:rPr>
          <w:rFonts w:ascii="Consolas" w:hAnsi="Consolas"/>
          <w:b/>
          <w:color w:val="55604B"/>
        </w:rPr>
        <w:t>Assessment:</w:t>
      </w:r>
      <w:r>
        <w:t xml:space="preserve"> Gangs are escalating against the under-strength force, and the fate of the missing soldiers is the key near-term indicator.</w:t>
      </w:r>
    </w:p>
    <w:p>
      <w:r>
        <w:rPr>
          <w:b/>
        </w:rPr>
        <w:t>VENEZUELA: Trump calls a Rodríguez-Machado election "interesting"</w:t>
      </w:r>
    </w:p>
    <w:p>
      <w:r>
        <w:t xml:space="preserve">Asked on 19 Oct about a possible contest between interim leader Delcy Rodríguez and María Corina Machado, Trump said it "would be interesting." </w:t>
      </w:r>
      <w:r>
        <w:rPr>
          <w:vertAlign w:val="superscript"/>
        </w:rPr>
        <w:t>[81]</w:t>
      </w:r>
      <w:r>
        <w:t xml:space="preserve"> The human rights group Foro Penal asked to join the transition talks. </w:t>
      </w:r>
      <w:r>
        <w:rPr>
          <w:vertAlign w:val="superscript"/>
        </w:rPr>
        <w:t>[82]</w:t>
      </w:r>
    </w:p>
    <w:p>
      <w:r>
        <w:rPr>
          <w:rFonts w:ascii="Consolas" w:hAnsi="Consolas"/>
          <w:b/>
          <w:color w:val="55604B"/>
        </w:rPr>
        <w:t>Assessment:</w:t>
      </w:r>
      <w:r>
        <w:t xml:space="preserve"> Trump's comment signals openness to a vote that includes Rodríguez, which may strain ties with Machado's camp.</w:t>
      </w:r>
    </w:p>
    <w:p>
      <w:r>
        <w:rPr>
          <w:b/>
        </w:rPr>
        <w:t>COLOMBIA: Mine collapse kills at least nine; Army helicopter crashes without deaths</w:t>
      </w:r>
    </w:p>
    <w:p>
      <w:r>
        <w:t xml:space="preserve">An embankment collapsed at an illegal gold mine in Nariño, killing at least nine, and the ombudsman warned armed groups could hinder rescuers. </w:t>
      </w:r>
      <w:r>
        <w:rPr>
          <w:vertAlign w:val="superscript"/>
        </w:rPr>
        <w:t>[83]</w:t>
      </w:r>
      <w:r>
        <w:t xml:space="preserve"> An Army Black Hawk carrying 15 soldiers crashed in Cauca on 19 Oct; all survived and no armed-group involvement was reported. </w:t>
      </w:r>
      <w:r>
        <w:rPr>
          <w:vertAlign w:val="superscript"/>
        </w:rPr>
        <w:t>[84]</w:t>
      </w:r>
    </w:p>
    <w:p>
      <w:r>
        <w:rPr>
          <w:rFonts w:ascii="Consolas" w:hAnsi="Consolas"/>
          <w:b/>
          <w:color w:val="55604B"/>
        </w:rPr>
        <w:t>Assessment:</w:t>
      </w:r>
      <w:r>
        <w:t xml:space="preserve"> Armed-group control in the southwest will likely keep complicating rescues and military logistics.</w:t>
      </w:r>
    </w:p>
    <w:p>
      <w:r>
        <w:rPr>
          <w:b/>
        </w:rPr>
        <w:t>ECUADOR / PERU: Noboa in Lima for border security talks</w:t>
      </w:r>
    </w:p>
    <w:p>
      <w:r>
        <w:t xml:space="preserve">President Noboa attends a binational cabinet in Lima on 20 Oct focused on drug and arms trafficking, illegal mining and intelligence sharing. </w:t>
      </w:r>
      <w:r>
        <w:rPr>
          <w:vertAlign w:val="superscript"/>
        </w:rPr>
        <w:t>[85]</w:t>
      </w:r>
      <w:r>
        <w:rPr>
          <w:vertAlign w:val="superscript"/>
        </w:rPr>
        <w:t>[82]</w:t>
      </w:r>
    </w:p>
    <w:p>
      <w:r>
        <w:rPr>
          <w:rFonts w:ascii="Consolas" w:hAnsi="Consolas"/>
          <w:b/>
          <w:color w:val="55604B"/>
        </w:rPr>
        <w:t>Assessment:</w:t>
      </w:r>
      <w:r>
        <w:t xml:space="preserve"> Joint border measures are likely to be announced, though implementation has historically lagged.</w:t>
      </w:r>
    </w:p>
    <w:p>
      <w:r>
        <w:rPr>
          <w:b/>
        </w:rPr>
        <w:t>PANAMA: Earthquake toll updated</w:t>
      </w:r>
    </w:p>
    <w:p>
      <w:r>
        <w:rPr>
          <w:i/>
        </w:rPr>
        <w:t>Pre-window onset:</w:t>
      </w:r>
      <w:r>
        <w:t xml:space="preserve"> Panama's civil protection agency reports one dead, 27 injured and 3,827 people in shelters from the 9 Oct earthquake, with damage to 619 schools and 42 health centres. </w:t>
      </w:r>
      <w:r>
        <w:rPr>
          <w:vertAlign w:val="superscript"/>
        </w:rPr>
        <w:t>[86]</w:t>
      </w:r>
    </w:p>
    <w:p>
      <w:r>
        <w:rPr>
          <w:rFonts w:ascii="Consolas" w:hAnsi="Consolas"/>
          <w:b/>
          <w:color w:val="55604B"/>
        </w:rPr>
        <w:t>Assessment:</w:t>
      </w:r>
      <w:r>
        <w:t xml:space="preserve"> Humanitarian needs will likely persist as damage assessments continue.</w:t>
      </w:r>
    </w:p>
    <w:p>
      <w:r>
        <w:rPr>
          <w:b/>
        </w:rPr>
        <w:t>CARIBBEAN: Still no new US strikes on drug boats</w:t>
      </w:r>
    </w:p>
    <w:p>
      <w:r>
        <w:t xml:space="preserve">InSight Crime's timeline still lists 4 Oct as the most recent strike, and no new announcement was found in the window. </w:t>
      </w:r>
      <w:r>
        <w:rPr>
          <w:vertAlign w:val="superscript"/>
        </w:rPr>
        <w:t>[87]</w:t>
      </w:r>
    </w:p>
    <w:p>
      <w:r>
        <w:rPr>
          <w:rFonts w:ascii="Consolas" w:hAnsi="Consolas"/>
          <w:b/>
          <w:color w:val="55604B"/>
        </w:rPr>
        <w:t>Assessment:</w:t>
      </w:r>
      <w:r>
        <w:t xml:space="preserve"> The pause in announced strikes, now about 16 days, continues.</w:t>
      </w:r>
    </w:p>
    <w:p>
      <w:r>
        <w:rPr>
          <w:i/>
        </w:rPr>
        <w:t>Collection gap: the status of the missing Salvadoran soldiers, PoderData's latest Brazil figures, and new reporting on Catatumbo and Cuba were not confirmed.</w:t>
      </w:r>
    </w:p>
    <w:p>
      <w:pPr>
        <w:pStyle w:val="Heading1"/>
      </w:pPr>
      <w:r>
        <w:rPr>
          <w:rFonts w:ascii="Consolas" w:hAnsi="Consolas"/>
          <w:color w:val="FFB000"/>
        </w:rPr>
        <w:t xml:space="preserve">// </w:t>
      </w:r>
      <w:r>
        <w:rPr>
          <w:color w:val="282828"/>
        </w:rPr>
        <w:t>WATCH ITEMS (NEXT 72 HOURS)</w:t>
      </w:r>
    </w:p>
    <w:p>
      <w:pPr>
        <w:pStyle w:val="ListBullet"/>
      </w:pPr>
      <w:r>
        <w:t xml:space="preserve">Official Alberta results and the nine other questions on 21 Oct. </w:t>
      </w:r>
      <w:r>
        <w:rPr>
          <w:vertAlign w:val="superscript"/>
        </w:rPr>
        <w:t>[65]</w:t>
      </w:r>
    </w:p>
    <w:p>
      <w:pPr>
        <w:pStyle w:val="ListBullet"/>
      </w:pPr>
      <w:r>
        <w:t xml:space="preserve">Witkoff's talks in Norway and any Putin meeting. </w:t>
      </w:r>
      <w:r>
        <w:rPr>
          <w:vertAlign w:val="superscript"/>
        </w:rPr>
        <w:t>[32]</w:t>
      </w:r>
    </w:p>
    <w:p>
      <w:pPr>
        <w:pStyle w:val="ListBullet"/>
      </w:pPr>
      <w:r>
        <w:t xml:space="preserve">Further Houthi strikes on Saudi energy and airports, and Egypt's parliamentary vote on 26 Oct. </w:t>
      </w:r>
      <w:r>
        <w:rPr>
          <w:vertAlign w:val="superscript"/>
        </w:rPr>
        <w:t>[18]</w:t>
      </w:r>
      <w:r>
        <w:rPr>
          <w:vertAlign w:val="superscript"/>
        </w:rPr>
        <w:t>[21]</w:t>
      </w:r>
    </w:p>
    <w:p>
      <w:pPr>
        <w:pStyle w:val="ListBullet"/>
      </w:pPr>
      <w:r>
        <w:t xml:space="preserve">Fate of the four Salvadoran soldiers in Haiti. </w:t>
      </w:r>
      <w:r>
        <w:rPr>
          <w:vertAlign w:val="superscript"/>
        </w:rPr>
        <w:t>[80]</w:t>
      </w:r>
    </w:p>
    <w:p>
      <w:pPr>
        <w:pStyle w:val="ListBullet"/>
      </w:pPr>
      <w:r>
        <w:t xml:space="preserve">North Korean border deployments or loudspeakers. </w:t>
      </w:r>
      <w:r>
        <w:rPr>
          <w:vertAlign w:val="superscript"/>
        </w:rPr>
        <w:t>[52]</w:t>
      </w:r>
    </w:p>
    <w:p>
      <w:pPr>
        <w:pStyle w:val="ListBullet"/>
      </w:pPr>
      <w:r>
        <w:t xml:space="preserve">Quaest (21 Oct) and Datafolha (22 Oct) polls in Brazil. </w:t>
      </w:r>
      <w:r>
        <w:rPr>
          <w:vertAlign w:val="superscript"/>
        </w:rPr>
        <w:t>[79]</w:t>
      </w:r>
    </w:p>
    <w:p>
      <w:pPr>
        <w:pStyle w:val="ListBullet"/>
      </w:pPr>
      <w:r>
        <w:t xml:space="preserve">The Jáuregui treason hearing on 20 Oct. </w:t>
      </w:r>
      <w:r>
        <w:rPr>
          <w:vertAlign w:val="superscript"/>
        </w:rPr>
        <w:t>[75]</w:t>
      </w:r>
    </w:p>
    <w:p>
      <w:pPr>
        <w:pStyle w:val="ListBullet"/>
      </w:pPr>
      <w:r>
        <w:t xml:space="preserve">Any official Chinese statement on Keen Sword, which runs to 29 Oct. </w:t>
      </w:r>
      <w:r>
        <w:rPr>
          <w:vertAlign w:val="superscript"/>
        </w:rPr>
        <w:t>[57]</w:t>
      </w:r>
    </w:p>
    <w:p>
      <w:pPr>
        <w:pStyle w:val="Heading1"/>
      </w:pPr>
      <w:r>
        <w:rPr>
          <w:rFonts w:ascii="Consolas" w:hAnsi="Consolas"/>
          <w:color w:val="FFB000"/>
        </w:rPr>
        <w:t xml:space="preserve">// </w:t>
      </w:r>
      <w:r>
        <w:rPr>
          <w:color w:val="282828"/>
        </w:rPr>
        <w:t>SOURCE SUMMARY STATEMENT</w:t>
      </w:r>
    </w:p>
    <w:p>
      <w:r>
        <w:t>This report draws on 87 open-source items published or updated between 19 and 20 October 2026, plus one reference timeline updated on 5 October. They include international wire services (AP, AFP, Reuters, EFE, Yonhap, BNS) carried by Al Jazeera, the Jerusalem Post, the Philadelphia Inquirer, WLRN, SBS News, The Star and others; regional press (Radio Okapi, Garowe Online, Africanews, The New Arab, Times of Israel, L'Orient Today, Naharnet, Dawn, Kyiv Independent, Meduza, LRT, Manila Times, Daily Tribune, Korea Herald, Korea Times, Taipei Times, The Irrawaddy, Global News, CTV, Excélsior, El Financiero, Gazeta do Povo, Infobae); think tanks (ISW, InSight Crime); and official sources (US National Hurricane Center, Elections Alberta, the Chinese foreign ministry). TASS and Xinhua are state news agencies, Global Times is Chinese state-affiliated media, Al Arabiya is Saudi-owned and Al Jazeera is Qatari state-funded. Several items rest on unverified claims by parties to conflicts (Houthi attack claims, Yemeni government casualty figures, Israeli and Ukrainian military claims). The Kharg Island item comes from a low-reliability community site, one Brazil poll from a less-established outlet and one Colombia item from a foreign regional outlet. Reuters, AP, BBC, the Guardian, CNN and Haaretz were blocked or failed to load. Coverage gaps include the Ethiopia-Eritrea front, Taiwan's daily PLA counts and Iraq.</w:t>
      </w:r>
    </w:p>
    <w:p>
      <w:pPr>
        <w:pStyle w:val="Heading1"/>
      </w:pPr>
      <w:r>
        <w:rPr>
          <w:rFonts w:ascii="Consolas" w:hAnsi="Consolas"/>
          <w:color w:val="FFB000"/>
        </w:rPr>
        <w:t xml:space="preserve">// </w:t>
      </w:r>
      <w:r>
        <w:rPr>
          <w:color w:val="282828"/>
        </w:rPr>
        <w:t>ENDNOTES (ICD 206)</w:t>
      </w:r>
    </w:p>
    <w:p>
      <w:r>
        <w:rPr>
          <w:i/>
        </w:rPr>
        <w:t>All sources accessed 20 October 2026. All sources are publicly available reporting.</w:t>
      </w:r>
    </w:p>
    <w:p>
      <w:r>
        <w:rPr>
          <w:b/>
        </w:rPr>
        <w:t>AFRICOM</w:t>
      </w:r>
    </w:p>
    <w:p>
      <w:r>
        <w:rPr>
          <w:sz w:val="17"/>
          <w:vertAlign w:val="superscript"/>
        </w:rPr>
        <w:t>[1]</w:t>
      </w:r>
      <w:r>
        <w:rPr>
          <w:sz w:val="17"/>
        </w:rPr>
        <w:t xml:space="preserve"> Al Jazeera Staff with AFP and AP; Al Jazeera; "Drone attacks across Sudan escalate, 160 people reported killed"; 19 October 2026, 2138 (updated 20 October 0906; time zone not stated); </w:t>
      </w:r>
      <w:hyperlink r:id="rId10">
        <w:r>
          <w:rPr>
            <w:color w:val="8A5D00"/>
            <w:sz w:val="17"/>
          </w:rPr>
          <w:t xml:space="preserve">https://www.aljazeera.com/news/2026/10/19/160-reported-killed-in-escalating-drone-attacks-across-sudan</w:t>
        </w:r>
      </w:hyperlink>
      <w:r>
        <w:rPr>
          <w:sz w:val="17"/>
        </w:rPr>
        <w:t>; accessed 20 October 2026; Source descriptor: international wire services carried by Qatari state-funded broadcaster.</w:t>
      </w:r>
    </w:p>
    <w:p>
      <w:r>
        <w:rPr>
          <w:sz w:val="17"/>
          <w:vertAlign w:val="superscript"/>
        </w:rPr>
        <w:t>[2]</w:t>
      </w:r>
      <w:r>
        <w:rPr>
          <w:sz w:val="17"/>
        </w:rPr>
        <w:t xml:space="preserve"> Staff; Radio Okapi; "Une journée « Stop Ebola » paralyse plusieurs agglomérations du Nord-Kivu"; 19 October 2026, 1136 local; </w:t>
      </w:r>
      <w:hyperlink r:id="rId11">
        <w:r>
          <w:rPr>
            <w:color w:val="8A5D00"/>
            <w:sz w:val="17"/>
          </w:rPr>
          <w:t xml:space="preserve">https://www.radiookapi.net/2026/10/19/actualite/sante/une-journee-stop-ebola-paralyse-plusieurs-agglomerations-du-nord-kivu</w:t>
        </w:r>
      </w:hyperlink>
      <w:r>
        <w:rPr>
          <w:sz w:val="17"/>
        </w:rPr>
        <w:t>; accessed 20 October 2026; Source descriptor: UN-backed Congolese radio.</w:t>
      </w:r>
    </w:p>
    <w:p>
      <w:r>
        <w:rPr>
          <w:sz w:val="17"/>
          <w:vertAlign w:val="superscript"/>
        </w:rPr>
        <w:t>[3]</w:t>
      </w:r>
      <w:r>
        <w:rPr>
          <w:sz w:val="17"/>
        </w:rPr>
        <w:t xml:space="preserve"> Marta Iraola Iribarren; Euronews; "Ebola: Kenya confirms eighth case as DRC outbreak reaches new province"; 19 October 2026, 1452 CEST; </w:t>
      </w:r>
      <w:hyperlink r:id="rId12">
        <w:r>
          <w:rPr>
            <w:color w:val="8A5D00"/>
            <w:sz w:val="17"/>
          </w:rPr>
          <w:t xml:space="preserve">https://www.euronews.com/2026/10/19/ebola-kenya-confirms-eighth-case-as-drc-outbreak-reaches-new-province</w:t>
        </w:r>
      </w:hyperlink>
      <w:r>
        <w:rPr>
          <w:sz w:val="17"/>
        </w:rPr>
        <w:t>; accessed 20 October 2026; Source descriptor: European broadcaster.</w:t>
      </w:r>
    </w:p>
    <w:p>
      <w:r>
        <w:rPr>
          <w:sz w:val="17"/>
          <w:vertAlign w:val="superscript"/>
        </w:rPr>
        <w:t>[4]</w:t>
      </w:r>
      <w:r>
        <w:rPr>
          <w:sz w:val="17"/>
        </w:rPr>
        <w:t xml:space="preserve"> Reuters; Jerusalem Post; "At least 15 killed in suspected Boko Haram attack on Nigerian military convoy"; 19 October 2026, 1854 (time zone not stated); </w:t>
      </w:r>
      <w:hyperlink r:id="rId13">
        <w:r>
          <w:rPr>
            <w:color w:val="8A5D00"/>
            <w:sz w:val="17"/>
          </w:rPr>
          <w:t xml:space="preserve">https://www.jpost.com/international/article-912185</w:t>
        </w:r>
      </w:hyperlink>
      <w:r>
        <w:rPr>
          <w:sz w:val="17"/>
        </w:rPr>
        <w:t>; accessed 20 October 2026; Source descriptor: international wire service carried by Israeli daily, citing soldiers.</w:t>
      </w:r>
    </w:p>
    <w:p>
      <w:r>
        <w:rPr>
          <w:sz w:val="17"/>
          <w:vertAlign w:val="superscript"/>
        </w:rPr>
        <w:t>[5]</w:t>
      </w:r>
      <w:r>
        <w:rPr>
          <w:sz w:val="17"/>
        </w:rPr>
        <w:t xml:space="preserve"> Kamil Mahmudov; Report.az; "At least 15 killed in attack on military convoy in Nigeria"; 19 October 2026, 1650 AZT; </w:t>
      </w:r>
      <w:hyperlink r:id="rId14">
        <w:r>
          <w:rPr>
            <w:color w:val="8A5D00"/>
            <w:sz w:val="17"/>
          </w:rPr>
          <w:t xml:space="preserve">https://report.az/en/other-countries/at-least-15-killed-in-attack-on-military-convoy-in-nigeria</w:t>
        </w:r>
      </w:hyperlink>
      <w:r>
        <w:rPr>
          <w:sz w:val="17"/>
        </w:rPr>
        <w:t>; accessed 20 October 2026; Source descriptor: Azerbaijani outlet re-reporting Reuters; moderate reliability.</w:t>
      </w:r>
    </w:p>
    <w:p>
      <w:r>
        <w:rPr>
          <w:sz w:val="17"/>
          <w:vertAlign w:val="superscript"/>
        </w:rPr>
        <w:t>[6]</w:t>
      </w:r>
      <w:r>
        <w:rPr>
          <w:sz w:val="17"/>
        </w:rPr>
        <w:t xml:space="preserve"> AFP; Al Jazeera; "Exiled critic of Rwandan president found beheaded in Uganda"; 20 October 2026, 0006 (time zone not stated); </w:t>
      </w:r>
      <w:hyperlink r:id="rId15">
        <w:r>
          <w:rPr>
            <w:color w:val="8A5D00"/>
            <w:sz w:val="17"/>
          </w:rPr>
          <w:t xml:space="preserve">https://www.aljazeera.com/news/2026/10/20/exiled-critic-of-rwandan-president-found-beheaded-in-uganda</w:t>
        </w:r>
      </w:hyperlink>
      <w:r>
        <w:rPr>
          <w:sz w:val="17"/>
        </w:rPr>
        <w:t>; accessed 20 October 2026; Source descriptor: international wire service carried by Qatari state-funded broadcaster.</w:t>
      </w:r>
    </w:p>
    <w:p>
      <w:r>
        <w:rPr>
          <w:sz w:val="17"/>
          <w:vertAlign w:val="superscript"/>
        </w:rPr>
        <w:t>[7]</w:t>
      </w:r>
      <w:r>
        <w:rPr>
          <w:sz w:val="17"/>
        </w:rPr>
        <w:t xml:space="preserve"> Staff; Africanews; "Rwandan Kagame critic Robert Kabera found beheaded in Uganda"; 20 October 2026, 1001 (time zone not stated); </w:t>
      </w:r>
      <w:hyperlink r:id="rId16">
        <w:r>
          <w:rPr>
            <w:color w:val="8A5D00"/>
            <w:sz w:val="17"/>
          </w:rPr>
          <w:t xml:space="preserve">https://www.africanews.com/2026/10/20/rwandan-kagame-critic-robert-kabera-found-beheaded-in-uganda/</w:t>
        </w:r>
      </w:hyperlink>
      <w:r>
        <w:rPr>
          <w:sz w:val="17"/>
        </w:rPr>
        <w:t>; accessed 20 October 2026; Source descriptor: pan-African broadcaster.</w:t>
      </w:r>
    </w:p>
    <w:p>
      <w:r>
        <w:rPr>
          <w:sz w:val="17"/>
          <w:vertAlign w:val="superscript"/>
        </w:rPr>
        <w:t>[8]</w:t>
      </w:r>
      <w:r>
        <w:rPr>
          <w:sz w:val="17"/>
        </w:rPr>
        <w:t xml:space="preserve"> Al Jazeera Staff with AFP; Al Jazeera; "Mali's military and armed groups committing abuses against civilians: HRW"; 19 October 2026, 0806 (time zone not stated); </w:t>
      </w:r>
      <w:hyperlink r:id="rId17">
        <w:r>
          <w:rPr>
            <w:color w:val="8A5D00"/>
            <w:sz w:val="17"/>
          </w:rPr>
          <w:t xml:space="preserve">https://www.aljazeera.com/news/2026/10/19/malis-military-and-armed-groups-committing-abuses-against-civilians-hrw</w:t>
        </w:r>
      </w:hyperlink>
      <w:r>
        <w:rPr>
          <w:sz w:val="17"/>
        </w:rPr>
        <w:t>; accessed 20 October 2026; Source descriptor: Qatari state-funded broadcaster citing an NGO report.</w:t>
      </w:r>
    </w:p>
    <w:p>
      <w:r>
        <w:rPr>
          <w:sz w:val="17"/>
          <w:vertAlign w:val="superscript"/>
        </w:rPr>
        <w:t>[9]</w:t>
      </w:r>
      <w:r>
        <w:rPr>
          <w:sz w:val="17"/>
        </w:rPr>
        <w:t xml:space="preserve"> Staff Reporter; Garowe Online; "Somalia's Opposition Alliance to Hold Key Political Talks in Nairobi, Kenya"; 19 October 2026, 0927 (time zone not stated); </w:t>
      </w:r>
      <w:hyperlink r:id="rId18">
        <w:r>
          <w:rPr>
            <w:color w:val="8A5D00"/>
            <w:sz w:val="17"/>
          </w:rPr>
          <w:t xml:space="preserve">https://garoweonline.com/en/news/somalia/somalia-s-opposition-alliance-to-hold-key-political-talks-in-nairobi-kenya</w:t>
        </w:r>
      </w:hyperlink>
      <w:r>
        <w:rPr>
          <w:sz w:val="17"/>
        </w:rPr>
        <w:t>; accessed 20 October 2026; Source descriptor: Somali outlet with a Puntland-leaning editorial line.</w:t>
      </w:r>
    </w:p>
    <w:p>
      <w:r>
        <w:rPr>
          <w:sz w:val="17"/>
          <w:vertAlign w:val="superscript"/>
        </w:rPr>
        <w:t>[10]</w:t>
      </w:r>
      <w:r>
        <w:rPr>
          <w:sz w:val="17"/>
        </w:rPr>
        <w:t xml:space="preserve"> Faisal Ali; Al Jazeera; "The human cost of surging US air strikes in Somalia"; 20 October 2026, 0152 (time zone not stated); </w:t>
      </w:r>
      <w:hyperlink r:id="rId19">
        <w:r>
          <w:rPr>
            <w:color w:val="8A5D00"/>
            <w:sz w:val="17"/>
          </w:rPr>
          <w:t xml:space="preserve">https://www.aljazeera.com/news/2026/10/20/us-air-strikes-surge-in-somalia-as-families-seek-answers</w:t>
        </w:r>
      </w:hyperlink>
      <w:r>
        <w:rPr>
          <w:sz w:val="17"/>
        </w:rPr>
        <w:t>; accessed 20 October 2026; Source descriptor: Qatari state-funded broadcaster, feature.</w:t>
      </w:r>
    </w:p>
    <w:p>
      <w:r>
        <w:rPr>
          <w:sz w:val="17"/>
          <w:vertAlign w:val="superscript"/>
        </w:rPr>
        <w:t>[11]</w:t>
      </w:r>
      <w:r>
        <w:rPr>
          <w:sz w:val="17"/>
        </w:rPr>
        <w:t xml:space="preserve"> Staff; Africanews; "Guilty as charged: Kenyan court finds cult leader responsible of 191 starvation deaths"; 19 October 2026, 1808 (time zone not stated); </w:t>
      </w:r>
      <w:hyperlink r:id="rId20">
        <w:r>
          <w:rPr>
            <w:color w:val="8A5D00"/>
            <w:sz w:val="17"/>
          </w:rPr>
          <w:t xml:space="preserve">https://www.africanews.com/2026/10/19/guilty-as-charged-kenyan-court-finds-cult-leader-responsible-of-191-starvation-deaths/</w:t>
        </w:r>
      </w:hyperlink>
      <w:r>
        <w:rPr>
          <w:sz w:val="17"/>
        </w:rPr>
        <w:t>; accessed 20 October 2026; Source descriptor: pan-African broadcaster.</w:t>
      </w:r>
    </w:p>
    <w:p>
      <w:r>
        <w:rPr>
          <w:sz w:val="17"/>
          <w:vertAlign w:val="superscript"/>
        </w:rPr>
        <w:t>[12]</w:t>
      </w:r>
      <w:r>
        <w:rPr>
          <w:sz w:val="17"/>
        </w:rPr>
        <w:t xml:space="preserve"> AFP; Al Jazeera; "Mauritius lifts curfew imposed amid wave of violent protests"; 19 October 2026, 1804 (time zone not stated); </w:t>
      </w:r>
      <w:hyperlink r:id="rId21">
        <w:r>
          <w:rPr>
            <w:color w:val="8A5D00"/>
            <w:sz w:val="17"/>
          </w:rPr>
          <w:t xml:space="preserve">https://www.aljazeera.com/news/2026/10/19/mauritius-lifts-curfew-imposed-amid-wave-of-violent-protests</w:t>
        </w:r>
      </w:hyperlink>
      <w:r>
        <w:rPr>
          <w:sz w:val="17"/>
        </w:rPr>
        <w:t>; accessed 20 October 2026; Source descriptor: international wire service carried by Qatari state-funded broadcaster.</w:t>
      </w:r>
    </w:p>
    <w:p>
      <w:r>
        <w:rPr>
          <w:b/>
        </w:rPr>
        <w:t>CENTCOM</w:t>
      </w:r>
    </w:p>
    <w:p>
      <w:r>
        <w:rPr>
          <w:sz w:val="17"/>
          <w:vertAlign w:val="superscript"/>
        </w:rPr>
        <w:t>[13]</w:t>
      </w:r>
      <w:r>
        <w:rPr>
          <w:sz w:val="17"/>
        </w:rPr>
        <w:t xml:space="preserve"> Maziar Motamedi; Al Jazeera; "Russia's Lavrov discusses US war and regional security during Tehran visit"; 19 October 2026, 1322 (time zone not stated); </w:t>
      </w:r>
      <w:hyperlink r:id="rId22">
        <w:r>
          <w:rPr>
            <w:color w:val="8A5D00"/>
            <w:sz w:val="17"/>
          </w:rPr>
          <w:t xml:space="preserve">https://www.aljazeera.com/news/2026/10/19/russias-lavrov-to-discuss-us-war-and-regional-security-during-tehran-visit</w:t>
        </w:r>
      </w:hyperlink>
      <w:r>
        <w:rPr>
          <w:sz w:val="17"/>
        </w:rPr>
        <w:t>; accessed 20 October 2026; Source descriptor: Qatari state-funded broadcaster reporting from Tehran.</w:t>
      </w:r>
    </w:p>
    <w:p>
      <w:r>
        <w:rPr>
          <w:sz w:val="17"/>
          <w:vertAlign w:val="superscript"/>
        </w:rPr>
        <w:t>[14]</w:t>
      </w:r>
      <w:r>
        <w:rPr>
          <w:sz w:val="17"/>
        </w:rPr>
        <w:t xml:space="preserve"> Saber Gul Anbari; The New Arab; "Lavrov urges return to pre-war conditions in Hormuz during Iran visit"; 19 October 2026, 1316Z (updated 1606Z); </w:t>
      </w:r>
      <w:hyperlink r:id="rId23">
        <w:r>
          <w:rPr>
            <w:color w:val="8A5D00"/>
            <w:sz w:val="17"/>
          </w:rPr>
          <w:t xml:space="preserve">https://newarab.com/news/tehran-lavrov-urges-return-pre-war-conditions-hormuz</w:t>
        </w:r>
      </w:hyperlink>
      <w:r>
        <w:rPr>
          <w:sz w:val="17"/>
        </w:rPr>
        <w:t>; accessed 20 October 2026; Source descriptor: Qatar-owned regional outlet.</w:t>
      </w:r>
    </w:p>
    <w:p>
      <w:r>
        <w:rPr>
          <w:sz w:val="17"/>
          <w:vertAlign w:val="superscript"/>
        </w:rPr>
        <w:t>[15]</w:t>
      </w:r>
      <w:r>
        <w:rPr>
          <w:sz w:val="17"/>
        </w:rPr>
        <w:t xml:space="preserve"> Staff; TASS; "Iran's top diplomat Araghchi praises talks with Russian Foreign Minister Lavrov"; 19 October 2026; </w:t>
      </w:r>
      <w:hyperlink r:id="rId24">
        <w:r>
          <w:rPr>
            <w:color w:val="8A5D00"/>
            <w:sz w:val="17"/>
          </w:rPr>
          <w:t xml:space="preserve">https://tass.com/world/2204263</w:t>
        </w:r>
      </w:hyperlink>
      <w:r>
        <w:rPr>
          <w:sz w:val="17"/>
        </w:rPr>
        <w:t>; accessed 20 October 2026; Source descriptor: Russian state news agency.</w:t>
      </w:r>
    </w:p>
    <w:p>
      <w:r>
        <w:rPr>
          <w:sz w:val="17"/>
          <w:vertAlign w:val="superscript"/>
        </w:rPr>
        <w:t>[16]</w:t>
      </w:r>
      <w:r>
        <w:rPr>
          <w:sz w:val="17"/>
        </w:rPr>
        <w:t xml:space="preserve"> Samy Magdy; Associated Press (via Philadelphia Inquirer); "Houthi rebels strike Yemen's government forces with ballistic missiles, killing at least 53"; 19 October 2026, 1911Z; </w:t>
      </w:r>
      <w:hyperlink r:id="rId25">
        <w:r>
          <w:rPr>
            <w:color w:val="8A5D00"/>
            <w:sz w:val="17"/>
          </w:rPr>
          <w:t xml:space="preserve">https://www.inquirer.com/news/nation-world/houthi-yemen-missile-attacks-saudi-arabia-20261019.html</w:t>
        </w:r>
      </w:hyperlink>
      <w:r>
        <w:rPr>
          <w:sz w:val="17"/>
        </w:rPr>
        <w:t>; accessed 20 October 2026; Source descriptor: international wire service carried by US daily.</w:t>
      </w:r>
    </w:p>
    <w:p>
      <w:r>
        <w:rPr>
          <w:sz w:val="17"/>
          <w:vertAlign w:val="superscript"/>
        </w:rPr>
        <w:t>[17]</w:t>
      </w:r>
      <w:r>
        <w:rPr>
          <w:sz w:val="17"/>
        </w:rPr>
        <w:t xml:space="preserve"> Staff; Al Arabiya English; "Yemeni military says 558 Houthis 'neutralized' in 1,164 strikes over 24 hours"; 19 October 2026, 1914Z; </w:t>
      </w:r>
      <w:hyperlink r:id="rId26">
        <w:r>
          <w:rPr>
            <w:color w:val="8A5D00"/>
            <w:sz w:val="17"/>
          </w:rPr>
          <w:t xml:space="preserve">https://english.alarabiya.net/News/middle-east/2026/10/19/yemeni-military-says-558-houthis-neutralized-in-1164-strikes-over-24-hours</w:t>
        </w:r>
      </w:hyperlink>
      <w:r>
        <w:rPr>
          <w:sz w:val="17"/>
        </w:rPr>
        <w:t>; accessed 20 October 2026; Source descriptor: Saudi-owned broadcaster relaying party-to-conflict figures.</w:t>
      </w:r>
    </w:p>
    <w:p>
      <w:r>
        <w:rPr>
          <w:sz w:val="17"/>
          <w:vertAlign w:val="superscript"/>
        </w:rPr>
        <w:t>[18]</w:t>
      </w:r>
      <w:r>
        <w:rPr>
          <w:sz w:val="17"/>
        </w:rPr>
        <w:t xml:space="preserve"> Staff; Xinhua; "Roundup: Houthis claim new attacks on Saudi Arabia as Riyadh postpones its flagship investment conference"; 20 October 2026, 0532 (time zone not stated); </w:t>
      </w:r>
      <w:hyperlink r:id="rId27">
        <w:r>
          <w:rPr>
            <w:color w:val="8A5D00"/>
            <w:sz w:val="17"/>
          </w:rPr>
          <w:t xml:space="preserve">https://english.news.cn/20261020/708046df596b4fdbb14e1288c5625501/c.html</w:t>
        </w:r>
      </w:hyperlink>
      <w:r>
        <w:rPr>
          <w:sz w:val="17"/>
        </w:rPr>
        <w:t>; accessed 20 October 2026; Source descriptor: Chinese state news agency.</w:t>
      </w:r>
    </w:p>
    <w:p>
      <w:r>
        <w:rPr>
          <w:sz w:val="17"/>
          <w:vertAlign w:val="superscript"/>
        </w:rPr>
        <w:t>[19]</w:t>
      </w:r>
      <w:r>
        <w:rPr>
          <w:sz w:val="17"/>
        </w:rPr>
        <w:t xml:space="preserve"> Siddharth Cavale, Robert Harvey and Florence Tan; Reuters (via Baird Maritime); "Oil prices rise as fresh Houthi strikes on Saudi targets rattle nerves"; 19 October 2026, 1854 (time zone not stated); </w:t>
      </w:r>
      <w:hyperlink r:id="rId28">
        <w:r>
          <w:rPr>
            <w:color w:val="8A5D00"/>
            <w:sz w:val="17"/>
          </w:rPr>
          <w:t xml:space="preserve">https://www.bairdmaritime.com/shipping/tankers/oil-prices-rise-as-fresh-houthi-strikes-on-saudi-targets-rattle-nerves</w:t>
        </w:r>
      </w:hyperlink>
      <w:r>
        <w:rPr>
          <w:sz w:val="17"/>
        </w:rPr>
        <w:t>; accessed 20 October 2026; Source descriptor: international wire service republished by maritime trade outlet.</w:t>
      </w:r>
    </w:p>
    <w:p>
      <w:r>
        <w:rPr>
          <w:sz w:val="17"/>
          <w:vertAlign w:val="superscript"/>
        </w:rPr>
        <w:t>[20]</w:t>
      </w:r>
      <w:r>
        <w:rPr>
          <w:sz w:val="17"/>
        </w:rPr>
        <w:t xml:space="preserve"> AFP and Reuters; Al Jazeera; "Saudi Arabia cancels 2026 'Davos in the Desert' amid Houthi attacks"; 20 October 2026, 0105 (time zone not stated); </w:t>
      </w:r>
      <w:hyperlink r:id="rId29">
        <w:r>
          <w:rPr>
            <w:color w:val="8A5D00"/>
            <w:sz w:val="17"/>
          </w:rPr>
          <w:t xml:space="preserve">https://www.aljazeera.com/news/2026/10/20/saudi-arabia-cancels-2026-davos-in-the-desert-amid-houthi-attacks</w:t>
        </w:r>
      </w:hyperlink>
      <w:r>
        <w:rPr>
          <w:sz w:val="17"/>
        </w:rPr>
        <w:t>; accessed 20 October 2026; Source descriptor: international wire services carried by Qatari state-funded broadcaster.</w:t>
      </w:r>
    </w:p>
    <w:p>
      <w:r>
        <w:rPr>
          <w:sz w:val="17"/>
          <w:vertAlign w:val="superscript"/>
        </w:rPr>
        <w:t>[21]</w:t>
      </w:r>
      <w:r>
        <w:rPr>
          <w:sz w:val="17"/>
        </w:rPr>
        <w:t xml:space="preserve"> Staff with AFP and Reuters; Al Jazeera; "Egyptian parliament delays vote on military support for Saudi Arabia"; 19 October 2026, 2146 (time zone not stated); </w:t>
      </w:r>
      <w:hyperlink r:id="rId30">
        <w:r>
          <w:rPr>
            <w:color w:val="8A5D00"/>
            <w:sz w:val="17"/>
          </w:rPr>
          <w:t xml:space="preserve">https://www.aljazeera.com/news/2026/10/19/egyptian-parliament-delays-vote-on-military-support-for-saudi-arabia</w:t>
        </w:r>
      </w:hyperlink>
      <w:r>
        <w:rPr>
          <w:sz w:val="17"/>
        </w:rPr>
        <w:t>; accessed 20 October 2026; Source descriptor: Qatari state-funded broadcaster with wire copy.</w:t>
      </w:r>
    </w:p>
    <w:p>
      <w:r>
        <w:rPr>
          <w:sz w:val="17"/>
          <w:vertAlign w:val="superscript"/>
        </w:rPr>
        <w:t>[22]</w:t>
      </w:r>
      <w:r>
        <w:rPr>
          <w:sz w:val="17"/>
        </w:rPr>
        <w:t xml:space="preserve"> Al Jazeera Staff and Reuters; Al Jazeera; "Hegseth meets Netanyahu on unannounced Israel visit"; 20 October 2026, 0008 (updated 0736; time zone not stated); </w:t>
      </w:r>
      <w:hyperlink r:id="rId31">
        <w:r>
          <w:rPr>
            <w:color w:val="8A5D00"/>
            <w:sz w:val="17"/>
          </w:rPr>
          <w:t xml:space="preserve">https://www.aljazeera.com/news/2026/10/20/hegseth-meets-netanyahu-in-unannounced-israel-visit</w:t>
        </w:r>
      </w:hyperlink>
      <w:r>
        <w:rPr>
          <w:sz w:val="17"/>
        </w:rPr>
        <w:t>; accessed 20 October 2026; Source descriptor: Qatari state-funded broadcaster citing Axios and Army Radio.</w:t>
      </w:r>
    </w:p>
    <w:p>
      <w:r>
        <w:rPr>
          <w:sz w:val="17"/>
          <w:vertAlign w:val="superscript"/>
        </w:rPr>
        <w:t>[23]</w:t>
      </w:r>
      <w:r>
        <w:rPr>
          <w:sz w:val="17"/>
        </w:rPr>
        <w:t xml:space="preserve"> Lazar Berman; Times of Israel; "Visiting airbase, Netanyahu tells Israel's enemies: 'Do not test us'"; 19 October 2026, 1004Z; </w:t>
      </w:r>
      <w:hyperlink r:id="rId32">
        <w:r>
          <w:rPr>
            <w:color w:val="8A5D00"/>
            <w:sz w:val="17"/>
          </w:rPr>
          <w:t xml:space="preserve">https://www.timesofisrael.com/liveblog_entry/visiting-airbase-netanyahu-tells-israels-enemies-do-not-test-us</w:t>
        </w:r>
      </w:hyperlink>
      <w:r>
        <w:rPr>
          <w:sz w:val="17"/>
        </w:rPr>
        <w:t>; accessed 20 October 2026; Source descriptor: Israeli daily.</w:t>
      </w:r>
    </w:p>
    <w:p>
      <w:r>
        <w:rPr>
          <w:sz w:val="17"/>
          <w:vertAlign w:val="superscript"/>
        </w:rPr>
        <w:t>[24]</w:t>
      </w:r>
      <w:r>
        <w:rPr>
          <w:sz w:val="17"/>
        </w:rPr>
        <w:t xml:space="preserve"> Yehuda Dov; VINnews; "Trump Weighs Strikes on Iran's Kharg Island as Nuclear Talks Stall"; 19 October 2026, 1330Z; </w:t>
      </w:r>
      <w:hyperlink r:id="rId33">
        <w:r>
          <w:rPr>
            <w:color w:val="8A5D00"/>
            <w:sz w:val="17"/>
          </w:rPr>
          <w:t xml:space="preserve">https://vinnews.com/2026/10/19/trump-weighs-strikes-on-irans-kharg-island-as-nuclear-talks-stall/</w:t>
        </w:r>
      </w:hyperlink>
      <w:r>
        <w:rPr>
          <w:sz w:val="17"/>
        </w:rPr>
        <w:t>; accessed 20 October 2026; Source descriptor: community news site relaying a secondary Arabic outlet; low reliability.</w:t>
      </w:r>
    </w:p>
    <w:p>
      <w:r>
        <w:rPr>
          <w:sz w:val="17"/>
          <w:vertAlign w:val="superscript"/>
        </w:rPr>
        <w:t>[25]</w:t>
      </w:r>
      <w:r>
        <w:rPr>
          <w:sz w:val="17"/>
        </w:rPr>
        <w:t xml:space="preserve"> Ariela Karmel; Times of Israel; "After quitting election race, Gantz pleads for Zionist unity government to heal divisions, avert potential disaster"; 19 October 2026, 1744Z; </w:t>
      </w:r>
      <w:hyperlink r:id="rId34">
        <w:r>
          <w:rPr>
            <w:color w:val="8A5D00"/>
            <w:sz w:val="17"/>
          </w:rPr>
          <w:t xml:space="preserve">https://www.timesofisrael.com/liveblog_entry/gantz-takes-responsibility-for-electoral-failure-urges-leaders-not-to-return-to-pre-oct-7-divisions/</w:t>
        </w:r>
      </w:hyperlink>
      <w:r>
        <w:rPr>
          <w:sz w:val="17"/>
        </w:rPr>
        <w:t>; accessed 20 October 2026; Source descriptor: Israeli daily.</w:t>
      </w:r>
    </w:p>
    <w:p>
      <w:r>
        <w:rPr>
          <w:sz w:val="17"/>
          <w:vertAlign w:val="superscript"/>
        </w:rPr>
        <w:t>[26]</w:t>
      </w:r>
      <w:r>
        <w:rPr>
          <w:sz w:val="17"/>
        </w:rPr>
        <w:t xml:space="preserve"> Staff; JNS; "Blue and White Party's Benny Gantz quits Knesset race"; 20 October 2026, 0652 (time zone not stated); </w:t>
      </w:r>
      <w:hyperlink r:id="rId35">
        <w:r>
          <w:rPr>
            <w:color w:val="8A5D00"/>
            <w:sz w:val="17"/>
          </w:rPr>
          <w:t xml:space="preserve">https://www.jns.org/news/israel-news/blue-and-white-partys-benny-gantz-quits-knesset-race</w:t>
        </w:r>
      </w:hyperlink>
      <w:r>
        <w:rPr>
          <w:sz w:val="17"/>
        </w:rPr>
        <w:t>; accessed 20 October 2026; Source descriptor: pro-Israel news service.</w:t>
      </w:r>
    </w:p>
    <w:p>
      <w:r>
        <w:rPr>
          <w:sz w:val="17"/>
          <w:vertAlign w:val="superscript"/>
        </w:rPr>
        <w:t>[27]</w:t>
      </w:r>
      <w:r>
        <w:rPr>
          <w:sz w:val="17"/>
        </w:rPr>
        <w:t xml:space="preserve"> Staff; L'Orient Today; "Aoun calls for 'strict enforcement of the law,' 'no leniency' amid Hezbollah tensions"; 19 October 2026, 1614Z; </w:t>
      </w:r>
      <w:hyperlink r:id="rId36">
        <w:r>
          <w:rPr>
            <w:color w:val="8A5D00"/>
            <w:sz w:val="17"/>
          </w:rPr>
          <w:t xml:space="preserve">https://today.lorientlejour.com/article/1551370/aoun-calls-for-strict-enforcement-of-the-law-no-leniency-amid-hezbollah-tensions.html</w:t>
        </w:r>
      </w:hyperlink>
      <w:r>
        <w:rPr>
          <w:sz w:val="17"/>
        </w:rPr>
        <w:t>; accessed 20 October 2026; Source descriptor: Lebanese daily.</w:t>
      </w:r>
    </w:p>
    <w:p>
      <w:r>
        <w:rPr>
          <w:sz w:val="17"/>
          <w:vertAlign w:val="superscript"/>
        </w:rPr>
        <w:t>[28]</w:t>
      </w:r>
      <w:r>
        <w:rPr>
          <w:sz w:val="17"/>
        </w:rPr>
        <w:t xml:space="preserve"> Naharnet Newsdesk; Naharnet; "Israel accuses Lebanese Army of failing to clear south of Hezbollah weapons"; 20 October 2026, 0811Z; </w:t>
      </w:r>
      <w:hyperlink r:id="rId37">
        <w:r>
          <w:rPr>
            <w:color w:val="8A5D00"/>
            <w:sz w:val="17"/>
          </w:rPr>
          <w:t xml:space="preserve">https://www.naharnet.com/stories/en/323204-israel-accuses-lebanese-army-of-failing-to-clear-hezbollah-weapons-in-south</w:t>
        </w:r>
      </w:hyperlink>
      <w:r>
        <w:rPr>
          <w:sz w:val="17"/>
        </w:rPr>
        <w:t>; accessed 20 October 2026; Source descriptor: Lebanese news site relaying IDF statement.</w:t>
      </w:r>
    </w:p>
    <w:p>
      <w:r>
        <w:rPr>
          <w:sz w:val="17"/>
          <w:vertAlign w:val="superscript"/>
        </w:rPr>
        <w:t>[29]</w:t>
      </w:r>
      <w:r>
        <w:rPr>
          <w:sz w:val="17"/>
        </w:rPr>
        <w:t xml:space="preserve"> Waseem Ahmad Shah; Dawn; "PHC issues notices in petitions challenging governor's rule, emergency in KP; hearing adjourned till Nov 10"; 20 October 2026, 0643Z; </w:t>
      </w:r>
      <w:hyperlink r:id="rId38">
        <w:r>
          <w:rPr>
            <w:color w:val="8A5D00"/>
            <w:sz w:val="17"/>
          </w:rPr>
          <w:t xml:space="preserve">https://www.dawn.com/news/2038489/phc-issues-notices-in-petitions-challenging-governors-rule-emergency-in-kp-hearing-adjourned-till-nov-10</w:t>
        </w:r>
      </w:hyperlink>
      <w:r>
        <w:rPr>
          <w:sz w:val="17"/>
        </w:rPr>
        <w:t>; accessed 20 October 2026; Source descriptor: Pakistani newspaper of record.</w:t>
      </w:r>
    </w:p>
    <w:p>
      <w:r>
        <w:rPr>
          <w:sz w:val="17"/>
          <w:vertAlign w:val="superscript"/>
        </w:rPr>
        <w:t>[30]</w:t>
      </w:r>
      <w:r>
        <w:rPr>
          <w:sz w:val="17"/>
        </w:rPr>
        <w:t xml:space="preserve"> Adham Fattah, William Doran, Katherine Wells and Annika Ganzeveld; ISW/CTP; "Iran Update, October 19, 2026"; 19 October 2026 (data cutoff 1800Z); </w:t>
      </w:r>
      <w:hyperlink r:id="rId39">
        <w:r>
          <w:rPr>
            <w:color w:val="8A5D00"/>
            <w:sz w:val="17"/>
          </w:rPr>
          <w:t xml:space="preserve">https://www.criticalthreats.org/analysis/iran-update-october-19-2026</w:t>
        </w:r>
      </w:hyperlink>
      <w:r>
        <w:rPr>
          <w:sz w:val="17"/>
        </w:rPr>
        <w:t>; accessed 20 October 2026; Source descriptor: US think tank analysis.</w:t>
      </w:r>
    </w:p>
    <w:p>
      <w:r>
        <w:rPr>
          <w:sz w:val="17"/>
          <w:vertAlign w:val="superscript"/>
        </w:rPr>
        <w:t>[31]</w:t>
      </w:r>
      <w:r>
        <w:rPr>
          <w:sz w:val="17"/>
        </w:rPr>
        <w:t xml:space="preserve"> Seth J. Frantzman; Jerusalem Post; "Syria strongly condemns escalating IDF incursions in Quneitra, Daraa, demand pullout from Golan"; 19 October 2026, 1033 (updated 2117; time zone not stated); </w:t>
      </w:r>
      <w:hyperlink r:id="rId40">
        <w:r>
          <w:rPr>
            <w:color w:val="8A5D00"/>
            <w:sz w:val="17"/>
          </w:rPr>
          <w:t xml:space="preserve">https://www.jpost.com/middle-east/article-912133</w:t>
        </w:r>
      </w:hyperlink>
      <w:r>
        <w:rPr>
          <w:sz w:val="17"/>
        </w:rPr>
        <w:t>; accessed 20 October 2026; Source descriptor: Israeli daily relaying Syrian state agency SANA.</w:t>
      </w:r>
    </w:p>
    <w:p>
      <w:r>
        <w:rPr>
          <w:b/>
        </w:rPr>
        <w:t>EUCOM</w:t>
      </w:r>
    </w:p>
    <w:p>
      <w:r>
        <w:rPr>
          <w:sz w:val="17"/>
          <w:vertAlign w:val="superscript"/>
        </w:rPr>
        <w:t>[32]</w:t>
      </w:r>
      <w:r>
        <w:rPr>
          <w:sz w:val="17"/>
        </w:rPr>
        <w:t xml:space="preserve"> Tamara Nowakowsky; Kyiv Independent; "Witkoff plans Ukraine peace talks in Norway, Putin meeting in Russia"; 20 October 2026, 0446Z; </w:t>
      </w:r>
      <w:hyperlink r:id="rId41">
        <w:r>
          <w:rPr>
            <w:color w:val="8A5D00"/>
            <w:sz w:val="17"/>
          </w:rPr>
          <w:t xml:space="preserve">https://kyivindependent.com/witkoff-plans-ukraine-peace-talks-in-norway-putin-meeting-in-russia/</w:t>
        </w:r>
      </w:hyperlink>
      <w:r>
        <w:rPr>
          <w:sz w:val="17"/>
        </w:rPr>
        <w:t>; accessed 20 October 2026; Source descriptor: Ukrainian independent outlet citing Reuters.</w:t>
      </w:r>
    </w:p>
    <w:p>
      <w:r>
        <w:rPr>
          <w:sz w:val="17"/>
          <w:vertAlign w:val="superscript"/>
        </w:rPr>
        <w:t>[33]</w:t>
      </w:r>
      <w:r>
        <w:rPr>
          <w:sz w:val="17"/>
        </w:rPr>
        <w:t xml:space="preserve"> Abbey Fenbert; Kyiv Independent; "What Russia's doing to Ukraine is 'fine,' Trump says"; 19 October 2026, 2025Z; </w:t>
      </w:r>
      <w:hyperlink r:id="rId42">
        <w:r>
          <w:rPr>
            <w:color w:val="8A5D00"/>
            <w:sz w:val="17"/>
          </w:rPr>
          <w:t xml:space="preserve">https://kyivindependent.com/what-russias-doing-to-ukraine-is-fine-trump-says/</w:t>
        </w:r>
      </w:hyperlink>
      <w:r>
        <w:rPr>
          <w:sz w:val="17"/>
        </w:rPr>
        <w:t>; accessed 20 October 2026; Source descriptor: Ukrainian independent outlet.</w:t>
      </w:r>
    </w:p>
    <w:p>
      <w:r>
        <w:rPr>
          <w:sz w:val="17"/>
          <w:vertAlign w:val="superscript"/>
        </w:rPr>
        <w:t>[34]</w:t>
      </w:r>
      <w:r>
        <w:rPr>
          <w:sz w:val="17"/>
        </w:rPr>
        <w:t xml:space="preserve"> AFP, AP and Reuters; Al Jazeera; "US-Ukraine relations sour as Trump, Zelenskyy clash over talks, arms"; 20 October 2026, 0623 (time zone not stated); </w:t>
      </w:r>
      <w:hyperlink r:id="rId43">
        <w:r>
          <w:rPr>
            <w:color w:val="8A5D00"/>
            <w:sz w:val="17"/>
          </w:rPr>
          <w:t xml:space="preserve">https://www.aljazeera.com/news/2026/10/20/us-ukraine-relations-sour-as-trump-zelenskyy-clash-over-talks-arms</w:t>
        </w:r>
      </w:hyperlink>
      <w:r>
        <w:rPr>
          <w:sz w:val="17"/>
        </w:rPr>
        <w:t>; accessed 20 October 2026; Source descriptor: international wire services carried by Qatari state-funded broadcaster.</w:t>
      </w:r>
    </w:p>
    <w:p>
      <w:r>
        <w:rPr>
          <w:sz w:val="17"/>
          <w:vertAlign w:val="superscript"/>
        </w:rPr>
        <w:t>[35]</w:t>
      </w:r>
      <w:r>
        <w:rPr>
          <w:sz w:val="17"/>
        </w:rPr>
        <w:t xml:space="preserve"> Tim Zadorozhnyy; Kyiv Independent; "Zelensky, Rubio discuss critical military systems amid US-Ukraine tensions"; 20 October 2026, 0718Z; </w:t>
      </w:r>
      <w:hyperlink r:id="rId44">
        <w:r>
          <w:rPr>
            <w:color w:val="8A5D00"/>
            <w:sz w:val="17"/>
          </w:rPr>
          <w:t xml:space="preserve">https://kyivindependent.com/zelensky-rubio-discuss-critical-military-systems-amid-us-ukraine-tensions/</w:t>
        </w:r>
      </w:hyperlink>
      <w:r>
        <w:rPr>
          <w:sz w:val="17"/>
        </w:rPr>
        <w:t>; accessed 20 October 2026; Source descriptor: Ukrainian independent outlet.</w:t>
      </w:r>
    </w:p>
    <w:p>
      <w:r>
        <w:rPr>
          <w:sz w:val="17"/>
          <w:vertAlign w:val="superscript"/>
        </w:rPr>
        <w:t>[36]</w:t>
      </w:r>
      <w:r>
        <w:rPr>
          <w:sz w:val="17"/>
        </w:rPr>
        <w:t xml:space="preserve"> Staff; Meduza; "Russian drone strike on Ukrainian park kills six, including two children"; 19 October 2026, 1803 (time zone not stated); </w:t>
      </w:r>
      <w:hyperlink r:id="rId45">
        <w:r>
          <w:rPr>
            <w:color w:val="8A5D00"/>
            <w:sz w:val="17"/>
          </w:rPr>
          <w:t xml:space="preserve">https://meduza.io/en/news/2026/10/19/russian-drone-strike-on-ukrainian-park-kills-six-including-two-children</w:t>
        </w:r>
      </w:hyperlink>
      <w:r>
        <w:rPr>
          <w:sz w:val="17"/>
        </w:rPr>
        <w:t>; accessed 20 October 2026; Source descriptor: independent Russian outlet in exile.</w:t>
      </w:r>
    </w:p>
    <w:p>
      <w:r>
        <w:rPr>
          <w:sz w:val="17"/>
          <w:vertAlign w:val="superscript"/>
        </w:rPr>
        <w:t>[37]</w:t>
      </w:r>
      <w:r>
        <w:rPr>
          <w:sz w:val="17"/>
        </w:rPr>
        <w:t xml:space="preserve"> Staff; Al Jazeera (video); "Children among six killed in Russian drone strike on Ukraine park"; 19 October 2026, 2312 (time zone not stated); </w:t>
      </w:r>
      <w:hyperlink r:id="rId46">
        <w:r>
          <w:rPr>
            <w:color w:val="8A5D00"/>
            <w:sz w:val="17"/>
          </w:rPr>
          <w:t xml:space="preserve">https://www.aljazeera.com/video/newsfeed/2026/10/19/children-among-six-killed-in-russian-drone-strike-on-ukraine-park</w:t>
        </w:r>
      </w:hyperlink>
      <w:r>
        <w:rPr>
          <w:sz w:val="17"/>
        </w:rPr>
        <w:t>; accessed 20 October 2026; Source descriptor: Qatari state-funded broadcaster.</w:t>
      </w:r>
    </w:p>
    <w:p>
      <w:r>
        <w:rPr>
          <w:sz w:val="17"/>
          <w:vertAlign w:val="superscript"/>
        </w:rPr>
        <w:t>[38]</w:t>
      </w:r>
      <w:r>
        <w:rPr>
          <w:sz w:val="17"/>
        </w:rPr>
        <w:t xml:space="preserve"> Jimmy Rushton; Kyiv Independent; "Russian drone attack on Kyiv rush-hour traffic kills at least 1, injures 6"; 20 October 2026, 0819Z; </w:t>
      </w:r>
      <w:hyperlink r:id="rId47">
        <w:r>
          <w:rPr>
            <w:color w:val="8A5D00"/>
            <w:sz w:val="17"/>
          </w:rPr>
          <w:t xml:space="preserve">https://kyivindependent.com/russian-drone-attack-on-kyiv-rush-hour-traffic-kills-at-least-1-injures-6/</w:t>
        </w:r>
      </w:hyperlink>
      <w:r>
        <w:rPr>
          <w:sz w:val="17"/>
        </w:rPr>
        <w:t>; accessed 20 October 2026; Source descriptor: Ukrainian independent outlet citing the Air Force.</w:t>
      </w:r>
    </w:p>
    <w:p>
      <w:r>
        <w:rPr>
          <w:sz w:val="17"/>
          <w:vertAlign w:val="superscript"/>
        </w:rPr>
        <w:t>[39]</w:t>
      </w:r>
      <w:r>
        <w:rPr>
          <w:sz w:val="17"/>
        </w:rPr>
        <w:t xml:space="preserve"> Abbey Fenbert; Kyiv Independent; "Shooting at Kyiv draft office injures 6 as mobilization tensions rise"; 19 October 2026, 1857Z; </w:t>
      </w:r>
      <w:hyperlink r:id="rId48">
        <w:r>
          <w:rPr>
            <w:color w:val="8A5D00"/>
            <w:sz w:val="17"/>
          </w:rPr>
          <w:t xml:space="preserve">https://kyivindependent.com/shooting-at-kyiv-draft-office-injures-6-as-mobilization-tensions-rise/</w:t>
        </w:r>
      </w:hyperlink>
      <w:r>
        <w:rPr>
          <w:sz w:val="17"/>
        </w:rPr>
        <w:t>; accessed 20 October 2026; Source descriptor: Ukrainian independent outlet.</w:t>
      </w:r>
    </w:p>
    <w:p>
      <w:r>
        <w:rPr>
          <w:sz w:val="17"/>
          <w:vertAlign w:val="superscript"/>
        </w:rPr>
        <w:t>[40]</w:t>
      </w:r>
      <w:r>
        <w:rPr>
          <w:sz w:val="17"/>
        </w:rPr>
        <w:t xml:space="preserve"> Jonas Heins; Kyiv Independent; "Fire reported at oil pumping station in Russia's Tambov Oblast after drone attack"; 20 October 2026, 0744Z; </w:t>
      </w:r>
      <w:hyperlink r:id="rId49">
        <w:r>
          <w:rPr>
            <w:color w:val="8A5D00"/>
            <w:sz w:val="17"/>
          </w:rPr>
          <w:t xml:space="preserve">https://kyivindependent.com/fire-reported-at-oil-pumping-station-russias-tambov-oblast-after-drone-attack/</w:t>
        </w:r>
      </w:hyperlink>
      <w:r>
        <w:rPr>
          <w:sz w:val="17"/>
        </w:rPr>
        <w:t>; accessed 20 October 2026; Source descriptor: Ukrainian independent outlet citing Russian officials and ASTRA.</w:t>
      </w:r>
    </w:p>
    <w:p>
      <w:r>
        <w:rPr>
          <w:sz w:val="17"/>
          <w:vertAlign w:val="superscript"/>
        </w:rPr>
        <w:t>[41]</w:t>
      </w:r>
      <w:r>
        <w:rPr>
          <w:sz w:val="17"/>
        </w:rPr>
        <w:t xml:space="preserve"> BNS; LRT; "Lithuania has evidence Sunday's drone crossed from Poland, presidential adviser says"; 19 October 2026, 1128 EEST; </w:t>
      </w:r>
      <w:hyperlink r:id="rId50">
        <w:r>
          <w:rPr>
            <w:color w:val="8A5D00"/>
            <w:sz w:val="17"/>
          </w:rPr>
          <w:t xml:space="preserve">https://www.lrt.lt/en/news-in-english/19/3087132/lithuania-has-evidence-sunday-s-drone-crossed-from-poland-presidential-adviser-says</w:t>
        </w:r>
      </w:hyperlink>
      <w:r>
        <w:rPr>
          <w:sz w:val="17"/>
        </w:rPr>
        <w:t>; accessed 20 October 2026; Source descriptor: Lithuanian wire service carried by public broadcaster.</w:t>
      </w:r>
    </w:p>
    <w:p>
      <w:r>
        <w:rPr>
          <w:sz w:val="17"/>
          <w:vertAlign w:val="superscript"/>
        </w:rPr>
        <w:t>[42]</w:t>
      </w:r>
      <w:r>
        <w:rPr>
          <w:sz w:val="17"/>
        </w:rPr>
        <w:t xml:space="preserve"> Staff; TASS; "Lithuania has no doubt Ukrainian UAV carrying explosives violated its airspace — PM"; 19 October 2026; </w:t>
      </w:r>
      <w:hyperlink r:id="rId51">
        <w:r>
          <w:rPr>
            <w:color w:val="8A5D00"/>
            <w:sz w:val="17"/>
          </w:rPr>
          <w:t xml:space="preserve">https://tass.com/world/2204249</w:t>
        </w:r>
      </w:hyperlink>
      <w:r>
        <w:rPr>
          <w:sz w:val="17"/>
        </w:rPr>
        <w:t>; accessed 20 October 2026; Source descriptor: Russian state news agency.</w:t>
      </w:r>
    </w:p>
    <w:p>
      <w:r>
        <w:rPr>
          <w:sz w:val="17"/>
          <w:vertAlign w:val="superscript"/>
        </w:rPr>
        <w:t>[43]</w:t>
      </w:r>
      <w:r>
        <w:rPr>
          <w:sz w:val="17"/>
        </w:rPr>
        <w:t xml:space="preserve"> Staff; Meduza; "Russian military satellite comes dangerously close to a radar satellite operated by a Finnish-U.S. company that supplies satellite imagery to Ukraine"; 19 October 2026, 1557 (time zone not stated); </w:t>
      </w:r>
      <w:hyperlink r:id="rId52">
        <w:r>
          <w:rPr>
            <w:color w:val="8A5D00"/>
            <w:sz w:val="17"/>
          </w:rPr>
          <w:t xml:space="preserve">https://meduza.io/en/news/2026/10/19/russian-military-satellite-comes-dangerously-close-to-a-radar-satellite-operated-by-a-finnish-u-s-company-that-supplies-satellite-imagery-to-ukraine</w:t>
        </w:r>
      </w:hyperlink>
      <w:r>
        <w:rPr>
          <w:sz w:val="17"/>
        </w:rPr>
        <w:t>; accessed 20 October 2026; Source descriptor: independent Russian outlet in exile citing Axios and LeoLabs.</w:t>
      </w:r>
    </w:p>
    <w:p>
      <w:r>
        <w:rPr>
          <w:sz w:val="17"/>
          <w:vertAlign w:val="superscript"/>
        </w:rPr>
        <w:t>[44]</w:t>
      </w:r>
      <w:r>
        <w:rPr>
          <w:sz w:val="17"/>
        </w:rPr>
        <w:t xml:space="preserve"> Al Jazeera Staff with AFP; Al Jazeera; "Finland seeking one million land mines as it eyes Russian threat"; 19 October 2026, 1957 (time zone not stated); </w:t>
      </w:r>
      <w:hyperlink r:id="rId53">
        <w:r>
          <w:rPr>
            <w:color w:val="8A5D00"/>
            <w:sz w:val="17"/>
          </w:rPr>
          <w:t xml:space="preserve">https://www.aljazeera.com/news/2026/10/19/finland-seeking-one-million-land-mines-as-it-eyes-russian-threat</w:t>
        </w:r>
      </w:hyperlink>
      <w:r>
        <w:rPr>
          <w:sz w:val="17"/>
        </w:rPr>
        <w:t>; accessed 20 October 2026; Source descriptor: Qatari state-funded broadcaster with wire copy.</w:t>
      </w:r>
    </w:p>
    <w:p>
      <w:r>
        <w:rPr>
          <w:sz w:val="17"/>
          <w:vertAlign w:val="superscript"/>
        </w:rPr>
        <w:t>[45]</w:t>
      </w:r>
      <w:r>
        <w:rPr>
          <w:sz w:val="17"/>
        </w:rPr>
        <w:t xml:space="preserve"> AFP and Reuters; Al Jazeera; "Tehran rejects any role in plot to kill leaders of German Jewish groups"; 19 October 2026, 2316 (time zone not stated); </w:t>
      </w:r>
      <w:hyperlink r:id="rId54">
        <w:r>
          <w:rPr>
            <w:color w:val="8A5D00"/>
            <w:sz w:val="17"/>
          </w:rPr>
          <w:t xml:space="preserve">https://www.aljazeera.com/news/2026/10/19/tehran-rejects-any-role-in-plot-to-kill-leaders-of-jewish-groups</w:t>
        </w:r>
      </w:hyperlink>
      <w:r>
        <w:rPr>
          <w:sz w:val="17"/>
        </w:rPr>
        <w:t>; accessed 20 October 2026; Source descriptor: international wire services carried by Qatari state-funded broadcaster.</w:t>
      </w:r>
    </w:p>
    <w:p>
      <w:r>
        <w:rPr>
          <w:sz w:val="17"/>
          <w:vertAlign w:val="superscript"/>
        </w:rPr>
        <w:t>[46]</w:t>
      </w:r>
      <w:r>
        <w:rPr>
          <w:sz w:val="17"/>
        </w:rPr>
        <w:t xml:space="preserve"> AFP and Reuters; Al Jazeera; "Four dead as torrential rain batters eastern Spain"; 20 October 2026, 0236Z; </w:t>
      </w:r>
      <w:hyperlink r:id="rId55">
        <w:r>
          <w:rPr>
            <w:color w:val="8A5D00"/>
            <w:sz w:val="17"/>
          </w:rPr>
          <w:t xml:space="preserve">https://www.aljazeera.com/news/2026/10/20/four-dead-as-torrential-rain-batters-eastern-spain</w:t>
        </w:r>
      </w:hyperlink>
      <w:r>
        <w:rPr>
          <w:sz w:val="17"/>
        </w:rPr>
        <w:t>; accessed 20 October 2026; Source descriptor: international wire services carried by Qatari state-funded broadcaster.</w:t>
      </w:r>
    </w:p>
    <w:p>
      <w:r>
        <w:rPr>
          <w:b/>
        </w:rPr>
        <w:t>INDOPACOM</w:t>
      </w:r>
    </w:p>
    <w:p>
      <w:r>
        <w:rPr>
          <w:sz w:val="17"/>
          <w:vertAlign w:val="superscript"/>
        </w:rPr>
        <w:t>[47]</w:t>
      </w:r>
      <w:r>
        <w:rPr>
          <w:sz w:val="17"/>
        </w:rPr>
        <w:t xml:space="preserve"> Staff (AFP); The Star; "Philippines summons Chinese ambassador Jing Quan over 'threat'; local senators calling for his expulsion"; 19 October 2026, 1659 MYT; </w:t>
      </w:r>
      <w:hyperlink r:id="rId56">
        <w:r>
          <w:rPr>
            <w:color w:val="8A5D00"/>
            <w:sz w:val="17"/>
          </w:rPr>
          <w:t xml:space="preserve">https://www.thestar.com.my/aseanplus/aseanplus-news/2026/10/19/philippines-summons-chinese-ambassador-jing-quan-over-039threat039-local-senators-calling-for-his-expulsion</w:t>
        </w:r>
      </w:hyperlink>
      <w:r>
        <w:rPr>
          <w:sz w:val="17"/>
        </w:rPr>
        <w:t>; accessed 20 October 2026; Source descriptor: international wire service carried by Malaysian daily.</w:t>
      </w:r>
    </w:p>
    <w:p>
      <w:r>
        <w:rPr>
          <w:sz w:val="17"/>
          <w:vertAlign w:val="superscript"/>
        </w:rPr>
        <w:t>[48]</w:t>
      </w:r>
      <w:r>
        <w:rPr>
          <w:sz w:val="17"/>
        </w:rPr>
        <w:t xml:space="preserve"> Bernadette E. Tamayo and Catherine S. Valente; The Manila Times; "DFA dresses down China's envoy Jing"; 20 October 2026; </w:t>
      </w:r>
      <w:hyperlink r:id="rId57">
        <w:r>
          <w:rPr>
            <w:color w:val="8A5D00"/>
            <w:sz w:val="17"/>
          </w:rPr>
          <w:t xml:space="preserve">https://www.manilatimes.net/2026/10/20/news/dfa-dresses-down-chinas-envoy-jing/2448972</w:t>
        </w:r>
      </w:hyperlink>
      <w:r>
        <w:rPr>
          <w:sz w:val="17"/>
        </w:rPr>
        <w:t>; accessed 20 October 2026; Source descriptor: major Philippine daily.</w:t>
      </w:r>
    </w:p>
    <w:p>
      <w:r>
        <w:rPr>
          <w:sz w:val="17"/>
          <w:vertAlign w:val="superscript"/>
        </w:rPr>
        <w:t>[49]</w:t>
      </w:r>
      <w:r>
        <w:rPr>
          <w:sz w:val="17"/>
        </w:rPr>
        <w:t xml:space="preserve"> PRC Ministry of Foreign Affairs (repost by Consulate General in New York); "Foreign Ministry Spokesperson Mao Ning's Regular Press Conference on October 19, 2026"; 19 October 2026; </w:t>
      </w:r>
      <w:hyperlink r:id="rId58">
        <w:r>
          <w:rPr>
            <w:color w:val="8A5D00"/>
            <w:sz w:val="17"/>
          </w:rPr>
          <w:t xml:space="preserve">https://newyork.china-consulate.gov.cn/eng/mtsw/fyrth_1/202610/t20261019_12042922.htm</w:t>
        </w:r>
      </w:hyperlink>
      <w:r>
        <w:rPr>
          <w:sz w:val="17"/>
        </w:rPr>
        <w:t>; accessed 20 October 2026; Source descriptor: official Chinese government transcript.</w:t>
      </w:r>
    </w:p>
    <w:p>
      <w:r>
        <w:rPr>
          <w:sz w:val="17"/>
          <w:vertAlign w:val="superscript"/>
        </w:rPr>
        <w:t>[50]</w:t>
      </w:r>
      <w:r>
        <w:rPr>
          <w:sz w:val="17"/>
        </w:rPr>
        <w:t xml:space="preserve"> Raffy Ayeng; Daily Tribune; "BBM favors diplomacy over expulsion of envoy"; 20 October 2026, 0029 PHT; </w:t>
      </w:r>
      <w:hyperlink r:id="rId59">
        <w:r>
          <w:rPr>
            <w:color w:val="8A5D00"/>
            <w:sz w:val="17"/>
          </w:rPr>
          <w:t xml:space="preserve">https://tribune.net.ph/2026/10/19/bbm-favors-diplomacy-over-expulsion-of-envoy</w:t>
        </w:r>
      </w:hyperlink>
      <w:r>
        <w:rPr>
          <w:sz w:val="17"/>
        </w:rPr>
        <w:t>; accessed 20 October 2026; Source descriptor: Philippine national daily.</w:t>
      </w:r>
    </w:p>
    <w:p>
      <w:r>
        <w:rPr>
          <w:sz w:val="17"/>
          <w:vertAlign w:val="superscript"/>
        </w:rPr>
        <w:t>[51]</w:t>
      </w:r>
      <w:r>
        <w:rPr>
          <w:sz w:val="17"/>
        </w:rPr>
        <w:t xml:space="preserve"> Staff; Philippine Daily Inquirer; "INQToday: DFA summons Chinese envoy for 'may easily win' remark"; 19 October 2026, 2306 PHT; </w:t>
      </w:r>
      <w:hyperlink r:id="rId60">
        <w:r>
          <w:rPr>
            <w:color w:val="8A5D00"/>
            <w:sz w:val="17"/>
          </w:rPr>
          <w:t xml:space="preserve">https://newsinfo.inquirer.net/2326687/inqtoday-dfa-summons-chinese-envoy-for-may-easily-win-remark</w:t>
        </w:r>
      </w:hyperlink>
      <w:r>
        <w:rPr>
          <w:sz w:val="17"/>
        </w:rPr>
        <w:t>; accessed 20 October 2026; Source descriptor: major Philippine daily.</w:t>
      </w:r>
    </w:p>
    <w:p>
      <w:r>
        <w:rPr>
          <w:sz w:val="17"/>
          <w:vertAlign w:val="superscript"/>
        </w:rPr>
        <w:t>[52]</w:t>
      </w:r>
      <w:r>
        <w:rPr>
          <w:sz w:val="17"/>
        </w:rPr>
        <w:t xml:space="preserve"> Heejin Kim, Kyuseok Shim and Dahyun Lee (Reuters); Internazionale; "North Korea's Kim Yo Jong says loudspeaker broadcasts toward Seoul being considered, KCNA reports"; 19 October 2026, 1207 CEST; </w:t>
      </w:r>
      <w:hyperlink r:id="rId61">
        <w:r>
          <w:rPr>
            <w:color w:val="8A5D00"/>
            <w:sz w:val="17"/>
          </w:rPr>
          <w:t xml:space="preserve">https://www.internazionale.it/ultime-notizie-reuters/2026/10/19/north-korea-s-kim-yo-jong-says-loudspeaker-broadcasts-toward-seoul-being-considered-kcna-reports</w:t>
        </w:r>
      </w:hyperlink>
      <w:r>
        <w:rPr>
          <w:sz w:val="17"/>
        </w:rPr>
        <w:t>; accessed 20 October 2026; Source descriptor: international wire service republished by Italian weekly, relaying North Korean state media.</w:t>
      </w:r>
    </w:p>
    <w:p>
      <w:r>
        <w:rPr>
          <w:sz w:val="17"/>
          <w:vertAlign w:val="superscript"/>
        </w:rPr>
        <w:t>[53]</w:t>
      </w:r>
      <w:r>
        <w:rPr>
          <w:sz w:val="17"/>
        </w:rPr>
        <w:t xml:space="preserve"> Hwang Joo-young; The Korea Herald; "Kim Yo-jong threatens loudspeaker broadcast resumption, more tactical weapons along border"; 19 October 2026, 1931 KST; </w:t>
      </w:r>
      <w:hyperlink r:id="rId62">
        <w:r>
          <w:rPr>
            <w:color w:val="8A5D00"/>
            <w:sz w:val="17"/>
          </w:rPr>
          <w:t xml:space="preserve">https://www.koreaherald.com/article/10907760</w:t>
        </w:r>
      </w:hyperlink>
      <w:r>
        <w:rPr>
          <w:sz w:val="17"/>
        </w:rPr>
        <w:t>; accessed 20 October 2026; Source descriptor: major South Korean daily.</w:t>
      </w:r>
    </w:p>
    <w:p>
      <w:r>
        <w:rPr>
          <w:sz w:val="17"/>
          <w:vertAlign w:val="superscript"/>
        </w:rPr>
        <w:t>[54]</w:t>
      </w:r>
      <w:r>
        <w:rPr>
          <w:sz w:val="17"/>
        </w:rPr>
        <w:t xml:space="preserve"> Staff (Yonhap); The Korea Times; "S. Korea vows stern response after N. Korea threatens new border measures"; 20 October 2026, 1007 KST (updated 1610 KST); </w:t>
      </w:r>
      <w:hyperlink r:id="rId63">
        <w:r>
          <w:rPr>
            <w:color w:val="8A5D00"/>
            <w:sz w:val="17"/>
          </w:rPr>
          <w:t xml:space="preserve">https://www.koreatimes.co.kr/foreignaffairs/northkorea/20261020/s-korea-vows-stern-response-after-nk-threatens-new-border-measures</w:t>
        </w:r>
      </w:hyperlink>
      <w:r>
        <w:rPr>
          <w:sz w:val="17"/>
        </w:rPr>
        <w:t>; accessed 20 October 2026; Source descriptor: South Korean wire service carried by South Korean daily.</w:t>
      </w:r>
    </w:p>
    <w:p>
      <w:r>
        <w:rPr>
          <w:sz w:val="17"/>
          <w:vertAlign w:val="superscript"/>
        </w:rPr>
        <w:t>[55]</w:t>
      </w:r>
      <w:r>
        <w:rPr>
          <w:sz w:val="17"/>
        </w:rPr>
        <w:t xml:space="preserve"> Staff (Yonhap); Korea JoongAng Daily; "South Korea's top military officer orders stern responses after North threatens to deploy more weapons along border"; 20 October 2026, 1144 KST; </w:t>
      </w:r>
      <w:hyperlink r:id="rId64">
        <w:r>
          <w:rPr>
            <w:color w:val="8A5D00"/>
            <w:sz w:val="17"/>
          </w:rPr>
          <w:t xml:space="preserve">https://www.koreajoongangdaily.com/korea/south-koreas-top-military-officer-orders-stern-responses-after-north-threatens-to-deploy-more-weapons-along-border/12929141</w:t>
        </w:r>
      </w:hyperlink>
      <w:r>
        <w:rPr>
          <w:sz w:val="17"/>
        </w:rPr>
        <w:t>; accessed 20 October 2026; Source descriptor: South Korean wire service carried by South Korean daily.</w:t>
      </w:r>
    </w:p>
    <w:p>
      <w:r>
        <w:rPr>
          <w:sz w:val="17"/>
          <w:vertAlign w:val="superscript"/>
        </w:rPr>
        <w:t>[56]</w:t>
      </w:r>
      <w:r>
        <w:rPr>
          <w:sz w:val="17"/>
        </w:rPr>
        <w:t xml:space="preserve"> The Nation Editorial Team; The Nation; "Kim Jong Un photos released on October 20 amid death rumours"; 20 October 2026, 1144 ICT; </w:t>
      </w:r>
      <w:hyperlink r:id="rId65">
        <w:r>
          <w:rPr>
            <w:color w:val="8A5D00"/>
            <w:sz w:val="17"/>
          </w:rPr>
          <w:t xml:space="preserve">https://www.nationthailand.com/news/world/40072509</w:t>
        </w:r>
      </w:hyperlink>
      <w:r>
        <w:rPr>
          <w:sz w:val="17"/>
        </w:rPr>
        <w:t>; accessed 20 October 2026; Source descriptor: Thai daily citing KCNA and Yonhap.</w:t>
      </w:r>
    </w:p>
    <w:p>
      <w:r>
        <w:rPr>
          <w:sz w:val="17"/>
          <w:vertAlign w:val="superscript"/>
        </w:rPr>
        <w:t>[57]</w:t>
      </w:r>
      <w:r>
        <w:rPr>
          <w:sz w:val="17"/>
        </w:rPr>
        <w:t xml:space="preserve"> Staff; Global Times; "US-Japan drills lay bare true meaning of Japan's 'exclusive defense' narrative"; 19 October 2026, 2045 (time zone not stated); </w:t>
      </w:r>
      <w:hyperlink r:id="rId66">
        <w:r>
          <w:rPr>
            <w:color w:val="8A5D00"/>
            <w:sz w:val="17"/>
          </w:rPr>
          <w:t xml:space="preserve">https://www.globaltimes.cn/page/202610/1372557.shtml</w:t>
        </w:r>
      </w:hyperlink>
      <w:r>
        <w:rPr>
          <w:sz w:val="17"/>
        </w:rPr>
        <w:t>; accessed 20 October 2026; Source descriptor: Chinese state-affiliated media, opinion.</w:t>
      </w:r>
    </w:p>
    <w:p>
      <w:r>
        <w:rPr>
          <w:sz w:val="17"/>
          <w:vertAlign w:val="superscript"/>
        </w:rPr>
        <w:t>[58]</w:t>
      </w:r>
      <w:r>
        <w:rPr>
          <w:sz w:val="17"/>
        </w:rPr>
        <w:t xml:space="preserve"> Gwak Sang-eun; SBS News; "China Strongly Condemns and Protests Takaichi's Ritual Offering to Yasukuni Shrine"; 19 October 2026, 1643 KST; </w:t>
      </w:r>
      <w:hyperlink r:id="rId67">
        <w:r>
          <w:rPr>
            <w:color w:val="8A5D00"/>
            <w:sz w:val="17"/>
          </w:rPr>
          <w:t xml:space="preserve">https://news.sbs.co.kr/english/article.do?news_id=N1008804782</w:t>
        </w:r>
      </w:hyperlink>
      <w:r>
        <w:rPr>
          <w:sz w:val="17"/>
        </w:rPr>
        <w:t>; accessed 20 October 2026; Source descriptor: major South Korean broadcaster.</w:t>
      </w:r>
    </w:p>
    <w:p>
      <w:r>
        <w:rPr>
          <w:sz w:val="17"/>
          <w:vertAlign w:val="superscript"/>
        </w:rPr>
        <w:t>[59]</w:t>
      </w:r>
      <w:r>
        <w:rPr>
          <w:sz w:val="17"/>
        </w:rPr>
        <w:t xml:space="preserve"> Staff (AFP); The Manila Times; "Japan deploys missiles in joint drill with US"; 20 October 2026; </w:t>
      </w:r>
      <w:hyperlink r:id="rId68">
        <w:r>
          <w:rPr>
            <w:color w:val="8A5D00"/>
            <w:sz w:val="17"/>
          </w:rPr>
          <w:t xml:space="preserve">https://www.manilatimes.net/2026/10/20/world/asia-oceania/japan-deploys-missiles-in-joint-drill-with-us/2449109</w:t>
        </w:r>
      </w:hyperlink>
      <w:r>
        <w:rPr>
          <w:sz w:val="17"/>
        </w:rPr>
        <w:t>; accessed 20 October 2026; Source descriptor: international wire service carried by Philippine daily.</w:t>
      </w:r>
    </w:p>
    <w:p>
      <w:r>
        <w:rPr>
          <w:sz w:val="17"/>
          <w:vertAlign w:val="superscript"/>
        </w:rPr>
        <w:t>[60]</w:t>
      </w:r>
      <w:r>
        <w:rPr>
          <w:sz w:val="17"/>
        </w:rPr>
        <w:t xml:space="preserve"> International News Center; The Storm Media; "Japan, US Put Missiles 110 km From Taiwan in Record Keen Sword Drills"; 20 October 2026, 0800 CST; </w:t>
      </w:r>
      <w:hyperlink r:id="rId69">
        <w:r>
          <w:rPr>
            <w:color w:val="8A5D00"/>
            <w:sz w:val="17"/>
          </w:rPr>
          <w:t xml:space="preserve">https://world.storm.mg/articles/1173741</w:t>
        </w:r>
      </w:hyperlink>
      <w:r>
        <w:rPr>
          <w:sz w:val="17"/>
        </w:rPr>
        <w:t>; accessed 20 October 2026; Source descriptor: Taiwanese outlet.</w:t>
      </w:r>
    </w:p>
    <w:p>
      <w:r>
        <w:rPr>
          <w:sz w:val="17"/>
          <w:vertAlign w:val="superscript"/>
        </w:rPr>
        <w:t>[61]</w:t>
      </w:r>
      <w:r>
        <w:rPr>
          <w:sz w:val="17"/>
        </w:rPr>
        <w:t xml:space="preserve"> Myo Pyae; The Irrawaddy; "Myanmar Regime Bombs Civilians While Claiming Military Operations Serve Peace"; 20 October 2026, 0700Z; </w:t>
      </w:r>
      <w:hyperlink r:id="rId70">
        <w:r>
          <w:rPr>
            <w:color w:val="8A5D00"/>
            <w:sz w:val="17"/>
          </w:rPr>
          <w:t xml:space="preserve">https://www.irrawaddy.com/news/burma/myanmar-regime-bombs-civilians-while-claiming-military-operations-serve-peace.html</w:t>
        </w:r>
      </w:hyperlink>
      <w:r>
        <w:rPr>
          <w:sz w:val="17"/>
        </w:rPr>
        <w:t>; accessed 20 October 2026; Source descriptor: exile Myanmar outlet citing opposition figures.</w:t>
      </w:r>
    </w:p>
    <w:p>
      <w:r>
        <w:rPr>
          <w:sz w:val="17"/>
          <w:vertAlign w:val="superscript"/>
        </w:rPr>
        <w:t>[62]</w:t>
      </w:r>
      <w:r>
        <w:rPr>
          <w:sz w:val="17"/>
        </w:rPr>
        <w:t xml:space="preserve"> Pita Ligaiula; PINA/PACNEWS; "Australia, PNG to turn new alliance into defence and economic action"; 20 October 2026; </w:t>
      </w:r>
      <w:hyperlink r:id="rId71">
        <w:r>
          <w:rPr>
            <w:color w:val="8A5D00"/>
            <w:sz w:val="17"/>
          </w:rPr>
          <w:t xml:space="preserve">https://pina.com.fj/2026/10/20/australia-png-to-turn-new-alliance-into-defence-and-economic-action/</w:t>
        </w:r>
      </w:hyperlink>
      <w:r>
        <w:rPr>
          <w:sz w:val="17"/>
        </w:rPr>
        <w:t>; accessed 20 October 2026; Source descriptor: Pacific regional news agency.</w:t>
      </w:r>
    </w:p>
    <w:p>
      <w:r>
        <w:rPr>
          <w:sz w:val="17"/>
          <w:vertAlign w:val="superscript"/>
        </w:rPr>
        <w:t>[63]</w:t>
      </w:r>
      <w:r>
        <w:rPr>
          <w:sz w:val="17"/>
        </w:rPr>
        <w:t xml:space="preserve"> Staff writer, with CNA; Taipei Times; "Taiwan, US still lack 'hellscape' to thwart China: US official"; 20 October 2026; </w:t>
      </w:r>
      <w:hyperlink r:id="rId72">
        <w:r>
          <w:rPr>
            <w:color w:val="8A5D00"/>
            <w:sz w:val="17"/>
          </w:rPr>
          <w:t xml:space="preserve">https://www.taipeitimes.com/News/taiwan/archives/2026/10/20/2003866311</w:t>
        </w:r>
      </w:hyperlink>
      <w:r>
        <w:rPr>
          <w:sz w:val="17"/>
        </w:rPr>
        <w:t>; accessed 20 October 2026; Source descriptor: Taiwanese daily with national news agency.</w:t>
      </w:r>
    </w:p>
    <w:p>
      <w:r>
        <w:rPr>
          <w:b/>
        </w:rPr>
        <w:t>NORTHCOM</w:t>
      </w:r>
    </w:p>
    <w:p>
      <w:r>
        <w:rPr>
          <w:sz w:val="17"/>
          <w:vertAlign w:val="superscript"/>
        </w:rPr>
        <w:t>[64]</w:t>
      </w:r>
      <w:r>
        <w:rPr>
          <w:sz w:val="17"/>
        </w:rPr>
        <w:t xml:space="preserve"> Karen Bartko; Global News; "Alberta referendum voters reject separatism, choose to stay in Canada"; 20 October 2026, 0219 (updated 0258; time zone not stated); </w:t>
      </w:r>
      <w:hyperlink r:id="rId73">
        <w:r>
          <w:rPr>
            <w:color w:val="8A5D00"/>
            <w:sz w:val="17"/>
          </w:rPr>
          <w:t xml:space="preserve">https://globalnews.ca/news/12108827/alberta-referendum-result/</w:t>
        </w:r>
      </w:hyperlink>
      <w:r>
        <w:rPr>
          <w:sz w:val="17"/>
        </w:rPr>
        <w:t>; accessed 20 October 2026; Source descriptor: major Canadian broadcaster.</w:t>
      </w:r>
    </w:p>
    <w:p>
      <w:r>
        <w:rPr>
          <w:sz w:val="17"/>
          <w:vertAlign w:val="superscript"/>
        </w:rPr>
        <w:t>[65]</w:t>
      </w:r>
      <w:r>
        <w:rPr>
          <w:sz w:val="17"/>
        </w:rPr>
        <w:t xml:space="preserve"> Staff (CTV News Edmonton); CP24/CTV News; "Alberta referendum results: Separation rejected. Live updates."; 20 October 2026, 0210 EDT (updated); </w:t>
      </w:r>
      <w:hyperlink r:id="rId74">
        <w:r>
          <w:rPr>
            <w:color w:val="8A5D00"/>
            <w:sz w:val="17"/>
          </w:rPr>
          <w:t xml:space="preserve">https://www.cp24.com/news/canada/2026/10/20/albertans-support-staying-in-canada-oppose-separation-referendum-follow-for-live-updates/</w:t>
        </w:r>
      </w:hyperlink>
      <w:r>
        <w:rPr>
          <w:sz w:val="17"/>
        </w:rPr>
        <w:t>; accessed 20 October 2026; Source descriptor: major Canadian broadcaster, live blog.</w:t>
      </w:r>
    </w:p>
    <w:p>
      <w:r>
        <w:rPr>
          <w:sz w:val="17"/>
          <w:vertAlign w:val="superscript"/>
        </w:rPr>
        <w:t>[66]</w:t>
      </w:r>
      <w:r>
        <w:rPr>
          <w:sz w:val="17"/>
        </w:rPr>
        <w:t xml:space="preserve"> Staff (AAP/AP); SBS News; "Alberta says 'yes' to Canada, rejects separation drive"; 20 October 2026, 1900 AEDT; </w:t>
      </w:r>
      <w:hyperlink r:id="rId75">
        <w:r>
          <w:rPr>
            <w:color w:val="8A5D00"/>
            <w:sz w:val="17"/>
          </w:rPr>
          <w:t xml:space="preserve">https://www.sbs.com.au/news/article/alberta-says-yes-to-canada-rejects-separation-drive/w3aj8y3aj</w:t>
        </w:r>
      </w:hyperlink>
      <w:r>
        <w:rPr>
          <w:sz w:val="17"/>
        </w:rPr>
        <w:t>; accessed 20 October 2026; Source descriptor: Australian public broadcaster carrying wire copy.</w:t>
      </w:r>
    </w:p>
    <w:p>
      <w:r>
        <w:rPr>
          <w:sz w:val="17"/>
          <w:vertAlign w:val="superscript"/>
        </w:rPr>
        <w:t>[67]</w:t>
      </w:r>
      <w:r>
        <w:rPr>
          <w:sz w:val="17"/>
        </w:rPr>
        <w:t xml:space="preserve"> Elections Alberta; "Referendum Results"; checked 20 October 2026 (no official 2026 figures posted); </w:t>
      </w:r>
      <w:hyperlink r:id="rId76">
        <w:r>
          <w:rPr>
            <w:color w:val="8A5D00"/>
            <w:sz w:val="17"/>
          </w:rPr>
          <w:t xml:space="preserve">https://www.elections.ab.ca/elections/referendum/referendum-results/</w:t>
        </w:r>
      </w:hyperlink>
      <w:r>
        <w:rPr>
          <w:sz w:val="17"/>
        </w:rPr>
        <w:t>; accessed 20 October 2026; Source descriptor: official provincial election authority.</w:t>
      </w:r>
    </w:p>
    <w:p>
      <w:r>
        <w:rPr>
          <w:sz w:val="17"/>
          <w:vertAlign w:val="superscript"/>
        </w:rPr>
        <w:t>[68]</w:t>
      </w:r>
      <w:r>
        <w:rPr>
          <w:sz w:val="17"/>
        </w:rPr>
        <w:t xml:space="preserve"> Staff; CBC News (via Yahoo News Canada); "Findings from fatal CFB Wainwright fire investigation will be made public, top commander says"; 19 October 2026, 2236Z; </w:t>
      </w:r>
      <w:hyperlink r:id="rId77">
        <w:r>
          <w:rPr>
            <w:color w:val="8A5D00"/>
            <w:sz w:val="17"/>
          </w:rPr>
          <w:t xml:space="preserve">https://ca.news.yahoo.com/findings-fatal-cfb-wainwright-fire-223639384.html</w:t>
        </w:r>
      </w:hyperlink>
      <w:r>
        <w:rPr>
          <w:sz w:val="17"/>
        </w:rPr>
        <w:t>; accessed 20 October 2026; Source descriptor: Canadian public broadcaster.</w:t>
      </w:r>
    </w:p>
    <w:p>
      <w:r>
        <w:rPr>
          <w:sz w:val="17"/>
          <w:vertAlign w:val="superscript"/>
        </w:rPr>
        <w:t>[69]</w:t>
      </w:r>
      <w:r>
        <w:rPr>
          <w:sz w:val="17"/>
        </w:rPr>
        <w:t xml:space="preserve"> Spencer Van Dyk; CTV News; "What happened at Wainwright? Canada's top general tells CTV News the inquiry findings will be made public."; 19 October 2026, 1722 EDT; </w:t>
      </w:r>
      <w:hyperlink r:id="rId78">
        <w:r>
          <w:rPr>
            <w:color w:val="8A5D00"/>
            <w:sz w:val="17"/>
          </w:rPr>
          <w:t xml:space="preserve">https://www.ctvnews.ca/politics/article/chief-of-the-defence-staff-commits-to-publicly-release-cfb-wainwright-inquiry-findings/</w:t>
        </w:r>
      </w:hyperlink>
      <w:r>
        <w:rPr>
          <w:sz w:val="17"/>
        </w:rPr>
        <w:t>; accessed 20 October 2026; Source descriptor: major Canadian broadcaster.</w:t>
      </w:r>
    </w:p>
    <w:p>
      <w:r>
        <w:rPr>
          <w:sz w:val="17"/>
          <w:vertAlign w:val="superscript"/>
        </w:rPr>
        <w:t>[70]</w:t>
      </w:r>
      <w:r>
        <w:rPr>
          <w:sz w:val="17"/>
        </w:rPr>
        <w:t xml:space="preserve"> Judy Trinh; CP24/CTV News; "Military lawyer calls for coroner's inquest into Wainwright tragedy"; 20 October 2026, 0438 EDT; </w:t>
      </w:r>
      <w:hyperlink r:id="rId79">
        <w:r>
          <w:rPr>
            <w:color w:val="8A5D00"/>
            <w:sz w:val="17"/>
          </w:rPr>
          <w:t xml:space="preserve">https://www.cp24.com/news/canada/2026/10/20/military-lawyer-calls-for-coroners-inquest-into-wainwright-tragedy/</w:t>
        </w:r>
      </w:hyperlink>
      <w:r>
        <w:rPr>
          <w:sz w:val="17"/>
        </w:rPr>
        <w:t>; accessed 20 October 2026; Source descriptor: major Canadian broadcaster.</w:t>
      </w:r>
    </w:p>
    <w:p>
      <w:r>
        <w:rPr>
          <w:sz w:val="17"/>
          <w:vertAlign w:val="superscript"/>
        </w:rPr>
        <w:t>[71]</w:t>
      </w:r>
      <w:r>
        <w:rPr>
          <w:sz w:val="17"/>
        </w:rPr>
        <w:t xml:space="preserve"> National Hurricane Center; NHC; "Post-Tropical Cyclone Trudy Advisory Number 27"; 20 October 2026, 0300Z; </w:t>
      </w:r>
      <w:hyperlink r:id="rId80">
        <w:r>
          <w:rPr>
            <w:color w:val="8A5D00"/>
            <w:sz w:val="17"/>
          </w:rPr>
          <w:t xml:space="preserve">https://www.nhc.noaa.gov/</w:t>
        </w:r>
      </w:hyperlink>
      <w:r>
        <w:rPr>
          <w:sz w:val="17"/>
        </w:rPr>
        <w:t>; accessed 20 October 2026; Source descriptor: official US government.</w:t>
      </w:r>
    </w:p>
    <w:p>
      <w:r>
        <w:rPr>
          <w:sz w:val="17"/>
          <w:vertAlign w:val="superscript"/>
        </w:rPr>
        <w:t>[72]</w:t>
      </w:r>
      <w:r>
        <w:rPr>
          <w:sz w:val="17"/>
        </w:rPr>
        <w:t xml:space="preserve"> National Hurricane Center; NHC; "Eastern North Pacific Tropical Weather Outlook"; 20 October 2026, 0600Z; </w:t>
      </w:r>
      <w:hyperlink r:id="rId81">
        <w:r>
          <w:rPr>
            <w:color w:val="8A5D00"/>
            <w:sz w:val="17"/>
          </w:rPr>
          <w:t xml:space="preserve">https://www.nhc.noaa.gov/text/refresh/MIATWOEP+shtml/</w:t>
        </w:r>
      </w:hyperlink>
      <w:r>
        <w:rPr>
          <w:sz w:val="17"/>
        </w:rPr>
        <w:t>; accessed 20 October 2026; Source descriptor: official US government.</w:t>
      </w:r>
    </w:p>
    <w:p>
      <w:r>
        <w:rPr>
          <w:sz w:val="17"/>
          <w:vertAlign w:val="superscript"/>
        </w:rPr>
        <w:t>[73]</w:t>
      </w:r>
      <w:r>
        <w:rPr>
          <w:sz w:val="17"/>
        </w:rPr>
        <w:t xml:space="preserve"> National Hurricane Center (Forecaster Cangialosi); NHC; "Atlantic Tropical Weather Outlook"; 20 October 2026, 0600Z; </w:t>
      </w:r>
      <w:hyperlink r:id="rId82">
        <w:r>
          <w:rPr>
            <w:color w:val="8A5D00"/>
            <w:sz w:val="17"/>
          </w:rPr>
          <w:t xml:space="preserve">https://www.nhc.noaa.gov/text/refresh/MIATWOAT+shtml/</w:t>
        </w:r>
      </w:hyperlink>
      <w:r>
        <w:rPr>
          <w:sz w:val="17"/>
        </w:rPr>
        <w:t>; accessed 20 October 2026; Source descriptor: official US government.</w:t>
      </w:r>
    </w:p>
    <w:p>
      <w:r>
        <w:rPr>
          <w:sz w:val="17"/>
          <w:vertAlign w:val="superscript"/>
        </w:rPr>
        <w:t>[74]</w:t>
      </w:r>
      <w:r>
        <w:rPr>
          <w:sz w:val="17"/>
        </w:rPr>
        <w:t xml:space="preserve"> Jim Howard, Russell James and Charlie Ironmonger; WITN; "Nor'easter continues to pound the Outer Banks"; 20 October 2026, 0409 EDT; </w:t>
      </w:r>
      <w:hyperlink r:id="rId83">
        <w:r>
          <w:rPr>
            <w:color w:val="8A5D00"/>
            <w:sz w:val="17"/>
          </w:rPr>
          <w:t xml:space="preserve">https://www.witn.com/2026/10/20/noreaster-continues-pound-outer-banks/</w:t>
        </w:r>
      </w:hyperlink>
      <w:r>
        <w:rPr>
          <w:sz w:val="17"/>
        </w:rPr>
        <w:t>; accessed 20 October 2026; Source descriptor: local US television station.</w:t>
      </w:r>
    </w:p>
    <w:p>
      <w:r>
        <w:rPr>
          <w:sz w:val="17"/>
          <w:vertAlign w:val="superscript"/>
        </w:rPr>
        <w:t>[75]</w:t>
      </w:r>
      <w:r>
        <w:rPr>
          <w:sz w:val="17"/>
        </w:rPr>
        <w:t xml:space="preserve"> Carlos Coria Rivas and Jimena Campuzano; Excélsior; "Trasladan al exfiscal de Chihuahua a penal del Altiplano; lo imputarán por traición a la patria"; 19 October 2026, 1248 CST; </w:t>
      </w:r>
      <w:hyperlink r:id="rId84">
        <w:r>
          <w:rPr>
            <w:color w:val="8A5D00"/>
            <w:sz w:val="17"/>
          </w:rPr>
          <w:t xml:space="preserve">https://www.excelsior.com.mx/nacional/cesar-jauregui-penal-altiplano-traicion-patria-agentes-cia</w:t>
        </w:r>
      </w:hyperlink>
      <w:r>
        <w:rPr>
          <w:sz w:val="17"/>
        </w:rPr>
        <w:t>; accessed 20 October 2026; Source descriptor: major Mexican daily.</w:t>
      </w:r>
    </w:p>
    <w:p>
      <w:r>
        <w:rPr>
          <w:sz w:val="17"/>
          <w:vertAlign w:val="superscript"/>
        </w:rPr>
        <w:t>[76]</w:t>
      </w:r>
      <w:r>
        <w:rPr>
          <w:sz w:val="17"/>
        </w:rPr>
        <w:t xml:space="preserve"> Staff (with EFE); El Financiero; "Trump presiona a México para que compre más gas de EU y acceso a Pemex, revela Sheinbaum"; 19 October 2026, 1043 CST; </w:t>
      </w:r>
      <w:hyperlink r:id="rId85">
        <w:r>
          <w:rPr>
            <w:color w:val="8A5D00"/>
            <w:sz w:val="17"/>
          </w:rPr>
          <w:t xml:space="preserve">https://www.elfinanciero.com.mx/nacional/2026/10/19/trump-presiona-a-mexico-para-que-compre-mas-gas-de-eu-y-acceso-a-pemex-revela-sheinbaum/</w:t>
        </w:r>
      </w:hyperlink>
      <w:r>
        <w:rPr>
          <w:sz w:val="17"/>
        </w:rPr>
        <w:t>; accessed 20 October 2026; Source descriptor: major Mexican daily relaying the president's own account.</w:t>
      </w:r>
    </w:p>
    <w:p>
      <w:r>
        <w:rPr>
          <w:b/>
        </w:rPr>
        <w:t>SOUTHCOM</w:t>
      </w:r>
    </w:p>
    <w:p>
      <w:r>
        <w:rPr>
          <w:sz w:val="17"/>
          <w:vertAlign w:val="superscript"/>
        </w:rPr>
        <w:t>[77]</w:t>
      </w:r>
      <w:r>
        <w:rPr>
          <w:sz w:val="17"/>
        </w:rPr>
        <w:t xml:space="preserve"> Diógenes Freire Feitosa and Gustavo Ribeiro; Gazeta do Povo; "O que mostra a pesquisa AtlasIntel para presidente a 6 dias da votação no 2º turno"; 19 October 2026, 0730 BRT; </w:t>
      </w:r>
      <w:hyperlink r:id="rId86">
        <w:r>
          <w:rPr>
            <w:color w:val="8A5D00"/>
            <w:sz w:val="17"/>
          </w:rPr>
          <w:t xml:space="preserve">https://www.gazetadopovo.com.br/eleicoes/2026/pesquisa-eleitoral-2026/atlasintel-presidente-outubro-2026-segundo-turno-2/</w:t>
        </w:r>
      </w:hyperlink>
      <w:r>
        <w:rPr>
          <w:sz w:val="17"/>
        </w:rPr>
        <w:t>; accessed 20 October 2026; Source descriptor: major Brazilian daily, centre-right.</w:t>
      </w:r>
    </w:p>
    <w:p>
      <w:r>
        <w:rPr>
          <w:sz w:val="17"/>
          <w:vertAlign w:val="superscript"/>
        </w:rPr>
        <w:t>[78]</w:t>
      </w:r>
      <w:r>
        <w:rPr>
          <w:sz w:val="17"/>
        </w:rPr>
        <w:t xml:space="preserve"> Vinicius Martins; Revista Factual; "Pesquisa BTG/Nexus: Flávio Bolsonaro tem 50,3% e Lula soma 49,7% de votos válidos no 2º turno; veja números"; 19 October 2026, 1434 BRT; </w:t>
      </w:r>
      <w:hyperlink r:id="rId87">
        <w:r>
          <w:rPr>
            <w:color w:val="8A5D00"/>
            <w:sz w:val="17"/>
          </w:rPr>
          <w:t xml:space="preserve">https://revistafactual.com.br/politica/2026/10/19/pesquisa-btg-nexus-flavio-bolsonaro-tem-503-e-lula-soma-497-de-votos-validos-no-2o-turno-veja-numeros/</w:t>
        </w:r>
      </w:hyperlink>
      <w:r>
        <w:rPr>
          <w:sz w:val="17"/>
        </w:rPr>
        <w:t>; accessed 20 October 2026; Source descriptor: smaller Brazilian outlet, lower reliability; poll registration number given.</w:t>
      </w:r>
    </w:p>
    <w:p>
      <w:r>
        <w:rPr>
          <w:sz w:val="17"/>
          <w:vertAlign w:val="superscript"/>
        </w:rPr>
        <w:t>[79]</w:t>
      </w:r>
      <w:r>
        <w:rPr>
          <w:sz w:val="17"/>
        </w:rPr>
        <w:t xml:space="preserve"> Staff (Estadão Conteúdo); Band; "Quando saem as próximas pesquisas após debate entre Lula e Flávio?"; 19 October 2026, 1423 BRT; </w:t>
      </w:r>
      <w:hyperlink r:id="rId88">
        <w:r>
          <w:rPr>
            <w:color w:val="8A5D00"/>
            <w:sz w:val="17"/>
          </w:rPr>
          <w:t xml:space="preserve">https://www.band.com.br/politica/eleicoes/quando-saem-as-proximas-pesquisas-apos-debate-entre-lula-e-flavio</w:t>
        </w:r>
      </w:hyperlink>
      <w:r>
        <w:rPr>
          <w:sz w:val="17"/>
        </w:rPr>
        <w:t>; accessed 20 October 2026; Source descriptor: Brazilian wire service carried by major broadcaster.</w:t>
      </w:r>
    </w:p>
    <w:p>
      <w:r>
        <w:rPr>
          <w:sz w:val="17"/>
          <w:vertAlign w:val="superscript"/>
        </w:rPr>
        <w:t>[80]</w:t>
      </w:r>
      <w:r>
        <w:rPr>
          <w:sz w:val="17"/>
        </w:rPr>
        <w:t xml:space="preserve"> Dánica Coto with Evens Sanon; Associated Press (via WLRN); "Gangs in Haiti target foreign troops in the biggest attack since a new force began operations"; 19 October 2026, 1617 EDT; </w:t>
      </w:r>
      <w:hyperlink r:id="rId89">
        <w:r>
          <w:rPr>
            <w:color w:val="8A5D00"/>
            <w:sz w:val="17"/>
          </w:rPr>
          <w:t xml:space="preserve">https://www.wlrn.org/americas/2026-10-19/gangs-in-haiti-target-foreign-troops-in-the-biggest-attack-since-a-new-force-began-operations</w:t>
        </w:r>
      </w:hyperlink>
      <w:r>
        <w:rPr>
          <w:sz w:val="17"/>
        </w:rPr>
        <w:t>; accessed 20 October 2026; Source descriptor: international wire service carried by US public radio.</w:t>
      </w:r>
    </w:p>
    <w:p>
      <w:r>
        <w:rPr>
          <w:sz w:val="17"/>
          <w:vertAlign w:val="superscript"/>
        </w:rPr>
        <w:t>[81]</w:t>
      </w:r>
      <w:r>
        <w:rPr>
          <w:sz w:val="17"/>
        </w:rPr>
        <w:t xml:space="preserve"> Redacción Mundo; El Universal (Cartagena); "Trump se pronuncia sobre unas eventuales elecciones entre María Corina Machado y Delcy Rodríguez"; 20 October 2026, 0113Z; </w:t>
      </w:r>
      <w:hyperlink r:id="rId90">
        <w:r>
          <w:rPr>
            <w:color w:val="8A5D00"/>
            <w:sz w:val="17"/>
          </w:rPr>
          <w:t xml:space="preserve">https://www.eluniversal.com.co/mundo/2026/10/19/trump-se-pronuncia-sobre-unas-eventuales-elecciones-entre-maria-corina-machado-y-delcy-rodriguez/</w:t>
        </w:r>
      </w:hyperlink>
      <w:r>
        <w:rPr>
          <w:sz w:val="17"/>
        </w:rPr>
        <w:t>; accessed 20 October 2026; Source descriptor: Colombian regional daily using EFE.</w:t>
      </w:r>
    </w:p>
    <w:p>
      <w:r>
        <w:rPr>
          <w:sz w:val="17"/>
          <w:vertAlign w:val="superscript"/>
        </w:rPr>
        <w:t>[82]</w:t>
      </w:r>
      <w:r>
        <w:rPr>
          <w:sz w:val="17"/>
        </w:rPr>
        <w:t xml:space="preserve"> EFE; Infobae; "Martes, 20 de octubre de 2026 (07.00 GMT)"; 20 October 2026, 0700Z; </w:t>
      </w:r>
      <w:hyperlink r:id="rId91">
        <w:r>
          <w:rPr>
            <w:color w:val="8A5D00"/>
            <w:sz w:val="17"/>
          </w:rPr>
          <w:t xml:space="preserve">https://www.infobae.com/america/agencias/2026/10/20/martes-20-de-octubre-de-2026-0700-gmt/</w:t>
        </w:r>
      </w:hyperlink>
      <w:r>
        <w:rPr>
          <w:sz w:val="17"/>
        </w:rPr>
        <w:t>; accessed 20 October 2026; Source descriptor: Spanish wire service digest.</w:t>
      </w:r>
    </w:p>
    <w:p>
      <w:r>
        <w:rPr>
          <w:sz w:val="17"/>
          <w:vertAlign w:val="superscript"/>
        </w:rPr>
        <w:t>[83]</w:t>
      </w:r>
      <w:r>
        <w:rPr>
          <w:sz w:val="17"/>
        </w:rPr>
        <w:t xml:space="preserve"> Bautista Gallego; MDZ Online; "Derrumbe en Colombia: al menos 9 muertos y temor por los trabajadores atrapados"; 19 October 2026, 1622 ART; </w:t>
      </w:r>
      <w:hyperlink r:id="rId92">
        <w:r>
          <w:rPr>
            <w:color w:val="8A5D00"/>
            <w:sz w:val="17"/>
          </w:rPr>
          <w:t xml:space="preserve">https://www.mdzol.com/mundo/2026/10/19/derrumbe-en-colombia-al-menos-9-muertos-y-temor-por-los-trabajadores-atrapados-1989277.html</w:t>
        </w:r>
      </w:hyperlink>
      <w:r>
        <w:rPr>
          <w:sz w:val="17"/>
        </w:rPr>
        <w:t>; accessed 20 October 2026; Source descriptor: Argentine regional outlet, moderate reliability.</w:t>
      </w:r>
    </w:p>
    <w:p>
      <w:r>
        <w:rPr>
          <w:sz w:val="17"/>
          <w:vertAlign w:val="superscript"/>
        </w:rPr>
        <w:t>[84]</w:t>
      </w:r>
      <w:r>
        <w:rPr>
          <w:sz w:val="17"/>
        </w:rPr>
        <w:t xml:space="preserve"> EFE; Infobae; "Accidente de un helicóptero del Ejército colombiano con quince tripulantes no deja muertos"; 19 October 2026, 1702 EST; </w:t>
      </w:r>
      <w:hyperlink r:id="rId93">
        <w:r>
          <w:rPr>
            <w:color w:val="8A5D00"/>
            <w:sz w:val="17"/>
          </w:rPr>
          <w:t xml:space="preserve">https://www.infobae.com/america/agencias/2026/10/19/accidente-de-un-helicoptero-del-ejercito-colombiano-con-quince-tripulantes-no-deja-muertos/</w:t>
        </w:r>
      </w:hyperlink>
      <w:r>
        <w:rPr>
          <w:sz w:val="17"/>
        </w:rPr>
        <w:t>; accessed 20 October 2026; Source descriptor: Spanish wire service.</w:t>
      </w:r>
    </w:p>
    <w:p>
      <w:r>
        <w:rPr>
          <w:sz w:val="17"/>
          <w:vertAlign w:val="superscript"/>
        </w:rPr>
        <w:t>[85]</w:t>
      </w:r>
      <w:r>
        <w:rPr>
          <w:sz w:val="17"/>
        </w:rPr>
        <w:t xml:space="preserve"> Virginia Guerrero; El Diario (Ecuador); "Daniel Noboa viajará a Lima para fortalecer la cooperación en seguridad transfronteriza."; 19 October 2026, 1041 ECT; </w:t>
      </w:r>
      <w:hyperlink r:id="rId94">
        <w:r>
          <w:rPr>
            <w:color w:val="8A5D00"/>
            <w:sz w:val="17"/>
          </w:rPr>
          <w:t xml:space="preserve">https://www.eldiario.ec/ecuador/daniel-noboa-viajara-a-lima-para-fortalecer-la-cooperacion-en-seguridad-transfronteriza-19102026/</w:t>
        </w:r>
      </w:hyperlink>
      <w:r>
        <w:rPr>
          <w:sz w:val="17"/>
        </w:rPr>
        <w:t>; accessed 20 October 2026; Source descriptor: Ecuadorian regional daily.</w:t>
      </w:r>
    </w:p>
    <w:p>
      <w:r>
        <w:rPr>
          <w:sz w:val="17"/>
          <w:vertAlign w:val="superscript"/>
        </w:rPr>
        <w:t>[86]</w:t>
      </w:r>
      <w:r>
        <w:rPr>
          <w:sz w:val="17"/>
        </w:rPr>
        <w:t xml:space="preserve"> Julio César Aizprúa; Infobae; "Las cifras del terremoto en Panamá: un fallecido, 27 lesionados, 619 escuelas y 42 centros de salud afectados, entre puentes y edificios"; 19 October 2026, 1306 EST; </w:t>
      </w:r>
      <w:hyperlink r:id="rId95">
        <w:r>
          <w:rPr>
            <w:color w:val="8A5D00"/>
            <w:sz w:val="17"/>
          </w:rPr>
          <w:t xml:space="preserve">https://www.infobae.com/panama/2026/10/19/las-cifras-del-terremoto-en-panama-un-fallecido-27-lesionados-619-escuelas-y-42-centros-de-salud-afectados-entre-puentes-y-edificios/</w:t>
        </w:r>
      </w:hyperlink>
      <w:r>
        <w:rPr>
          <w:sz w:val="17"/>
        </w:rPr>
        <w:t>; accessed 20 October 2026; Source descriptor: major regional digital outlet citing Panama's civil protection agency.</w:t>
      </w:r>
    </w:p>
    <w:p>
      <w:r>
        <w:rPr>
          <w:sz w:val="17"/>
          <w:vertAlign w:val="superscript"/>
        </w:rPr>
        <w:t>[87]</w:t>
      </w:r>
      <w:r>
        <w:rPr>
          <w:sz w:val="17"/>
        </w:rPr>
        <w:t xml:space="preserve"> Staff; InSight Crime; "US Alleged Drug Boat Strikes: Latest Updates, Timeline, and Total Number (2025–2026)"; updated 5 October 2026; </w:t>
      </w:r>
      <w:hyperlink r:id="rId96">
        <w:r>
          <w:rPr>
            <w:color w:val="8A5D00"/>
            <w:sz w:val="17"/>
          </w:rPr>
          <w:t xml:space="preserve">https://insightcrime.org/news/timeline-us-strikes-against-alleged-drug-boats/</w:t>
        </w:r>
      </w:hyperlink>
      <w:r>
        <w:rPr>
          <w:sz w:val="17"/>
        </w:rPr>
        <w:t>; accessed 20 October 2026; Source descriptor: specialist research organisation; reference timeline outside the window.</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aljazeera.com/news/2026/10/19/160-reported-killed-in-escalating-drone-attacks-across-sudan" TargetMode="External"/><Relationship Id="rId11" Type="http://schemas.openxmlformats.org/officeDocument/2006/relationships/hyperlink" Target="https://www.radiookapi.net/2026/10/19/actualite/sante/une-journee-stop-ebola-paralyse-plusieurs-agglomerations-du-nord-kivu" TargetMode="External"/><Relationship Id="rId12" Type="http://schemas.openxmlformats.org/officeDocument/2006/relationships/hyperlink" Target="https://www.euronews.com/2026/10/19/ebola-kenya-confirms-eighth-case-as-drc-outbreak-reaches-new-province" TargetMode="External"/><Relationship Id="rId13" Type="http://schemas.openxmlformats.org/officeDocument/2006/relationships/hyperlink" Target="https://www.jpost.com/international/article-912185" TargetMode="External"/><Relationship Id="rId14" Type="http://schemas.openxmlformats.org/officeDocument/2006/relationships/hyperlink" Target="https://report.az/en/other-countries/at-least-15-killed-in-attack-on-military-convoy-in-nigeria" TargetMode="External"/><Relationship Id="rId15" Type="http://schemas.openxmlformats.org/officeDocument/2006/relationships/hyperlink" Target="https://www.aljazeera.com/news/2026/10/20/exiled-critic-of-rwandan-president-found-beheaded-in-uganda" TargetMode="External"/><Relationship Id="rId16" Type="http://schemas.openxmlformats.org/officeDocument/2006/relationships/hyperlink" Target="https://www.africanews.com/2026/10/20/rwandan-kagame-critic-robert-kabera-found-beheaded-in-uganda/" TargetMode="External"/><Relationship Id="rId17" Type="http://schemas.openxmlformats.org/officeDocument/2006/relationships/hyperlink" Target="https://www.aljazeera.com/news/2026/10/19/malis-military-and-armed-groups-committing-abuses-against-civilians-hrw" TargetMode="External"/><Relationship Id="rId18" Type="http://schemas.openxmlformats.org/officeDocument/2006/relationships/hyperlink" Target="https://garoweonline.com/en/news/somalia/somalia-s-opposition-alliance-to-hold-key-political-talks-in-nairobi-kenya" TargetMode="External"/><Relationship Id="rId19" Type="http://schemas.openxmlformats.org/officeDocument/2006/relationships/hyperlink" Target="https://www.aljazeera.com/news/2026/10/20/us-air-strikes-surge-in-somalia-as-families-seek-answers" TargetMode="External"/><Relationship Id="rId20" Type="http://schemas.openxmlformats.org/officeDocument/2006/relationships/hyperlink" Target="https://www.africanews.com/2026/10/19/guilty-as-charged-kenyan-court-finds-cult-leader-responsible-of-191-starvation-deaths/" TargetMode="External"/><Relationship Id="rId21" Type="http://schemas.openxmlformats.org/officeDocument/2006/relationships/hyperlink" Target="https://www.aljazeera.com/news/2026/10/19/mauritius-lifts-curfew-imposed-amid-wave-of-violent-protests" TargetMode="External"/><Relationship Id="rId22" Type="http://schemas.openxmlformats.org/officeDocument/2006/relationships/hyperlink" Target="https://www.aljazeera.com/news/2026/10/19/russias-lavrov-to-discuss-us-war-and-regional-security-during-tehran-visit" TargetMode="External"/><Relationship Id="rId23" Type="http://schemas.openxmlformats.org/officeDocument/2006/relationships/hyperlink" Target="https://newarab.com/news/tehran-lavrov-urges-return-pre-war-conditions-hormuz" TargetMode="External"/><Relationship Id="rId24" Type="http://schemas.openxmlformats.org/officeDocument/2006/relationships/hyperlink" Target="https://tass.com/world/2204263" TargetMode="External"/><Relationship Id="rId25" Type="http://schemas.openxmlformats.org/officeDocument/2006/relationships/hyperlink" Target="https://www.inquirer.com/news/nation-world/houthi-yemen-missile-attacks-saudi-arabia-20261019.html" TargetMode="External"/><Relationship Id="rId26" Type="http://schemas.openxmlformats.org/officeDocument/2006/relationships/hyperlink" Target="https://english.alarabiya.net/News/middle-east/2026/10/19/yemeni-military-says-558-houthis-neutralized-in-1164-strikes-over-24-hours" TargetMode="External"/><Relationship Id="rId27" Type="http://schemas.openxmlformats.org/officeDocument/2006/relationships/hyperlink" Target="https://english.news.cn/20261020/708046df596b4fdbb14e1288c5625501/c.html" TargetMode="External"/><Relationship Id="rId28" Type="http://schemas.openxmlformats.org/officeDocument/2006/relationships/hyperlink" Target="https://www.bairdmaritime.com/shipping/tankers/oil-prices-rise-as-fresh-houthi-strikes-on-saudi-targets-rattle-nerves" TargetMode="External"/><Relationship Id="rId29" Type="http://schemas.openxmlformats.org/officeDocument/2006/relationships/hyperlink" Target="https://www.aljazeera.com/news/2026/10/20/saudi-arabia-cancels-2026-davos-in-the-desert-amid-houthi-attacks" TargetMode="External"/><Relationship Id="rId30" Type="http://schemas.openxmlformats.org/officeDocument/2006/relationships/hyperlink" Target="https://www.aljazeera.com/news/2026/10/19/egyptian-parliament-delays-vote-on-military-support-for-saudi-arabia" TargetMode="External"/><Relationship Id="rId31" Type="http://schemas.openxmlformats.org/officeDocument/2006/relationships/hyperlink" Target="https://www.aljazeera.com/news/2026/10/20/hegseth-meets-netanyahu-in-unannounced-israel-visit" TargetMode="External"/><Relationship Id="rId32" Type="http://schemas.openxmlformats.org/officeDocument/2006/relationships/hyperlink" Target="https://www.timesofisrael.com/liveblog_entry/visiting-airbase-netanyahu-tells-israels-enemies-do-not-test-us" TargetMode="External"/><Relationship Id="rId33" Type="http://schemas.openxmlformats.org/officeDocument/2006/relationships/hyperlink" Target="https://vinnews.com/2026/10/19/trump-weighs-strikes-on-irans-kharg-island-as-nuclear-talks-stall/" TargetMode="External"/><Relationship Id="rId34" Type="http://schemas.openxmlformats.org/officeDocument/2006/relationships/hyperlink" Target="https://www.timesofisrael.com/liveblog_entry/gantz-takes-responsibility-for-electoral-failure-urges-leaders-not-to-return-to-pre-oct-7-divisions/" TargetMode="External"/><Relationship Id="rId35" Type="http://schemas.openxmlformats.org/officeDocument/2006/relationships/hyperlink" Target="https://www.jns.org/news/israel-news/blue-and-white-partys-benny-gantz-quits-knesset-race" TargetMode="External"/><Relationship Id="rId36" Type="http://schemas.openxmlformats.org/officeDocument/2006/relationships/hyperlink" Target="https://today.lorientlejour.com/article/1551370/aoun-calls-for-strict-enforcement-of-the-law-no-leniency-amid-hezbollah-tensions.html" TargetMode="External"/><Relationship Id="rId37" Type="http://schemas.openxmlformats.org/officeDocument/2006/relationships/hyperlink" Target="https://www.naharnet.com/stories/en/323204-israel-accuses-lebanese-army-of-failing-to-clear-hezbollah-weapons-in-south" TargetMode="External"/><Relationship Id="rId38" Type="http://schemas.openxmlformats.org/officeDocument/2006/relationships/hyperlink" Target="https://www.dawn.com/news/2038489/phc-issues-notices-in-petitions-challenging-governors-rule-emergency-in-kp-hearing-adjourned-till-nov-10" TargetMode="External"/><Relationship Id="rId39" Type="http://schemas.openxmlformats.org/officeDocument/2006/relationships/hyperlink" Target="https://www.criticalthreats.org/analysis/iran-update-october-19-2026" TargetMode="External"/><Relationship Id="rId40" Type="http://schemas.openxmlformats.org/officeDocument/2006/relationships/hyperlink" Target="https://www.jpost.com/middle-east/article-912133" TargetMode="External"/><Relationship Id="rId41" Type="http://schemas.openxmlformats.org/officeDocument/2006/relationships/hyperlink" Target="https://kyivindependent.com/witkoff-plans-ukraine-peace-talks-in-norway-putin-meeting-in-russia/" TargetMode="External"/><Relationship Id="rId42" Type="http://schemas.openxmlformats.org/officeDocument/2006/relationships/hyperlink" Target="https://kyivindependent.com/what-russias-doing-to-ukraine-is-fine-trump-says/" TargetMode="External"/><Relationship Id="rId43" Type="http://schemas.openxmlformats.org/officeDocument/2006/relationships/hyperlink" Target="https://www.aljazeera.com/news/2026/10/20/us-ukraine-relations-sour-as-trump-zelenskyy-clash-over-talks-arms" TargetMode="External"/><Relationship Id="rId44" Type="http://schemas.openxmlformats.org/officeDocument/2006/relationships/hyperlink" Target="https://kyivindependent.com/zelensky-rubio-discuss-critical-military-systems-amid-us-ukraine-tensions/" TargetMode="External"/><Relationship Id="rId45" Type="http://schemas.openxmlformats.org/officeDocument/2006/relationships/hyperlink" Target="https://meduza.io/en/news/2026/10/19/russian-drone-strike-on-ukrainian-park-kills-six-including-two-children" TargetMode="External"/><Relationship Id="rId46" Type="http://schemas.openxmlformats.org/officeDocument/2006/relationships/hyperlink" Target="https://www.aljazeera.com/video/newsfeed/2026/10/19/children-among-six-killed-in-russian-drone-strike-on-ukraine-park" TargetMode="External"/><Relationship Id="rId47" Type="http://schemas.openxmlformats.org/officeDocument/2006/relationships/hyperlink" Target="https://kyivindependent.com/russian-drone-attack-on-kyiv-rush-hour-traffic-kills-at-least-1-injures-6/" TargetMode="External"/><Relationship Id="rId48" Type="http://schemas.openxmlformats.org/officeDocument/2006/relationships/hyperlink" Target="https://kyivindependent.com/shooting-at-kyiv-draft-office-injures-6-as-mobilization-tensions-rise/" TargetMode="External"/><Relationship Id="rId49" Type="http://schemas.openxmlformats.org/officeDocument/2006/relationships/hyperlink" Target="https://kyivindependent.com/fire-reported-at-oil-pumping-station-russias-tambov-oblast-after-drone-attack/" TargetMode="External"/><Relationship Id="rId50" Type="http://schemas.openxmlformats.org/officeDocument/2006/relationships/hyperlink" Target="https://www.lrt.lt/en/news-in-english/19/3087132/lithuania-has-evidence-sunday-s-drone-crossed-from-poland-presidential-adviser-says" TargetMode="External"/><Relationship Id="rId51" Type="http://schemas.openxmlformats.org/officeDocument/2006/relationships/hyperlink" Target="https://tass.com/world/2204249" TargetMode="External"/><Relationship Id="rId52" Type="http://schemas.openxmlformats.org/officeDocument/2006/relationships/hyperlink" Target="https://meduza.io/en/news/2026/10/19/russian-military-satellite-comes-dangerously-close-to-a-radar-satellite-operated-by-a-finnish-u-s-company-that-supplies-satellite-imagery-to-ukraine" TargetMode="External"/><Relationship Id="rId53" Type="http://schemas.openxmlformats.org/officeDocument/2006/relationships/hyperlink" Target="https://www.aljazeera.com/news/2026/10/19/finland-seeking-one-million-land-mines-as-it-eyes-russian-threat" TargetMode="External"/><Relationship Id="rId54" Type="http://schemas.openxmlformats.org/officeDocument/2006/relationships/hyperlink" Target="https://www.aljazeera.com/news/2026/10/19/tehran-rejects-any-role-in-plot-to-kill-leaders-of-jewish-groups" TargetMode="External"/><Relationship Id="rId55" Type="http://schemas.openxmlformats.org/officeDocument/2006/relationships/hyperlink" Target="https://www.aljazeera.com/news/2026/10/20/four-dead-as-torrential-rain-batters-eastern-spain" TargetMode="External"/><Relationship Id="rId56" Type="http://schemas.openxmlformats.org/officeDocument/2006/relationships/hyperlink" Target="https://www.thestar.com.my/aseanplus/aseanplus-news/2026/10/19/philippines-summons-chinese-ambassador-jing-quan-over-039threat039-local-senators-calling-for-his-expulsion" TargetMode="External"/><Relationship Id="rId57" Type="http://schemas.openxmlformats.org/officeDocument/2006/relationships/hyperlink" Target="https://www.manilatimes.net/2026/10/20/news/dfa-dresses-down-chinas-envoy-jing/2448972" TargetMode="External"/><Relationship Id="rId58" Type="http://schemas.openxmlformats.org/officeDocument/2006/relationships/hyperlink" Target="https://newyork.china-consulate.gov.cn/eng/mtsw/fyrth_1/202610/t20261019_12042922.htm" TargetMode="External"/><Relationship Id="rId59" Type="http://schemas.openxmlformats.org/officeDocument/2006/relationships/hyperlink" Target="https://tribune.net.ph/2026/10/19/bbm-favors-diplomacy-over-expulsion-of-envoy" TargetMode="External"/><Relationship Id="rId60" Type="http://schemas.openxmlformats.org/officeDocument/2006/relationships/hyperlink" Target="https://newsinfo.inquirer.net/2326687/inqtoday-dfa-summons-chinese-envoy-for-may-easily-win-remark" TargetMode="External"/><Relationship Id="rId61" Type="http://schemas.openxmlformats.org/officeDocument/2006/relationships/hyperlink" Target="https://www.internazionale.it/ultime-notizie-reuters/2026/10/19/north-korea-s-kim-yo-jong-says-loudspeaker-broadcasts-toward-seoul-being-considered-kcna-reports" TargetMode="External"/><Relationship Id="rId62" Type="http://schemas.openxmlformats.org/officeDocument/2006/relationships/hyperlink" Target="https://www.koreaherald.com/article/10907760" TargetMode="External"/><Relationship Id="rId63" Type="http://schemas.openxmlformats.org/officeDocument/2006/relationships/hyperlink" Target="https://www.koreatimes.co.kr/foreignaffairs/northkorea/20261020/s-korea-vows-stern-response-after-nk-threatens-new-border-measures" TargetMode="External"/><Relationship Id="rId64" Type="http://schemas.openxmlformats.org/officeDocument/2006/relationships/hyperlink" Target="https://www.koreajoongangdaily.com/korea/south-koreas-top-military-officer-orders-stern-responses-after-north-threatens-to-deploy-more-weapons-along-border/12929141" TargetMode="External"/><Relationship Id="rId65" Type="http://schemas.openxmlformats.org/officeDocument/2006/relationships/hyperlink" Target="https://www.nationthailand.com/news/world/40072509" TargetMode="External"/><Relationship Id="rId66" Type="http://schemas.openxmlformats.org/officeDocument/2006/relationships/hyperlink" Target="https://www.globaltimes.cn/page/202610/1372557.shtml" TargetMode="External"/><Relationship Id="rId67" Type="http://schemas.openxmlformats.org/officeDocument/2006/relationships/hyperlink" Target="https://news.sbs.co.kr/english/article.do?news_id=N1008804782" TargetMode="External"/><Relationship Id="rId68" Type="http://schemas.openxmlformats.org/officeDocument/2006/relationships/hyperlink" Target="https://www.manilatimes.net/2026/10/20/world/asia-oceania/japan-deploys-missiles-in-joint-drill-with-us/2449109" TargetMode="External"/><Relationship Id="rId69" Type="http://schemas.openxmlformats.org/officeDocument/2006/relationships/hyperlink" Target="https://world.storm.mg/articles/1173741" TargetMode="External"/><Relationship Id="rId70" Type="http://schemas.openxmlformats.org/officeDocument/2006/relationships/hyperlink" Target="https://www.irrawaddy.com/news/burma/myanmar-regime-bombs-civilians-while-claiming-military-operations-serve-peace.html" TargetMode="External"/><Relationship Id="rId71" Type="http://schemas.openxmlformats.org/officeDocument/2006/relationships/hyperlink" Target="https://pina.com.fj/2026/10/20/australia-png-to-turn-new-alliance-into-defence-and-economic-action/" TargetMode="External"/><Relationship Id="rId72" Type="http://schemas.openxmlformats.org/officeDocument/2006/relationships/hyperlink" Target="https://www.taipeitimes.com/News/taiwan/archives/2026/10/20/2003866311" TargetMode="External"/><Relationship Id="rId73" Type="http://schemas.openxmlformats.org/officeDocument/2006/relationships/hyperlink" Target="https://globalnews.ca/news/12108827/alberta-referendum-result/" TargetMode="External"/><Relationship Id="rId74" Type="http://schemas.openxmlformats.org/officeDocument/2006/relationships/hyperlink" Target="https://www.cp24.com/news/canada/2026/10/20/albertans-support-staying-in-canada-oppose-separation-referendum-follow-for-live-updates/" TargetMode="External"/><Relationship Id="rId75" Type="http://schemas.openxmlformats.org/officeDocument/2006/relationships/hyperlink" Target="https://www.sbs.com.au/news/article/alberta-says-yes-to-canada-rejects-separation-drive/w3aj8y3aj" TargetMode="External"/><Relationship Id="rId76" Type="http://schemas.openxmlformats.org/officeDocument/2006/relationships/hyperlink" Target="https://www.elections.ab.ca/elections/referendum/referendum-results/" TargetMode="External"/><Relationship Id="rId77" Type="http://schemas.openxmlformats.org/officeDocument/2006/relationships/hyperlink" Target="https://ca.news.yahoo.com/findings-fatal-cfb-wainwright-fire-223639384.html" TargetMode="External"/><Relationship Id="rId78" Type="http://schemas.openxmlformats.org/officeDocument/2006/relationships/hyperlink" Target="https://www.ctvnews.ca/politics/article/chief-of-the-defence-staff-commits-to-publicly-release-cfb-wainwright-inquiry-findings/" TargetMode="External"/><Relationship Id="rId79" Type="http://schemas.openxmlformats.org/officeDocument/2006/relationships/hyperlink" Target="https://www.cp24.com/news/canada/2026/10/20/military-lawyer-calls-for-coroners-inquest-into-wainwright-tragedy/" TargetMode="External"/><Relationship Id="rId80" Type="http://schemas.openxmlformats.org/officeDocument/2006/relationships/hyperlink" Target="https://www.nhc.noaa.gov/" TargetMode="External"/><Relationship Id="rId81" Type="http://schemas.openxmlformats.org/officeDocument/2006/relationships/hyperlink" Target="https://www.nhc.noaa.gov/text/refresh/MIATWOEP+shtml/" TargetMode="External"/><Relationship Id="rId82" Type="http://schemas.openxmlformats.org/officeDocument/2006/relationships/hyperlink" Target="https://www.nhc.noaa.gov/text/refresh/MIATWOAT+shtml/" TargetMode="External"/><Relationship Id="rId83" Type="http://schemas.openxmlformats.org/officeDocument/2006/relationships/hyperlink" Target="https://www.witn.com/2026/10/20/noreaster-continues-pound-outer-banks/" TargetMode="External"/><Relationship Id="rId84" Type="http://schemas.openxmlformats.org/officeDocument/2006/relationships/hyperlink" Target="https://www.excelsior.com.mx/nacional/cesar-jauregui-penal-altiplano-traicion-patria-agentes-cia" TargetMode="External"/><Relationship Id="rId85" Type="http://schemas.openxmlformats.org/officeDocument/2006/relationships/hyperlink" Target="https://www.elfinanciero.com.mx/nacional/2026/10/19/trump-presiona-a-mexico-para-que-compre-mas-gas-de-eu-y-acceso-a-pemex-revela-sheinbaum/" TargetMode="External"/><Relationship Id="rId86" Type="http://schemas.openxmlformats.org/officeDocument/2006/relationships/hyperlink" Target="https://www.gazetadopovo.com.br/eleicoes/2026/pesquisa-eleitoral-2026/atlasintel-presidente-outubro-2026-segundo-turno-2/" TargetMode="External"/><Relationship Id="rId87" Type="http://schemas.openxmlformats.org/officeDocument/2006/relationships/hyperlink" Target="https://revistafactual.com.br/politica/2026/10/19/pesquisa-btg-nexus-flavio-bolsonaro-tem-503-e-lula-soma-497-de-votos-validos-no-2o-turno-veja-numeros/" TargetMode="External"/><Relationship Id="rId88" Type="http://schemas.openxmlformats.org/officeDocument/2006/relationships/hyperlink" Target="https://www.band.com.br/politica/eleicoes/quando-saem-as-proximas-pesquisas-apos-debate-entre-lula-e-flavio" TargetMode="External"/><Relationship Id="rId89" Type="http://schemas.openxmlformats.org/officeDocument/2006/relationships/hyperlink" Target="https://www.wlrn.org/americas/2026-10-19/gangs-in-haiti-target-foreign-troops-in-the-biggest-attack-since-a-new-force-began-operations" TargetMode="External"/><Relationship Id="rId90" Type="http://schemas.openxmlformats.org/officeDocument/2006/relationships/hyperlink" Target="https://www.eluniversal.com.co/mundo/2026/10/19/trump-se-pronuncia-sobre-unas-eventuales-elecciones-entre-maria-corina-machado-y-delcy-rodriguez/" TargetMode="External"/><Relationship Id="rId91" Type="http://schemas.openxmlformats.org/officeDocument/2006/relationships/hyperlink" Target="https://www.infobae.com/america/agencias/2026/10/20/martes-20-de-octubre-de-2026-0700-gmt/" TargetMode="External"/><Relationship Id="rId92" Type="http://schemas.openxmlformats.org/officeDocument/2006/relationships/hyperlink" Target="https://www.mdzol.com/mundo/2026/10/19/derrumbe-en-colombia-al-menos-9-muertos-y-temor-por-los-trabajadores-atrapados-1989277.html" TargetMode="External"/><Relationship Id="rId93" Type="http://schemas.openxmlformats.org/officeDocument/2006/relationships/hyperlink" Target="https://www.infobae.com/america/agencias/2026/10/19/accidente-de-un-helicoptero-del-ejercito-colombiano-con-quince-tripulantes-no-deja-muertos/" TargetMode="External"/><Relationship Id="rId94" Type="http://schemas.openxmlformats.org/officeDocument/2006/relationships/hyperlink" Target="https://www.eldiario.ec/ecuador/daniel-noboa-viajara-a-lima-para-fortalecer-la-cooperacion-en-seguridad-transfronteriza-19102026/" TargetMode="External"/><Relationship Id="rId95" Type="http://schemas.openxmlformats.org/officeDocument/2006/relationships/hyperlink" Target="https://www.infobae.com/panama/2026/10/19/las-cifras-del-terremoto-en-panama-un-fallecido-27-lesionados-619-escuelas-y-42-centros-de-salud-afectados-entre-puentes-y-edificios/" TargetMode="External"/><Relationship Id="rId96" Type="http://schemas.openxmlformats.org/officeDocument/2006/relationships/hyperlink" Target="https://insightcrime.org/news/timeline-us-strikes-against-alleged-drug-bo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