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OSIR-20261021</w:t>
            </w:r>
          </w:p>
        </w:tc>
      </w:tr>
      <w:tr>
        <w:tc>
          <w:tcPr>
            <w:tcW w:type="dxa" w:w="4968"/>
          </w:tcPr>
          <w:p>
            <w:r/>
            <w:r>
              <w:rPr>
                <w:b/>
                <w:sz w:val="19"/>
              </w:rPr>
              <w:t>Produced</w:t>
            </w:r>
          </w:p>
        </w:tc>
        <w:tc>
          <w:tcPr>
            <w:tcW w:type="dxa" w:w="4968"/>
          </w:tcPr>
          <w:p>
            <w:r/>
            <w:r>
              <w:rPr>
                <w:sz w:val="19"/>
              </w:rPr>
              <w:t>211000Z OCT 2026 (0600 EDT, Wednesday 21 October 2026)</w:t>
            </w:r>
          </w:p>
        </w:tc>
      </w:tr>
      <w:tr>
        <w:tc>
          <w:tcPr>
            <w:tcW w:type="dxa" w:w="4968"/>
          </w:tcPr>
          <w:p>
            <w:r/>
            <w:r>
              <w:rPr>
                <w:b/>
                <w:sz w:val="19"/>
              </w:rPr>
              <w:t>Coverage window</w:t>
            </w:r>
          </w:p>
        </w:tc>
        <w:tc>
          <w:tcPr>
            <w:tcW w:type="dxa" w:w="4968"/>
          </w:tcPr>
          <w:p>
            <w:r/>
            <w:r>
              <w:rPr>
                <w:sz w:val="19"/>
              </w:rPr>
              <w:t>200930Z OCT 2026 to 210930Z OCT 2026 (Tuesday 0530 EDT through Wednesday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CENTCOM:</w:t>
      </w:r>
      <w:r>
        <w:t xml:space="preserve"> A projectile hit an anchored tanker off Oman's Musandam peninsula, the first independently reported ship attack in days. The Financial Times reports Trump blocked a planned multi-day Israeli offensive on Iran before the US midterms. Iraq began closing its border crossings with Iran. </w:t>
      </w:r>
      <w:r>
        <w:rPr>
          <w:vertAlign w:val="superscript"/>
        </w:rPr>
        <w:t>[13]</w:t>
      </w:r>
      <w:r>
        <w:rPr>
          <w:vertAlign w:val="superscript"/>
        </w:rPr>
        <w:t>[16]</w:t>
      </w:r>
      <w:r>
        <w:rPr>
          <w:vertAlign w:val="superscript"/>
        </w:rPr>
        <w:t>[22]</w:t>
      </w:r>
    </w:p>
    <w:p>
      <w:pPr>
        <w:pStyle w:val="ListBullet"/>
      </w:pPr>
      <w:r>
        <w:rPr>
          <w:b/>
        </w:rPr>
        <w:t>EUCOM:</w:t>
      </w:r>
      <w:r>
        <w:t xml:space="preserve"> US envoy Witkoff arrived in St Petersburg to meet Putin after talks with Zelensky in Oslo. Russian attacks killed at least nine across Ukraine in a day. NATO agreed to send patrol aircraft and drones to the Black Sea after attacks on merchant ships. </w:t>
      </w:r>
      <w:r>
        <w:rPr>
          <w:vertAlign w:val="superscript"/>
        </w:rPr>
        <w:t>[37]</w:t>
      </w:r>
      <w:r>
        <w:rPr>
          <w:vertAlign w:val="superscript"/>
        </w:rPr>
        <w:t>[42]</w:t>
      </w:r>
      <w:r>
        <w:rPr>
          <w:vertAlign w:val="superscript"/>
        </w:rPr>
        <w:t>[46]</w:t>
      </w:r>
    </w:p>
    <w:p>
      <w:pPr>
        <w:pStyle w:val="ListBullet"/>
      </w:pPr>
      <w:r>
        <w:rPr>
          <w:b/>
        </w:rPr>
        <w:t>AFRICOM:</w:t>
      </w:r>
      <w:r>
        <w:t xml:space="preserve"> A drone strike on a market in the disputed Abyei region killed at least 153, and South Sudan blamed Sudan's army. Nigeria confirmed its first Ebola case in Abuja. An Islamic State attack in Mali's Ménaka region killed 48 civilians. </w:t>
      </w:r>
      <w:r>
        <w:rPr>
          <w:vertAlign w:val="superscript"/>
        </w:rPr>
        <w:t>[1]</w:t>
      </w:r>
      <w:r>
        <w:rPr>
          <w:vertAlign w:val="superscript"/>
        </w:rPr>
        <w:t>[2]</w:t>
      </w:r>
      <w:r>
        <w:rPr>
          <w:vertAlign w:val="superscript"/>
        </w:rPr>
        <w:t>[5]</w:t>
      </w:r>
      <w:r>
        <w:rPr>
          <w:vertAlign w:val="superscript"/>
        </w:rPr>
        <w:t>[8]</w:t>
      </w:r>
    </w:p>
    <w:p>
      <w:pPr>
        <w:pStyle w:val="ListBullet"/>
      </w:pPr>
      <w:r>
        <w:rPr>
          <w:b/>
        </w:rPr>
        <w:t>INDOPACOM:</w:t>
      </w:r>
      <w:r>
        <w:t xml:space="preserve"> North Korea says new artillery units are in firing positions along the border with the South. Taiwan tracked 29 Chinese military aircraft in a day, a sharp rise during Keen Sword. China's navy accused a US warship of "illegal intrusion" at Sabina Shoal. </w:t>
      </w:r>
      <w:r>
        <w:rPr>
          <w:vertAlign w:val="superscript"/>
        </w:rPr>
        <w:t>[55]</w:t>
      </w:r>
      <w:r>
        <w:rPr>
          <w:vertAlign w:val="superscript"/>
        </w:rPr>
        <w:t>[58]</w:t>
      </w:r>
      <w:r>
        <w:rPr>
          <w:vertAlign w:val="superscript"/>
        </w:rPr>
        <w:t>[62]</w:t>
      </w:r>
    </w:p>
    <w:p>
      <w:pPr>
        <w:pStyle w:val="ListBullet"/>
      </w:pPr>
      <w:r>
        <w:rPr>
          <w:b/>
        </w:rPr>
        <w:t>NORTHCOM:</w:t>
      </w:r>
      <w:r>
        <w:t xml:space="preserve"> Unofficial Alberta results show eight of the nine other referendum questions passing, and Premier Smith ruled out another separation vote. Mexico's treason hearing for a former Chihuahua prosecutor is being held mostly in private. </w:t>
      </w:r>
      <w:r>
        <w:rPr>
          <w:vertAlign w:val="superscript"/>
        </w:rPr>
        <w:t>[74]</w:t>
      </w:r>
      <w:r>
        <w:rPr>
          <w:vertAlign w:val="superscript"/>
        </w:rPr>
        <w:t>[75]</w:t>
      </w:r>
      <w:r>
        <w:rPr>
          <w:vertAlign w:val="superscript"/>
        </w:rPr>
        <w:t>[78]</w:t>
      </w:r>
    </w:p>
    <w:p>
      <w:pPr>
        <w:pStyle w:val="ListBullet"/>
      </w:pPr>
      <w:r>
        <w:rPr>
          <w:b/>
        </w:rPr>
        <w:t>SOUTHCOM:</w:t>
      </w:r>
      <w:r>
        <w:t xml:space="preserve"> Four Salvadoran soldiers remain missing in Haiti, and the search has left several gang members dead. Colombia's president ordered a "total offensive" against the ELN and FARC dissidents. Machado called nationwide protests in Venezuela for 22 Oct. </w:t>
      </w:r>
      <w:r>
        <w:rPr>
          <w:vertAlign w:val="superscript"/>
        </w:rPr>
        <w:t>[85]</w:t>
      </w:r>
      <w:r>
        <w:rPr>
          <w:vertAlign w:val="superscript"/>
        </w:rPr>
        <w:t>[87]</w:t>
      </w:r>
      <w:r>
        <w:rPr>
          <w:vertAlign w:val="superscript"/>
        </w:rPr>
        <w:t>[88]</w:t>
      </w:r>
    </w:p>
    <w:p>
      <w:pPr>
        <w:pStyle w:val="Heading1"/>
      </w:pPr>
      <w:r>
        <w:rPr>
          <w:rFonts w:ascii="Consolas" w:hAnsi="Consolas"/>
          <w:color w:val="FFB000"/>
        </w:rPr>
        <w:t xml:space="preserve">// </w:t>
      </w:r>
      <w:r>
        <w:rPr>
          <w:color w:val="282828"/>
        </w:rPr>
        <w:t>AFRICOM</w:t>
      </w:r>
    </w:p>
    <w:p>
      <w:r>
        <w:rPr>
          <w:b/>
        </w:rPr>
        <w:t>SUDAN / SOUTH SUDAN: Drone strike on Abyei market kills at least 153</w:t>
      </w:r>
    </w:p>
    <w:p>
      <w:r>
        <w:rPr>
          <w:i/>
        </w:rPr>
        <w:t>Pre-window onset:</w:t>
      </w:r>
      <w:r>
        <w:t xml:space="preserve"> A drone hit Amiet Market, north of Abyei town, around midday on 19 Oct, and a nearby fuel depot was still burning a day later. The toll rose from about 73 to at least 153 during the window, according to Abyei's local information minister. </w:t>
      </w:r>
      <w:r>
        <w:rPr>
          <w:vertAlign w:val="superscript"/>
        </w:rPr>
        <w:t>[1]</w:t>
      </w:r>
      <w:r>
        <w:rPr>
          <w:vertAlign w:val="superscript"/>
        </w:rPr>
        <w:t>[2]</w:t>
      </w:r>
      <w:r>
        <w:t xml:space="preserve"> South Sudan blamed Sudan's army and summoned Sudan's ambassador. A senior Sudanese officer told AP the army hit fuel tankers bound for the RSF; AP could not verify this. </w:t>
      </w:r>
      <w:r>
        <w:rPr>
          <w:vertAlign w:val="superscript"/>
        </w:rPr>
        <w:t>[1]</w:t>
      </w:r>
      <w:r>
        <w:t xml:space="preserve"> The UN Secretary-General condemned the attack without naming who was responsible. </w:t>
      </w:r>
      <w:r>
        <w:rPr>
          <w:vertAlign w:val="superscript"/>
        </w:rPr>
        <w:t>[3]</w:t>
      </w:r>
      <w:r>
        <w:t xml:space="preserve"> The National reports the toll from the recent series of strikes in the area has passed 250. </w:t>
      </w:r>
      <w:r>
        <w:rPr>
          <w:vertAlign w:val="superscript"/>
        </w:rPr>
        <w:t>[4]</w:t>
      </w:r>
    </w:p>
    <w:p>
      <w:r>
        <w:rPr>
          <w:rFonts w:ascii="Consolas" w:hAnsi="Consolas"/>
          <w:b/>
          <w:color w:val="55604B"/>
        </w:rPr>
        <w:t>Assessment:</w:t>
      </w:r>
      <w:r>
        <w:t xml:space="preserve"> The drone war is now causing mass-casualty events in the disputed border zone, which raises the risk of a diplomatic rupture between Khartoum and Juba.</w:t>
      </w:r>
    </w:p>
    <w:p>
      <w:r>
        <w:rPr>
          <w:b/>
        </w:rPr>
        <w:t>NIGERIA: First Ebola case confirmed in Abuja</w:t>
      </w:r>
    </w:p>
    <w:p>
      <w:r>
        <w:t xml:space="preserve">On 20 Oct Nigeria's health ministry confirmed a Bundibugyo Ebola case in a woman in Abuja who had recently travelled from Uganda. Her symptoms began on 7 Oct, and she was admitted to a private hospital on 11 Oct. The health minister said 44 contacts are being traced. It is the first case in West Africa in this outbreak. </w:t>
      </w:r>
      <w:r>
        <w:rPr>
          <w:vertAlign w:val="superscript"/>
        </w:rPr>
        <w:t>[5]</w:t>
      </w:r>
      <w:r>
        <w:rPr>
          <w:vertAlign w:val="superscript"/>
        </w:rPr>
        <w:t>[6]</w:t>
      </w:r>
    </w:p>
    <w:p>
      <w:r>
        <w:rPr>
          <w:rFonts w:ascii="Consolas" w:hAnsi="Consolas"/>
          <w:b/>
          <w:color w:val="55604B"/>
        </w:rPr>
        <w:t>Assessment:</w:t>
      </w:r>
      <w:r>
        <w:t xml:space="preserve"> Nearly two weeks without a diagnosis in a hub city makes onward spread in Nigeria possible.</w:t>
      </w:r>
    </w:p>
    <w:p>
      <w:r>
        <w:rPr>
          <w:b/>
        </w:rPr>
        <w:t>KENYA: Ninth Ebola case, all in one cluster</w:t>
      </w:r>
    </w:p>
    <w:p>
      <w:r>
        <w:t xml:space="preserve">Kenya confirmed a ninth case on 20 Oct, a close relative of the first patient who was already in quarantine. Officials say all nine cases belong to one cluster, and most contacts may leave quarantine from 25 Oct. </w:t>
      </w:r>
      <w:r>
        <w:rPr>
          <w:vertAlign w:val="superscript"/>
        </w:rPr>
        <w:t>[5]</w:t>
      </w:r>
      <w:r>
        <w:rPr>
          <w:vertAlign w:val="superscript"/>
        </w:rPr>
        <w:t>[7]</w:t>
      </w:r>
    </w:p>
    <w:p>
      <w:r>
        <w:rPr>
          <w:rFonts w:ascii="Consolas" w:hAnsi="Consolas"/>
          <w:b/>
          <w:color w:val="55604B"/>
        </w:rPr>
        <w:t>Assessment:</w:t>
      </w:r>
      <w:r>
        <w:t xml:space="preserve"> Kenya's cluster appears contained for now.</w:t>
      </w:r>
    </w:p>
    <w:p>
      <w:r>
        <w:rPr>
          <w:b/>
        </w:rPr>
        <w:t>MALI: Islamic State attack in Ménaka kills 48 civilians</w:t>
      </w:r>
    </w:p>
    <w:p>
      <w:r>
        <w:rPr>
          <w:i/>
        </w:rPr>
        <w:t>Pre-window onset:</w:t>
      </w:r>
      <w:r>
        <w:t xml:space="preserve"> A lawmaker told AP that Islamic State Sahel fighters killed 48 people, including children and elderly people, overnight 18-19 Oct. The militants reportedly targeted civilians they accused of informing the army after a Malian drone strike. The army said it hit a "major" base southwest of Ménaka. </w:t>
      </w:r>
      <w:r>
        <w:rPr>
          <w:vertAlign w:val="superscript"/>
        </w:rPr>
        <w:t>[8]</w:t>
      </w:r>
    </w:p>
    <w:p>
      <w:r>
        <w:rPr>
          <w:rFonts w:ascii="Consolas" w:hAnsi="Consolas"/>
          <w:b/>
          <w:color w:val="55604B"/>
        </w:rPr>
        <w:t>Assessment:</w:t>
      </w:r>
      <w:r>
        <w:t xml:space="preserve"> The killings fit a pattern of reprisals against civilians caught between the army's drone campaign and the jihadists.</w:t>
      </w:r>
    </w:p>
    <w:p>
      <w:r>
        <w:rPr>
          <w:b/>
        </w:rPr>
        <w:t>ETHIOPIA / ERITREA: Abiy warns Asmara of "severe consequences"</w:t>
      </w:r>
    </w:p>
    <w:p>
      <w:r>
        <w:t xml:space="preserve">On 20 Oct Prime Minister Abiy warned Eritrea of "severe consequences" if it keeps backing rebels and said the TPLF's "existence is coming to an end." Tigrayan forces have pulled back from the cities after drone strikes, and a federally appointed administration took office in Tigray on 16 Oct. Eritrea has reportedly deployed thousands of troops inside Ethiopia. </w:t>
      </w:r>
      <w:r>
        <w:rPr>
          <w:vertAlign w:val="superscript"/>
        </w:rPr>
        <w:t>[9]</w:t>
      </w:r>
    </w:p>
    <w:p>
      <w:r>
        <w:rPr>
          <w:rFonts w:ascii="Consolas" w:hAnsi="Consolas"/>
          <w:b/>
          <w:color w:val="55604B"/>
        </w:rPr>
        <w:t>Assessment:</w:t>
      </w:r>
      <w:r>
        <w:t xml:space="preserve"> With the TPLF largely suppressed, the rhetoric is now aimed directly at Eritrea, which raises the risk of interstate war.</w:t>
      </w:r>
    </w:p>
    <w:p>
      <w:r>
        <w:rPr>
          <w:b/>
        </w:rPr>
        <w:t>SUDAN: UN condemns drone wave; diplomats meet in Switzerland</w:t>
      </w:r>
    </w:p>
    <w:p>
      <w:r>
        <w:t xml:space="preserve">The UN said "We condemn all of these attacks unequivocally" after weekend strikes that killed at least 19, including 10 children, in Darfur and North Kordofan. </w:t>
      </w:r>
      <w:r>
        <w:rPr>
          <w:vertAlign w:val="superscript"/>
        </w:rPr>
        <w:t>[10]</w:t>
      </w:r>
      <w:r>
        <w:t xml:space="preserve"> The Quad and Quintet mediation groups were due to meet in Switzerland on 20-21 Oct, while Khartoum resists a US-backed 90-day ceasefire. </w:t>
      </w:r>
      <w:r>
        <w:rPr>
          <w:vertAlign w:val="superscript"/>
        </w:rPr>
        <w:t>[11]</w:t>
      </w:r>
      <w:r>
        <w:t xml:space="preserve"> No outcome was reported.</w:t>
      </w:r>
    </w:p>
    <w:p>
      <w:r>
        <w:rPr>
          <w:rFonts w:ascii="Consolas" w:hAnsi="Consolas"/>
          <w:b/>
          <w:color w:val="55604B"/>
        </w:rPr>
        <w:t>Assessment:</w:t>
      </w:r>
      <w:r>
        <w:t xml:space="preserve"> A truce looks unlikely during the war's deadliest week in some time.</w:t>
      </w:r>
    </w:p>
    <w:p>
      <w:r>
        <w:rPr>
          <w:b/>
        </w:rPr>
        <w:t>BURKINA FASO: Junta reinstates the death penalty</w:t>
      </w:r>
    </w:p>
    <w:p>
      <w:r>
        <w:t xml:space="preserve">The transitional legislature voted unanimously for a new penal code restoring capital punishment, abolished in 2018, for crimes including terrorism, espionage and treason. </w:t>
      </w:r>
      <w:r>
        <w:rPr>
          <w:vertAlign w:val="superscript"/>
        </w:rPr>
        <w:t>[12]</w:t>
      </w:r>
    </w:p>
    <w:p>
      <w:r>
        <w:rPr>
          <w:rFonts w:ascii="Consolas" w:hAnsi="Consolas"/>
          <w:b/>
          <w:color w:val="55604B"/>
        </w:rPr>
        <w:t>Assessment:</w:t>
      </w:r>
      <w:r>
        <w:t xml:space="preserve"> The broad espionage and treason provisions likely give the government a new tool against dissent.</w:t>
      </w:r>
    </w:p>
    <w:p>
      <w:r>
        <w:rPr>
          <w:i/>
        </w:rPr>
        <w:t>Collection gap: no new reporting in the window was found on Somalia, DRC national Ebola totals, M23 fighting or the Zalambessa front. UN News pages did not load.</w:t>
      </w:r>
    </w:p>
    <w:p>
      <w:pPr>
        <w:pStyle w:val="Heading1"/>
      </w:pPr>
      <w:r>
        <w:rPr>
          <w:rFonts w:ascii="Consolas" w:hAnsi="Consolas"/>
          <w:color w:val="FFB000"/>
        </w:rPr>
        <w:t xml:space="preserve">// </w:t>
      </w:r>
      <w:r>
        <w:rPr>
          <w:color w:val="282828"/>
        </w:rPr>
        <w:t>CENTCOM</w:t>
      </w:r>
    </w:p>
    <w:p>
      <w:r>
        <w:rPr>
          <w:b/>
        </w:rPr>
        <w:t>OMAN / HORMUZ: Projectile hits anchored tanker off Bukha</w:t>
      </w:r>
    </w:p>
    <w:p>
      <w:r>
        <w:t xml:space="preserve">UKMTO reported on 21 Oct that an unknown projectile struck an anchored tanker 11 nautical miles west of Bukha, on Oman's Musandam peninsula overlooking the strait. A fire was put out and all crew were safe. </w:t>
      </w:r>
      <w:r>
        <w:rPr>
          <w:vertAlign w:val="superscript"/>
        </w:rPr>
        <w:t>[13]</w:t>
      </w:r>
      <w:r>
        <w:t xml:space="preserve"> On 20 Oct the IRGC Navy claimed three more "violating" tankers caught fire after hitting mines, but gCaptain notes the claims are unverified and the JMIC earlier found "no substantiation" for similar IRGC claims. </w:t>
      </w:r>
      <w:r>
        <w:rPr>
          <w:vertAlign w:val="superscript"/>
        </w:rPr>
        <w:t>[14]</w:t>
      </w:r>
      <w:r>
        <w:rPr>
          <w:vertAlign w:val="superscript"/>
        </w:rPr>
        <w:t>[15]</w:t>
      </w:r>
    </w:p>
    <w:p>
      <w:r>
        <w:rPr>
          <w:rFonts w:ascii="Consolas" w:hAnsi="Consolas"/>
          <w:b/>
          <w:color w:val="55604B"/>
        </w:rPr>
        <w:t>Assessment:</w:t>
      </w:r>
      <w:r>
        <w:t xml:space="preserve"> The Bukha strike shows the threat near Musandam continues, while the unverified mine claims are likely meant to deter traffic on alternative routes.</w:t>
      </w:r>
    </w:p>
    <w:p>
      <w:r>
        <w:rPr>
          <w:b/>
        </w:rPr>
        <w:t>US / ISRAEL / IRAN: FT says Trump blocked an Israeli offensive before the midterms</w:t>
      </w:r>
    </w:p>
    <w:p>
      <w:r>
        <w:t xml:space="preserve">The Jerusalem Post, relaying the Financial Times, reports that the IDF prepared a multi-day operation against Iran for the weekend of 10 Oct, larger than February's strikes, but it was cancelled after Trump objected ahead of the 3 Nov midterms. Netanyahu has reportedly told the IDF to plan a new offensive. One source said, "There will either be a deal or an attack." </w:t>
      </w:r>
      <w:r>
        <w:rPr>
          <w:vertAlign w:val="superscript"/>
        </w:rPr>
        <w:t>[16]</w:t>
      </w:r>
      <w:r>
        <w:t xml:space="preserve"> Separately, sources told the Post the administration came "very close" to approving a strike on at least one recent occasion. </w:t>
      </w:r>
      <w:r>
        <w:rPr>
          <w:vertAlign w:val="superscript"/>
        </w:rPr>
        <w:t>[17]</w:t>
      </w:r>
    </w:p>
    <w:p>
      <w:r>
        <w:rPr>
          <w:rFonts w:ascii="Consolas" w:hAnsi="Consolas"/>
          <w:b/>
          <w:color w:val="55604B"/>
        </w:rPr>
        <w:t>Assessment:</w:t>
      </w:r>
      <w:r>
        <w:t xml:space="preserve"> US restraint will likely hold until 3 Nov, with Israeli pressure building to resume large-scale strikes soon after.</w:t>
      </w:r>
    </w:p>
    <w:p>
      <w:r>
        <w:rPr>
          <w:b/>
        </w:rPr>
        <w:t>IRAN: Officials tell Reuters Tehran is stalling talks to hurt Trump</w:t>
      </w:r>
    </w:p>
    <w:p>
      <w:r>
        <w:t xml:space="preserve">Three senior Iranian officials and an insider told Reuters that Tehran is dragging out talks to deny Trump a pre-midterm win. One said Iran "is preparing for renewed Israeli and US attacks, not for a deal." Reuters cites Iranian inflation of 73.6% in September. </w:t>
      </w:r>
      <w:r>
        <w:rPr>
          <w:vertAlign w:val="superscript"/>
        </w:rPr>
        <w:t>[18]</w:t>
      </w:r>
    </w:p>
    <w:p>
      <w:r>
        <w:rPr>
          <w:rFonts w:ascii="Consolas" w:hAnsi="Consolas"/>
          <w:b/>
          <w:color w:val="55604B"/>
        </w:rPr>
        <w:t>Assessment:</w:t>
      </w:r>
      <w:r>
        <w:t xml:space="preserve"> A negotiated reopening of Hormuz before 3 Nov is unlikely.</w:t>
      </w:r>
    </w:p>
    <w:p>
      <w:r>
        <w:rPr>
          <w:b/>
        </w:rPr>
        <w:t>PAKISTAN / IRAN / QATAR: Munir meets Pezeshkian; Qatari visit reported and denied</w:t>
      </w:r>
    </w:p>
    <w:p>
      <w:r>
        <w:t xml:space="preserve">Pakistan's army chief, Field Marshal Asim Munir, met President Pezeshkian and Foreign Minister Araghchi in Tehran on 20 Oct, his fifth visit since June. Iranian officials told him Iran will not send enriched material abroad. </w:t>
      </w:r>
      <w:r>
        <w:rPr>
          <w:vertAlign w:val="superscript"/>
        </w:rPr>
        <w:t>[19]</w:t>
      </w:r>
      <w:r>
        <w:t xml:space="preserve"> Iran's semi-official Nournews said a Qatari delegation arrived late on 20 Oct, but Tasnim denied any visit took place. </w:t>
      </w:r>
      <w:r>
        <w:rPr>
          <w:vertAlign w:val="superscript"/>
        </w:rPr>
        <w:t>[20]</w:t>
      </w:r>
      <w:r>
        <w:t xml:space="preserve"> Israel Hayom, citing an Arabic outlet, reports a Pakistan-Qatar compromise to release $6 billion of Iranian funds held in Qatar. </w:t>
      </w:r>
      <w:r>
        <w:rPr>
          <w:vertAlign w:val="superscript"/>
        </w:rPr>
        <w:t>[21]</w:t>
      </w:r>
    </w:p>
    <w:p>
      <w:r>
        <w:rPr>
          <w:rFonts w:ascii="Consolas" w:hAnsi="Consolas"/>
          <w:b/>
          <w:color w:val="55604B"/>
        </w:rPr>
        <w:t>Assessment:</w:t>
      </w:r>
      <w:r>
        <w:t xml:space="preserve"> Mediation through Pakistan and Qatar is active, but there is no sign of a breakthrough.</w:t>
      </w:r>
    </w:p>
    <w:p>
      <w:r>
        <w:rPr>
          <w:b/>
        </w:rPr>
        <w:t>IRAQ: Baghdad begins closing Iran border crossings; missile hits Kurdish camp near Erbil</w:t>
      </w:r>
    </w:p>
    <w:p>
      <w:r>
        <w:t xml:space="preserve">Iraq closed the al-Sheeb crossing to goods and passengers on 21 Oct "until further notice," and an official said other crossings will close gradually, citing a security review. </w:t>
      </w:r>
      <w:r>
        <w:rPr>
          <w:vertAlign w:val="superscript"/>
        </w:rPr>
        <w:t>[22]</w:t>
      </w:r>
      <w:r>
        <w:rPr>
          <w:vertAlign w:val="superscript"/>
        </w:rPr>
        <w:t>[23]</w:t>
      </w:r>
      <w:r>
        <w:t xml:space="preserve"> A missile was fired on 21 Oct at an Iranian Kurdish opposition camp northeast of Erbil, with no casualty details yet. </w:t>
      </w:r>
      <w:r>
        <w:rPr>
          <w:vertAlign w:val="superscript"/>
        </w:rPr>
        <w:t>[24]</w:t>
      </w:r>
      <w:r>
        <w:t xml:space="preserve"> It came a day after Iran's ambassador claimed Iraq had agreed to expel such groups, which Iraq's readout did not mention. </w:t>
      </w:r>
      <w:r>
        <w:rPr>
          <w:vertAlign w:val="superscript"/>
        </w:rPr>
        <w:t>[25]</w:t>
      </w:r>
    </w:p>
    <w:p>
      <w:r>
        <w:rPr>
          <w:rFonts w:ascii="Consolas" w:hAnsi="Consolas"/>
          <w:b/>
          <w:color w:val="55604B"/>
        </w:rPr>
        <w:t>Assessment:</w:t>
      </w:r>
      <w:r>
        <w:t xml:space="preserve"> Baghdad is under pressure from both Washington and Tehran, and the Erbil strike fits Iran's pattern of attacking these groups.</w:t>
      </w:r>
    </w:p>
    <w:p>
      <w:r>
        <w:rPr>
          <w:b/>
        </w:rPr>
        <w:t>SAUDI ARABIA: Drones downed near Madinah and in the Eastern Province</w:t>
      </w:r>
    </w:p>
    <w:p>
      <w:r>
        <w:t xml:space="preserve">The coalition said early on 21 Oct that it intercepted five drones, near Madinah and in the Eastern Province. </w:t>
      </w:r>
      <w:r>
        <w:rPr>
          <w:vertAlign w:val="superscript"/>
        </w:rPr>
        <w:t>[26]</w:t>
      </w:r>
      <w:r>
        <w:t xml:space="preserve"> On 20 Oct it reported intercepting a ballistic missile aimed at Riyadh. </w:t>
      </w:r>
      <w:r>
        <w:rPr>
          <w:vertAlign w:val="superscript"/>
        </w:rPr>
        <w:t>[27]</w:t>
      </w:r>
    </w:p>
    <w:p>
      <w:r>
        <w:rPr>
          <w:rFonts w:ascii="Consolas" w:hAnsi="Consolas"/>
          <w:b/>
          <w:color w:val="55604B"/>
        </w:rPr>
        <w:t>Assessment:</w:t>
      </w:r>
      <w:r>
        <w:t xml:space="preserve"> Houthi pressure on Saudi air defences now extends across the country.</w:t>
      </w:r>
    </w:p>
    <w:p>
      <w:r>
        <w:rPr>
          <w:b/>
        </w:rPr>
        <w:t>YEMEN: Shabwa toll rises to 73; Houthis re-encircle Taiz</w:t>
      </w:r>
    </w:p>
    <w:p>
      <w:r>
        <w:t xml:space="preserve">Local authorities raised the toll from the 19 Oct missile strike on a government training camp in Shabwa from 53 to 73, with 14 missing. </w:t>
      </w:r>
      <w:r>
        <w:rPr>
          <w:vertAlign w:val="superscript"/>
        </w:rPr>
        <w:t>[28]</w:t>
      </w:r>
      <w:r>
        <w:rPr>
          <w:vertAlign w:val="superscript"/>
        </w:rPr>
        <w:t>[29]</w:t>
      </w:r>
      <w:r>
        <w:t xml:space="preserve"> Al Jazeera reports the Houthis seized the main road linking Taiz to the south, cutting about 800,000 people off from aid, according to WFP. </w:t>
      </w:r>
      <w:r>
        <w:rPr>
          <w:vertAlign w:val="superscript"/>
        </w:rPr>
        <w:t>[28]</w:t>
      </w:r>
      <w:r>
        <w:t xml:space="preserve"> The government claims 558 Houthi fighters were killed in 24 hours, which cannot be verified. </w:t>
      </w:r>
      <w:r>
        <w:rPr>
          <w:vertAlign w:val="superscript"/>
        </w:rPr>
        <w:t>[30]</w:t>
      </w:r>
    </w:p>
    <w:p>
      <w:r>
        <w:rPr>
          <w:rFonts w:ascii="Consolas" w:hAnsi="Consolas"/>
          <w:b/>
          <w:color w:val="55604B"/>
        </w:rPr>
        <w:t>Assessment:</w:t>
      </w:r>
      <w:r>
        <w:t xml:space="preserve"> The ground war is likely moving against the government around Taiz despite its claims of heavy Houthi losses.</w:t>
      </w:r>
    </w:p>
    <w:p>
      <w:r>
        <w:rPr>
          <w:b/>
        </w:rPr>
        <w:t>IRAN / EGYPT: Araghchi warns Cairo against intervening</w:t>
      </w:r>
    </w:p>
    <w:p>
      <w:r>
        <w:t xml:space="preserve">Araghchi said neither Riyadh nor the Houthis had answered Iran's offer to mediate, and warned that "any foreign intervention would complicate matters," a message aimed at Egypt ahead of its 26 Oct parliamentary vote on supporting Saudi Arabia. </w:t>
      </w:r>
      <w:r>
        <w:rPr>
          <w:vertAlign w:val="superscript"/>
        </w:rPr>
        <w:t>[31]</w:t>
      </w:r>
    </w:p>
    <w:p>
      <w:r>
        <w:rPr>
          <w:rFonts w:ascii="Consolas" w:hAnsi="Consolas"/>
          <w:b/>
          <w:color w:val="55604B"/>
        </w:rPr>
        <w:t>Assessment:</w:t>
      </w:r>
      <w:r>
        <w:t xml:space="preserve"> Tehran is likely trying to deter Egyptian involvement while presenting itself as a mediator.</w:t>
      </w:r>
    </w:p>
    <w:p>
      <w:r>
        <w:rPr>
          <w:b/>
        </w:rPr>
        <w:t>ISRAEL / LEBANON: Military delegations meet at CENTCOM headquarters</w:t>
      </w:r>
    </w:p>
    <w:p>
      <w:r>
        <w:t xml:space="preserve">IDF sources said Israeli and Lebanese military delegations met at CENTCOM headquarters in Tampa on 20 Oct on security issues, including Hezbollah disarmament. The talks are "not peace negotiations." </w:t>
      </w:r>
      <w:r>
        <w:rPr>
          <w:vertAlign w:val="superscript"/>
        </w:rPr>
        <w:t>[32]</w:t>
      </w:r>
      <w:r>
        <w:t xml:space="preserve"> The IDF also released footage it says shows Hezbollah moving weapons at sites the Lebanese Army should have cleared. </w:t>
      </w:r>
      <w:r>
        <w:rPr>
          <w:vertAlign w:val="superscript"/>
        </w:rPr>
        <w:t>[27]</w:t>
      </w:r>
    </w:p>
    <w:p>
      <w:r>
        <w:rPr>
          <w:rFonts w:ascii="Consolas" w:hAnsi="Consolas"/>
          <w:b/>
          <w:color w:val="55604B"/>
        </w:rPr>
        <w:t>Assessment:</w:t>
      </w:r>
      <w:r>
        <w:t xml:space="preserve"> The talks are the main channel for keeping the Lebanon front from escalating, but Israel's public case against the Lebanese Army leaves room for further strikes.</w:t>
      </w:r>
    </w:p>
    <w:p>
      <w:r>
        <w:rPr>
          <w:b/>
        </w:rPr>
        <w:t>GAZA: Seven killed in Israeli strikes</w:t>
      </w:r>
    </w:p>
    <w:p>
      <w:r>
        <w:t xml:space="preserve">AFP reports seven Palestinians killed in Israeli strikes across Gaza on 20 Oct. The IDF said it killed a senior Hamas security official. </w:t>
      </w:r>
      <w:r>
        <w:rPr>
          <w:vertAlign w:val="superscript"/>
        </w:rPr>
        <w:t>[33]</w:t>
      </w:r>
      <w:r>
        <w:t xml:space="preserve"> The IDF chief of staff visited Gaza as forces prepare for possible Hamas attacks before the 27 Oct election. </w:t>
      </w:r>
      <w:r>
        <w:rPr>
          <w:vertAlign w:val="superscript"/>
        </w:rPr>
        <w:t>[34]</w:t>
      </w:r>
    </w:p>
    <w:p>
      <w:r>
        <w:rPr>
          <w:rFonts w:ascii="Consolas" w:hAnsi="Consolas"/>
          <w:b/>
          <w:color w:val="55604B"/>
        </w:rPr>
        <w:t>Assessment:</w:t>
      </w:r>
      <w:r>
        <w:t xml:space="preserve"> Deadly strikes are likely to increase through the election.</w:t>
      </w:r>
    </w:p>
    <w:p>
      <w:r>
        <w:rPr>
          <w:b/>
        </w:rPr>
        <w:t>SYRIA: Damascus reportedly fears a Druze offensive in Suwayda</w:t>
      </w:r>
    </w:p>
    <w:p>
      <w:r>
        <w:t xml:space="preserve">A low-reliability outlet, citing anonymous Syrian sources, reports that authorities expect armed Druze factions in Suwayda to act against state forces within days, allegedly with Israeli support. </w:t>
      </w:r>
      <w:r>
        <w:rPr>
          <w:vertAlign w:val="superscript"/>
        </w:rPr>
        <w:t>[35]</w:t>
      </w:r>
    </w:p>
    <w:p>
      <w:r>
        <w:rPr>
          <w:rFonts w:ascii="Consolas" w:hAnsi="Consolas"/>
          <w:b/>
          <w:color w:val="55604B"/>
        </w:rPr>
        <w:t>Assessment:</w:t>
      </w:r>
      <w:r>
        <w:t xml:space="preserve"> This is low confidence pending wire confirmation.</w:t>
      </w:r>
    </w:p>
    <w:p>
      <w:r>
        <w:rPr>
          <w:b/>
        </w:rPr>
        <w:t>PAKISTAN: Militant attacks continue in Khyber Pakhtunkhwa</w:t>
      </w:r>
    </w:p>
    <w:p>
      <w:r>
        <w:t xml:space="preserve">A Nation editorial reports a police officer shot dead in Miranshah and recent attacks on police in Kohat and Dera Ismail Khan, with the province still under governor's rule. </w:t>
      </w:r>
      <w:r>
        <w:rPr>
          <w:vertAlign w:val="superscript"/>
        </w:rPr>
        <w:t>[36]</w:t>
      </w:r>
    </w:p>
    <w:p>
      <w:r>
        <w:rPr>
          <w:rFonts w:ascii="Consolas" w:hAnsi="Consolas"/>
          <w:b/>
          <w:color w:val="55604B"/>
        </w:rPr>
        <w:t>Assessment:</w:t>
      </w:r>
      <w:r>
        <w:t xml:space="preserve"> Insecurity in the province will likely persist while the army chief concentrates on Iran mediation.</w:t>
      </w:r>
    </w:p>
    <w:p>
      <w:r>
        <w:rPr>
          <w:i/>
        </w:rPr>
        <w:t>Collection gap: no CENTCOM or JMIC statement on the Bukha tanker and no casualty or attribution details on the Erbil missile were found. Brent prices for 21 Oct could not be confirmed.</w:t>
      </w:r>
    </w:p>
    <w:p>
      <w:pPr>
        <w:pStyle w:val="Heading1"/>
      </w:pPr>
      <w:r>
        <w:rPr>
          <w:rFonts w:ascii="Consolas" w:hAnsi="Consolas"/>
          <w:color w:val="FFB000"/>
        </w:rPr>
        <w:t xml:space="preserve">// </w:t>
      </w:r>
      <w:r>
        <w:rPr>
          <w:color w:val="282828"/>
        </w:rPr>
        <w:t>EUCOM</w:t>
      </w:r>
    </w:p>
    <w:p>
      <w:r>
        <w:rPr>
          <w:b/>
        </w:rPr>
        <w:t>RUSSIA / US: Witkoff in St Petersburg to meet Putin</w:t>
      </w:r>
    </w:p>
    <w:p>
      <w:r>
        <w:t xml:space="preserve">US envoy Witkoff landed in St Petersburg on the morning of 21 Oct and was met by Kremlin negotiator Dmitriev. A Kremlin aide said the meeting with Putin would take place in the first half of the day. </w:t>
      </w:r>
      <w:r>
        <w:rPr>
          <w:vertAlign w:val="superscript"/>
        </w:rPr>
        <w:t>[37]</w:t>
      </w:r>
      <w:r>
        <w:rPr>
          <w:vertAlign w:val="superscript"/>
        </w:rPr>
        <w:t>[38]</w:t>
      </w:r>
      <w:r>
        <w:t xml:space="preserve"> Witkoff is carrying Ukrainian and European proposals after the Oslo talks, and the release of detained American Stephen Hubbard is also on the agenda. </w:t>
      </w:r>
      <w:r>
        <w:rPr>
          <w:vertAlign w:val="superscript"/>
        </w:rPr>
        <w:t>[39]</w:t>
      </w:r>
    </w:p>
    <w:p>
      <w:r>
        <w:rPr>
          <w:rFonts w:ascii="Consolas" w:hAnsi="Consolas"/>
          <w:b/>
          <w:color w:val="55604B"/>
        </w:rPr>
        <w:t>Assessment:</w:t>
      </w:r>
      <w:r>
        <w:t xml:space="preserve"> The meeting's outcome will likely show whether Washington pursues a leaders' summit without Ukraine.</w:t>
      </w:r>
    </w:p>
    <w:p>
      <w:r>
        <w:rPr>
          <w:b/>
        </w:rPr>
        <w:t>US / UKRAINE: Trump says "I don't care how it's done"; US warning data restored</w:t>
      </w:r>
    </w:p>
    <w:p>
      <w:r>
        <w:t xml:space="preserve">On 20 Oct Trump said Zelensky "has to want to settle this war" or "it's going to be a very bad thing." </w:t>
      </w:r>
      <w:r>
        <w:rPr>
          <w:vertAlign w:val="superscript"/>
        </w:rPr>
        <w:t>[40]</w:t>
      </w:r>
      <w:r>
        <w:t xml:space="preserve"> After Oslo, Zelensky said US early-warning intelligence on ballistic missiles had been restored and Washington reaffirmed post-war security guarantees. EU foreign policy chief Kallas accused the US of pressing Ukraine to surrender on Putin's terms. </w:t>
      </w:r>
      <w:r>
        <w:rPr>
          <w:vertAlign w:val="superscript"/>
        </w:rPr>
        <w:t>[41]</w:t>
      </w:r>
    </w:p>
    <w:p>
      <w:r>
        <w:rPr>
          <w:rFonts w:ascii="Consolas" w:hAnsi="Consolas"/>
          <w:b/>
          <w:color w:val="55604B"/>
        </w:rPr>
        <w:t>Assessment:</w:t>
      </w:r>
      <w:r>
        <w:t xml:space="preserve"> Washington is likely using public pressure and access to critical support to push Kyiv toward a settlement.</w:t>
      </w:r>
    </w:p>
    <w:p>
      <w:r>
        <w:rPr>
          <w:b/>
        </w:rPr>
        <w:t>UKRAINE: Russian attacks kill at least nine in a day</w:t>
      </w:r>
    </w:p>
    <w:p>
      <w:r>
        <w:t xml:space="preserve">Russia launched 186 drones and several missiles overnight into 21 Oct, and Ukraine's Air Force said 150 drones and other targets were downed. Two people were killed when a residential tower in Kyiv was hit, two in Kharkiv region and four in Donetsk region. </w:t>
      </w:r>
      <w:r>
        <w:rPr>
          <w:vertAlign w:val="superscript"/>
        </w:rPr>
        <w:t>[42]</w:t>
      </w:r>
      <w:r>
        <w:rPr>
          <w:vertAlign w:val="superscript"/>
        </w:rPr>
        <w:t>[43]</w:t>
      </w:r>
      <w:r>
        <w:t xml:space="preserve"> A university building in Kremenchuk was also hit. </w:t>
      </w:r>
      <w:r>
        <w:rPr>
          <w:vertAlign w:val="superscript"/>
        </w:rPr>
        <w:t>[44]</w:t>
      </w:r>
      <w:r>
        <w:t xml:space="preserve"> On 20 Oct drones struck a Kyiv hospital, including its operating room. </w:t>
      </w:r>
      <w:r>
        <w:rPr>
          <w:vertAlign w:val="superscript"/>
        </w:rPr>
        <w:t>[45]</w:t>
      </w:r>
    </w:p>
    <w:p>
      <w:r>
        <w:rPr>
          <w:rFonts w:ascii="Consolas" w:hAnsi="Consolas"/>
          <w:b/>
          <w:color w:val="55604B"/>
        </w:rPr>
        <w:t>Assessment:</w:t>
      </w:r>
      <w:r>
        <w:t xml:space="preserve"> Strikes on Kyiv, including medical sites, are likely to continue while Witkoff is in Russia.</w:t>
      </w:r>
    </w:p>
    <w:p>
      <w:r>
        <w:rPr>
          <w:b/>
        </w:rPr>
        <w:t>BLACK SEA / NATO: Allies to deploy patrol aircraft and drones</w:t>
      </w:r>
    </w:p>
    <w:p>
      <w:r>
        <w:t xml:space="preserve">NATO's North Atlantic Council agreed on 20 Oct to add maritime patrol aircraft, radar, drones and explosives teams in the Black Sea after drone attacks on merchant ships, including one sunk off Bulgaria. </w:t>
      </w:r>
      <w:r>
        <w:rPr>
          <w:vertAlign w:val="superscript"/>
        </w:rPr>
        <w:t>[46]</w:t>
      </w:r>
      <w:r>
        <w:t xml:space="preserve"> Kallas told the European Parliament that ships had been attacked six times in 10 days. NATO has not named a culprit. </w:t>
      </w:r>
      <w:r>
        <w:rPr>
          <w:vertAlign w:val="superscript"/>
        </w:rPr>
        <w:t>[47]</w:t>
      </w:r>
    </w:p>
    <w:p>
      <w:r>
        <w:rPr>
          <w:rFonts w:ascii="Consolas" w:hAnsi="Consolas"/>
          <w:b/>
          <w:color w:val="55604B"/>
        </w:rPr>
        <w:t>Assessment:</w:t>
      </w:r>
      <w:r>
        <w:t xml:space="preserve"> The surveillance build-up will likely support attribution and could enable later response options.</w:t>
      </w:r>
    </w:p>
    <w:p>
      <w:r>
        <w:rPr>
          <w:b/>
        </w:rPr>
        <w:t>EU / HUNGARY: Budapest blocks next step in Ukraine and Moldova accession</w:t>
      </w:r>
    </w:p>
    <w:p>
      <w:r>
        <w:t xml:space="preserve">Diplomats said Hungary blocked the step needed to open the final two of six negotiating clusters for Ukraine and Moldova, without explanation. They expect the block to be temporary. </w:t>
      </w:r>
      <w:r>
        <w:rPr>
          <w:vertAlign w:val="superscript"/>
        </w:rPr>
        <w:t>[48]</w:t>
      </w:r>
    </w:p>
    <w:p>
      <w:r>
        <w:rPr>
          <w:rFonts w:ascii="Consolas" w:hAnsi="Consolas"/>
          <w:b/>
          <w:color w:val="55604B"/>
        </w:rPr>
        <w:t>Assessment:</w:t>
      </w:r>
      <w:r>
        <w:t xml:space="preserve"> The block is likely tied to Hungarian domestic politics rather than a substantive objection.</w:t>
      </w:r>
    </w:p>
    <w:p>
      <w:r>
        <w:rPr>
          <w:b/>
        </w:rPr>
        <w:t>FRANCE: Troops to deploy for weekend protests</w:t>
      </w:r>
    </w:p>
    <w:p>
      <w:r>
        <w:t xml:space="preserve">The government announced a "massive" security operation including the military for planned weekend protests, after last weekend's riots led to thousands of arrests. Curfews for minors are in force in Lille and Marseille, and gatherings are banned in central Paris. </w:t>
      </w:r>
      <w:r>
        <w:rPr>
          <w:vertAlign w:val="superscript"/>
        </w:rPr>
        <w:t>[49]</w:t>
      </w:r>
      <w:r>
        <w:rPr>
          <w:vertAlign w:val="superscript"/>
        </w:rPr>
        <w:t>[50]</w:t>
      </w:r>
    </w:p>
    <w:p>
      <w:r>
        <w:rPr>
          <w:rFonts w:ascii="Consolas" w:hAnsi="Consolas"/>
          <w:b/>
          <w:color w:val="55604B"/>
        </w:rPr>
        <w:t>Assessment:</w:t>
      </w:r>
      <w:r>
        <w:t xml:space="preserve"> Deploying troops domestically shows serious strain on public order in a key NATO ally.</w:t>
      </w:r>
    </w:p>
    <w:p>
      <w:r>
        <w:rPr>
          <w:b/>
        </w:rPr>
        <w:t>ROMANIA: Minority government sworn in</w:t>
      </w:r>
    </w:p>
    <w:p>
      <w:r>
        <w:t xml:space="preserve">Diplomat Luca Niculescu was sworn in as prime minister on 20 Oct after parliament approved his cabinet by 280 votes to 58, ending a five-month deadlock. </w:t>
      </w:r>
      <w:r>
        <w:rPr>
          <w:vertAlign w:val="superscript"/>
        </w:rPr>
        <w:t>[51]</w:t>
      </w:r>
    </w:p>
    <w:p>
      <w:r>
        <w:rPr>
          <w:rFonts w:ascii="Consolas" w:hAnsi="Consolas"/>
          <w:b/>
          <w:color w:val="55604B"/>
        </w:rPr>
        <w:t>Assessment:</w:t>
      </w:r>
      <w:r>
        <w:t xml:space="preserve"> The new government stabilises NATO's Black Sea frontline state, though the arrangement is fragile.</w:t>
      </w:r>
    </w:p>
    <w:p>
      <w:r>
        <w:rPr>
          <w:b/>
        </w:rPr>
        <w:t>GEORGIA: Court opens hearings on banning five opposition parties</w:t>
      </w:r>
    </w:p>
    <w:p>
      <w:r>
        <w:t xml:space="preserve">Georgia's Constitutional Court opens hearings on 21 Oct on the ruling party's lawsuit to ban five opposition parties. Tbilisi called EU criticism "interference." </w:t>
      </w:r>
      <w:r>
        <w:rPr>
          <w:vertAlign w:val="superscript"/>
        </w:rPr>
        <w:t>[52]</w:t>
      </w:r>
    </w:p>
    <w:p>
      <w:r>
        <w:rPr>
          <w:rFonts w:ascii="Consolas" w:hAnsi="Consolas"/>
          <w:b/>
          <w:color w:val="55604B"/>
        </w:rPr>
        <w:t>Assessment:</w:t>
      </w:r>
      <w:r>
        <w:t xml:space="preserve"> A ban would effectively end multiparty politics in Georgia and push it further from the EU.</w:t>
      </w:r>
    </w:p>
    <w:p>
      <w:r>
        <w:rPr>
          <w:b/>
        </w:rPr>
        <w:t>RUSSIA: Ukrainian strikes widen to energy, telecom and data centres</w:t>
      </w:r>
    </w:p>
    <w:p>
      <w:r>
        <w:t xml:space="preserve">Monitoring channels reported Ukrainian strikes on energy sites in occupied Donetsk, a telecom site in Luhansk and blackouts in Crimea on 20 Oct, all unconfirmed. </w:t>
      </w:r>
      <w:r>
        <w:rPr>
          <w:vertAlign w:val="superscript"/>
        </w:rPr>
        <w:t>[53]</w:t>
      </w:r>
      <w:r>
        <w:t xml:space="preserve"> The Russian outlet Verstka reports that strikes on Yandex, VK and Sber data centres disrupted Russian online court hearings. </w:t>
      </w:r>
      <w:r>
        <w:rPr>
          <w:vertAlign w:val="superscript"/>
        </w:rPr>
        <w:t>[54]</w:t>
      </w:r>
    </w:p>
    <w:p>
      <w:r>
        <w:rPr>
          <w:rFonts w:ascii="Consolas" w:hAnsi="Consolas"/>
          <w:b/>
          <w:color w:val="55604B"/>
        </w:rPr>
        <w:t>Assessment:</w:t>
      </w:r>
      <w:r>
        <w:t xml:space="preserve"> Kyiv is likely widening its targets to Russia's digital and administrative infrastructure.</w:t>
      </w:r>
    </w:p>
    <w:p>
      <w:r>
        <w:rPr>
          <w:i/>
        </w:rPr>
        <w:t>Collection gap: no readout of the Witkoff-Putin meeting was available. Nothing new from the window was found on the Baltic states, Turkey, Moldova or Belarus.</w:t>
      </w:r>
    </w:p>
    <w:p>
      <w:pPr>
        <w:pStyle w:val="Heading1"/>
      </w:pPr>
      <w:r>
        <w:rPr>
          <w:rFonts w:ascii="Consolas" w:hAnsi="Consolas"/>
          <w:color w:val="FFB000"/>
        </w:rPr>
        <w:t xml:space="preserve">// </w:t>
      </w:r>
      <w:r>
        <w:rPr>
          <w:color w:val="282828"/>
        </w:rPr>
        <w:t>INDOPACOM</w:t>
      </w:r>
    </w:p>
    <w:p>
      <w:r>
        <w:rPr>
          <w:b/>
        </w:rPr>
        <w:t>NORTH KOREA: New artillery units said to be in firing positions on the border</w:t>
      </w:r>
    </w:p>
    <w:p>
      <w:r>
        <w:t xml:space="preserve">KCNA reported that Kim Yo Jong and Marshal Pak Jong Chon inspected border fortifications on 20 Oct. Pak told troops to take "prompt and resolute action" against any provocation, and Kim said new firepower units had taken up firing positions. </w:t>
      </w:r>
      <w:r>
        <w:rPr>
          <w:vertAlign w:val="superscript"/>
        </w:rPr>
        <w:t>[55]</w:t>
      </w:r>
      <w:r>
        <w:rPr>
          <w:vertAlign w:val="superscript"/>
        </w:rPr>
        <w:t>[56]</w:t>
      </w:r>
      <w:r>
        <w:t xml:space="preserve"> Pak called South Korean claims that North Korean soldiers crossed the border a "deliberate fabrication." </w:t>
      </w:r>
      <w:r>
        <w:rPr>
          <w:vertAlign w:val="superscript"/>
        </w:rPr>
        <w:t>[57]</w:t>
      </w:r>
    </w:p>
    <w:p>
      <w:r>
        <w:rPr>
          <w:rFonts w:ascii="Consolas" w:hAnsi="Consolas"/>
          <w:b/>
          <w:color w:val="55604B"/>
        </w:rPr>
        <w:t>Assessment:</w:t>
      </w:r>
      <w:r>
        <w:t xml:space="preserve"> The stated deployment goes beyond Monday's threat and makes an armed incident along the border more likely.</w:t>
      </w:r>
    </w:p>
    <w:p>
      <w:r>
        <w:rPr>
          <w:b/>
        </w:rPr>
        <w:t>TAIWAN: 29 Chinese military aircraft tracked in a day</w:t>
      </w:r>
    </w:p>
    <w:p>
      <w:r>
        <w:t xml:space="preserve">Taiwan's defence ministry detected 29 aircraft, 6 navy ships and 9 other official ships in the 24 hours to 0600 local on 21 Oct. Twenty-three aircraft crossed the median line. </w:t>
      </w:r>
      <w:r>
        <w:rPr>
          <w:vertAlign w:val="superscript"/>
        </w:rPr>
        <w:t>[58]</w:t>
      </w:r>
    </w:p>
    <w:p>
      <w:r>
        <w:rPr>
          <w:rFonts w:ascii="Consolas" w:hAnsi="Consolas"/>
          <w:b/>
          <w:color w:val="55604B"/>
        </w:rPr>
        <w:t>Assessment:</w:t>
      </w:r>
      <w:r>
        <w:t xml:space="preserve"> This is a sharp rise from single-digit counts on 17-19 Oct and coincides with the opening days of Keen Sword.</w:t>
      </w:r>
    </w:p>
    <w:p>
      <w:r>
        <w:rPr>
          <w:b/>
        </w:rPr>
        <w:t>CHINA / JAPAN: PLA drones and warships shadow Keen Sword</w:t>
      </w:r>
    </w:p>
    <w:p>
      <w:r>
        <w:t xml:space="preserve">Japan's Joint Staff reported Chinese drones and an intelligence aircraft transiting near Okinawa on 19 Oct, and a Chinese frigate passing the Osumi Strait into the Pacific on 19-20 Oct. </w:t>
      </w:r>
      <w:r>
        <w:rPr>
          <w:vertAlign w:val="superscript"/>
        </w:rPr>
        <w:t>[59]</w:t>
      </w:r>
      <w:r>
        <w:rPr>
          <w:vertAlign w:val="superscript"/>
        </w:rPr>
        <w:t>[60]</w:t>
      </w:r>
      <w:r>
        <w:t xml:space="preserve"> Global Times called Japan's reporting "sensationalism." </w:t>
      </w:r>
      <w:r>
        <w:rPr>
          <w:vertAlign w:val="superscript"/>
        </w:rPr>
        <w:t>[61]</w:t>
      </w:r>
      <w:r>
        <w:t xml:space="preserve"> No official Chinese statement on Keen Sword was found.</w:t>
      </w:r>
    </w:p>
    <w:p>
      <w:r>
        <w:rPr>
          <w:rFonts w:ascii="Consolas" w:hAnsi="Consolas"/>
          <w:b/>
          <w:color w:val="55604B"/>
        </w:rPr>
        <w:t>Assessment:</w:t>
      </w:r>
      <w:r>
        <w:t xml:space="preserve"> Beijing appears to be answering Keen Sword with surveillance rather than formal statements.</w:t>
      </w:r>
    </w:p>
    <w:p>
      <w:r>
        <w:rPr>
          <w:b/>
        </w:rPr>
        <w:t>SOUTH CHINA SEA: China accuses US warship of "illegal intrusion" at Sabina Shoal</w:t>
      </w:r>
    </w:p>
    <w:p>
      <w:r>
        <w:rPr>
          <w:i/>
        </w:rPr>
        <w:t>Pre-window onset:</w:t>
      </w:r>
      <w:r>
        <w:t xml:space="preserve"> China's Southern Theater Command said on 20 Oct that the littoral combat ship USS Charleston "illegally intruded" near Sabina Shoal and was tracked. </w:t>
      </w:r>
      <w:r>
        <w:rPr>
          <w:vertAlign w:val="superscript"/>
        </w:rPr>
        <w:t>[62]</w:t>
      </w:r>
      <w:r>
        <w:rPr>
          <w:vertAlign w:val="superscript"/>
        </w:rPr>
        <w:t>[63]</w:t>
      </w:r>
      <w:r>
        <w:rPr>
          <w:vertAlign w:val="superscript"/>
        </w:rPr>
        <w:t>[64]</w:t>
      </w:r>
      <w:r>
        <w:t xml:space="preserve"> The Philippine military rejected the claim, saying no country can require permission for lawful transit. US forces had not commented. </w:t>
      </w:r>
      <w:r>
        <w:rPr>
          <w:vertAlign w:val="superscript"/>
        </w:rPr>
        <w:t>[62]</w:t>
      </w:r>
    </w:p>
    <w:p>
      <w:r>
        <w:rPr>
          <w:rFonts w:ascii="Consolas" w:hAnsi="Consolas"/>
          <w:b/>
          <w:color w:val="55604B"/>
        </w:rPr>
        <w:t>Assessment:</w:t>
      </w:r>
      <w:r>
        <w:t xml:space="preserve"> Sabina Shoal is becoming a US-China friction point as well as a Philippine-China one.</w:t>
      </w:r>
    </w:p>
    <w:p>
      <w:r>
        <w:rPr>
          <w:b/>
        </w:rPr>
        <w:t>PHILIPPINES: Second Senate resolution seeks ambassador's expulsion</w:t>
      </w:r>
    </w:p>
    <w:p>
      <w:r>
        <w:rPr>
          <w:i/>
        </w:rPr>
        <w:t>Pre-window onset:</w:t>
      </w:r>
      <w:r>
        <w:t xml:space="preserve"> Sen. Risa Hontiveros filed a second resolution asking Marcos to declare Ambassador Jing Quan persona non grata. </w:t>
      </w:r>
      <w:r>
        <w:rPr>
          <w:vertAlign w:val="superscript"/>
        </w:rPr>
        <w:t>[65]</w:t>
      </w:r>
      <w:r>
        <w:t xml:space="preserve"> The palace said an apology "must come from the heart" and cannot be forced. The Chinese Embassy demanded that Defense Secretary Teodoro retract remarks calling China a "troublemaker." </w:t>
      </w:r>
      <w:r>
        <w:rPr>
          <w:vertAlign w:val="superscript"/>
        </w:rPr>
        <w:t>[66]</w:t>
      </w:r>
    </w:p>
    <w:p>
      <w:r>
        <w:rPr>
          <w:rFonts w:ascii="Consolas" w:hAnsi="Consolas"/>
          <w:b/>
          <w:color w:val="55604B"/>
        </w:rPr>
        <w:t>Assessment:</w:t>
      </w:r>
      <w:r>
        <w:t xml:space="preserve"> Manila is unlikely to escalate to expulsion before it hosts the ASEAN summit in November.</w:t>
      </w:r>
    </w:p>
    <w:p>
      <w:r>
        <w:rPr>
          <w:b/>
        </w:rPr>
        <w:t>PHILIPPINES / JAPAN: Marcos and Takaichi discuss defence ties</w:t>
      </w:r>
    </w:p>
    <w:p>
      <w:r>
        <w:t xml:space="preserve">Marcos and Prime Minister Takaichi discussed defence cooperation and the 15-17 Nov ASEAN summit by phone on 20 Oct. </w:t>
      </w:r>
      <w:r>
        <w:rPr>
          <w:vertAlign w:val="superscript"/>
        </w:rPr>
        <w:t>[67]</w:t>
      </w:r>
    </w:p>
    <w:p>
      <w:r>
        <w:rPr>
          <w:rFonts w:ascii="Consolas" w:hAnsi="Consolas"/>
          <w:b/>
          <w:color w:val="55604B"/>
        </w:rPr>
        <w:t>Assessment:</w:t>
      </w:r>
      <w:r>
        <w:t xml:space="preserve"> The call reflects Tokyo-Manila alignment while both are at odds with Beijing.</w:t>
      </w:r>
    </w:p>
    <w:p>
      <w:r>
        <w:rPr>
          <w:b/>
        </w:rPr>
        <w:t>TAIWAN / PHILIPPINES: Donated cutter will not operate near Taiwan</w:t>
      </w:r>
    </w:p>
    <w:p>
      <w:r>
        <w:t xml:space="preserve">Taiwan's premier said Manila pledged that a former Taiwanese coast guard cutter, now serving the Philippine Coast Guard, will not patrol near Taiwan or act against Taiwanese fishers. </w:t>
      </w:r>
      <w:r>
        <w:rPr>
          <w:vertAlign w:val="superscript"/>
        </w:rPr>
        <w:t>[68]</w:t>
      </w:r>
      <w:r>
        <w:rPr>
          <w:vertAlign w:val="superscript"/>
        </w:rPr>
        <w:t>[69]</w:t>
      </w:r>
    </w:p>
    <w:p>
      <w:r>
        <w:rPr>
          <w:rFonts w:ascii="Consolas" w:hAnsi="Consolas"/>
          <w:b/>
          <w:color w:val="55604B"/>
        </w:rPr>
        <w:t>Assessment:</w:t>
      </w:r>
      <w:r>
        <w:t xml:space="preserve"> The quiet coast guard link could become a new Chinese complaint against Manila.</w:t>
      </w:r>
    </w:p>
    <w:p>
      <w:r>
        <w:rPr>
          <w:b/>
        </w:rPr>
        <w:t>INDIA / US / PAKISTAN: Rubio says trade deal is "very, very close"</w:t>
      </w:r>
    </w:p>
    <w:p>
      <w:r>
        <w:t xml:space="preserve">Secretary of State Rubio met External Affairs Minister Jaishankar in Mumbai on 20 Oct. He defended US ties with Pakistan, saying engagement "perhaps puts us in a position to help discourage the kinds of things that India is worried about." </w:t>
      </w:r>
      <w:r>
        <w:rPr>
          <w:vertAlign w:val="superscript"/>
        </w:rPr>
        <w:t>[70]</w:t>
      </w:r>
      <w:r>
        <w:t xml:space="preserve"> He said only "a small number of items" remain on the trade deal. </w:t>
      </w:r>
      <w:r>
        <w:rPr>
          <w:vertAlign w:val="superscript"/>
        </w:rPr>
        <w:t>[71]</w:t>
      </w:r>
      <w:r>
        <w:t xml:space="preserve"> At the SCO meeting in Dushanbe, India's defence minister said there can be "no double standards" on terrorism. </w:t>
      </w:r>
      <w:r>
        <w:rPr>
          <w:vertAlign w:val="superscript"/>
        </w:rPr>
        <w:t>[72]</w:t>
      </w:r>
    </w:p>
    <w:p>
      <w:r>
        <w:rPr>
          <w:rFonts w:ascii="Consolas" w:hAnsi="Consolas"/>
          <w:b/>
          <w:color w:val="55604B"/>
        </w:rPr>
        <w:t>Assessment:</w:t>
      </w:r>
      <w:r>
        <w:t xml:space="preserve"> New Delhi is likely to keep pushing back on the US Pakistan channel even as the trade deal nears.</w:t>
      </w:r>
    </w:p>
    <w:p>
      <w:r>
        <w:rPr>
          <w:b/>
        </w:rPr>
        <w:t>JAPAN: Takaichi government enters its second year</w:t>
      </w:r>
    </w:p>
    <w:p>
      <w:r>
        <w:t xml:space="preserve">Kyodo reports that Takaichi's government began its second year with high approval and a commanding majority, though analysts warn her standing depends on popularity rather than a factional base. </w:t>
      </w:r>
      <w:r>
        <w:rPr>
          <w:vertAlign w:val="superscript"/>
        </w:rPr>
        <w:t>[73]</w:t>
      </w:r>
    </w:p>
    <w:p>
      <w:r>
        <w:rPr>
          <w:rFonts w:ascii="Consolas" w:hAnsi="Consolas"/>
          <w:b/>
          <w:color w:val="55604B"/>
        </w:rPr>
        <w:t>Assessment:</w:t>
      </w:r>
      <w:r>
        <w:t xml:space="preserve"> Tokyo's hard line on China will likely continue.</w:t>
      </w:r>
    </w:p>
    <w:p>
      <w:r>
        <w:rPr>
          <w:i/>
        </w:rPr>
        <w:t>Collection gap: Taiwan's 20 Oct defence ministry report, the Liaoning group's position, any official Chinese statement on Keen Sword and Myanmar incidents were not confirmed.</w:t>
      </w:r>
    </w:p>
    <w:p>
      <w:pPr>
        <w:pStyle w:val="Heading1"/>
      </w:pPr>
      <w:r>
        <w:rPr>
          <w:rFonts w:ascii="Consolas" w:hAnsi="Consolas"/>
          <w:color w:val="FFB000"/>
        </w:rPr>
        <w:t xml:space="preserve">// </w:t>
      </w:r>
      <w:r>
        <w:rPr>
          <w:color w:val="282828"/>
        </w:rPr>
        <w:t>NORTHCOM</w:t>
      </w:r>
    </w:p>
    <w:p>
      <w:r>
        <w:rPr>
          <w:b/>
        </w:rPr>
        <w:t>CANADA: Eight of nine other Alberta questions pass; Smith rules out another separation vote</w:t>
      </w:r>
    </w:p>
    <w:p>
      <w:r>
        <w:t xml:space="preserve">With 90% of ballots counted on the evening of 20 Oct, unofficial results showed 75.15% to remain in Canada. Proof of citizenship to vote passed with 63.5%, and the questions on immigration control, the Senate and provincial judges also passed. Only the question on opting out of federal programs failed, with 50.61% against. </w:t>
      </w:r>
      <w:r>
        <w:rPr>
          <w:vertAlign w:val="superscript"/>
        </w:rPr>
        <w:t>[74]</w:t>
      </w:r>
      <w:r>
        <w:t xml:space="preserve"> In an address to the province, Premier Smith said there will be "no further referendum on this issue" while she is premier. </w:t>
      </w:r>
      <w:r>
        <w:rPr>
          <w:vertAlign w:val="superscript"/>
        </w:rPr>
        <w:t>[75]</w:t>
      </w:r>
      <w:r>
        <w:t xml:space="preserve"> Global News describes voters as mixed on the other questions, and official results are expected on 29 Oct. </w:t>
      </w:r>
      <w:r>
        <w:rPr>
          <w:vertAlign w:val="superscript"/>
        </w:rPr>
        <w:t>[76]</w:t>
      </w:r>
      <w:r>
        <w:rPr>
          <w:vertAlign w:val="superscript"/>
        </w:rPr>
        <w:t>[77]</w:t>
      </w:r>
    </w:p>
    <w:p>
      <w:r>
        <w:rPr>
          <w:rFonts w:ascii="Consolas" w:hAnsi="Consolas"/>
          <w:b/>
          <w:color w:val="55604B"/>
        </w:rPr>
        <w:t>Assessment:</w:t>
      </w:r>
      <w:r>
        <w:t xml:space="preserve"> Separation is off the table, but narrow wins on judges, the Senate and provincial law give Edmonton a mandate for continued friction with Ottawa.</w:t>
      </w:r>
    </w:p>
    <w:p>
      <w:r>
        <w:rPr>
          <w:b/>
        </w:rPr>
        <w:t>MEXICO: Treason hearing for ex-Chihuahua prosecutor held mostly in private</w:t>
      </w:r>
    </w:p>
    <w:p>
      <w:r>
        <w:t xml:space="preserve">At the Altiplano prison on 20 Oct, a federal judge granted the defence a 12-hour recess and ruled the hearing mostly private on national-security grounds, with only the final decision public. </w:t>
      </w:r>
      <w:r>
        <w:rPr>
          <w:vertAlign w:val="superscript"/>
        </w:rPr>
        <w:t>[78]</w:t>
      </w:r>
      <w:r>
        <w:t xml:space="preserve"> Prosecutors began setting out the treason charges after 2100 local, and the debate over precautionary measures was expected to run into 21 Oct. </w:t>
      </w:r>
      <w:r>
        <w:rPr>
          <w:vertAlign w:val="superscript"/>
        </w:rPr>
        <w:t>[79]</w:t>
      </w:r>
    </w:p>
    <w:p>
      <w:r>
        <w:rPr>
          <w:rFonts w:ascii="Consolas" w:hAnsi="Consolas"/>
          <w:b/>
          <w:color w:val="55604B"/>
        </w:rPr>
        <w:t>Assessment:</w:t>
      </w:r>
      <w:r>
        <w:t xml:space="preserve"> The closed proceedings likely point to a prosecution push for pretrial detention.</w:t>
      </w:r>
    </w:p>
    <w:p>
      <w:r>
        <w:rPr>
          <w:b/>
        </w:rPr>
        <w:t>MEXICO / US: Sheinbaum says trade deal is "very close"; new border operation agreed</w:t>
      </w:r>
    </w:p>
    <w:p>
      <w:r>
        <w:t xml:space="preserve">Sheinbaum said Mexico is close to a trade agreement that would cut US tariffs on vehicles, steel and aluminium, and that a new binational border operation has been agreed. </w:t>
      </w:r>
      <w:r>
        <w:rPr>
          <w:vertAlign w:val="superscript"/>
        </w:rPr>
        <w:t>[80]</w:t>
      </w:r>
    </w:p>
    <w:p>
      <w:r>
        <w:rPr>
          <w:rFonts w:ascii="Consolas" w:hAnsi="Consolas"/>
          <w:b/>
          <w:color w:val="55604B"/>
        </w:rPr>
        <w:t>Assessment:</w:t>
      </w:r>
      <w:r>
        <w:t xml:space="preserve"> Mexico is likely linking trade relief to border-security deliverables.</w:t>
      </w:r>
    </w:p>
    <w:p>
      <w:r>
        <w:rPr>
          <w:b/>
        </w:rPr>
        <w:t>UNITED STATES: Storm-force low off Mid-Atlantic coast</w:t>
      </w:r>
    </w:p>
    <w:p>
      <w:r>
        <w:t xml:space="preserve">NHC gives a storm-force low off the Mid-Atlantic coast a 40% chance of briefly becoming subtropical, and warns of high winds, coastal flooding and dangerous surf on the East Coast regardless. </w:t>
      </w:r>
      <w:r>
        <w:rPr>
          <w:vertAlign w:val="superscript"/>
        </w:rPr>
        <w:t>[81]</w:t>
      </w:r>
    </w:p>
    <w:p>
      <w:r>
        <w:rPr>
          <w:rFonts w:ascii="Consolas" w:hAnsi="Consolas"/>
          <w:b/>
          <w:color w:val="55604B"/>
        </w:rPr>
        <w:t>Assessment:</w:t>
      </w:r>
      <w:r>
        <w:t xml:space="preserve"> Highway 12 closures and erosion on the Outer Banks will likely continue through midweek.</w:t>
      </w:r>
    </w:p>
    <w:p>
      <w:r>
        <w:rPr>
          <w:b/>
        </w:rPr>
        <w:t>MEXICO: East Pacific depression likely within a day</w:t>
      </w:r>
    </w:p>
    <w:p>
      <w:r>
        <w:t xml:space="preserve">A low south of the Gulf of Tehuantepec has a 90% chance of becoming a tropical depression within about a day and is expected to stay well offshore. </w:t>
      </w:r>
      <w:r>
        <w:rPr>
          <w:vertAlign w:val="superscript"/>
        </w:rPr>
        <w:t>[82]</w:t>
      </w:r>
      <w:r>
        <w:t xml:space="preserve"> No cyclones were active as of 0920Z. </w:t>
      </w:r>
      <w:r>
        <w:rPr>
          <w:vertAlign w:val="superscript"/>
        </w:rPr>
        <w:t>[83]</w:t>
      </w:r>
    </w:p>
    <w:p>
      <w:r>
        <w:rPr>
          <w:rFonts w:ascii="Consolas" w:hAnsi="Consolas"/>
          <w:b/>
          <w:color w:val="55604B"/>
        </w:rPr>
        <w:t>Assessment:</w:t>
      </w:r>
      <w:r>
        <w:t xml:space="preserve"> Direct impacts on Mexico are unlikely, though swells are possible.</w:t>
      </w:r>
    </w:p>
    <w:p>
      <w:r>
        <w:rPr>
          <w:b/>
        </w:rPr>
        <w:t>UNITED STATES: Memphis council calls for ICE and National Guard to leave</w:t>
      </w:r>
    </w:p>
    <w:p>
      <w:r>
        <w:t xml:space="preserve">The Memphis City Council passed a non-binding resolution on 20 Oct calling for ICE and the National Guard to leave the city, citing a September raid and six deaths linked to a federal task force. </w:t>
      </w:r>
      <w:r>
        <w:rPr>
          <w:vertAlign w:val="superscript"/>
        </w:rPr>
        <w:t>[84]</w:t>
      </w:r>
    </w:p>
    <w:p>
      <w:r>
        <w:rPr>
          <w:rFonts w:ascii="Consolas" w:hAnsi="Consolas"/>
          <w:b/>
          <w:color w:val="55604B"/>
        </w:rPr>
        <w:t>Assessment:</w:t>
      </w:r>
      <w:r>
        <w:t xml:space="preserve"> The vote is symbolic but adds to friction over federal deployments in US cities.</w:t>
      </w:r>
    </w:p>
    <w:p>
      <w:r>
        <w:rPr>
          <w:i/>
        </w:rPr>
        <w:t>Collection gap: no official Elections Alberta release, new Wainwright findings or DHS releases from the window were found. The outcome of the Jáuregui hearing is not yet known.</w:t>
      </w:r>
    </w:p>
    <w:p>
      <w:pPr>
        <w:pStyle w:val="Heading1"/>
      </w:pPr>
      <w:r>
        <w:rPr>
          <w:rFonts w:ascii="Consolas" w:hAnsi="Consolas"/>
          <w:color w:val="FFB000"/>
        </w:rPr>
        <w:t xml:space="preserve">// </w:t>
      </w:r>
      <w:r>
        <w:rPr>
          <w:color w:val="282828"/>
        </w:rPr>
        <w:t>SOUTHCOM</w:t>
      </w:r>
    </w:p>
    <w:p>
      <w:r>
        <w:rPr>
          <w:b/>
        </w:rPr>
        <w:t>HAITI / EL SALVADOR: Four Salvadoran soldiers still missing; search leaves gang members dead</w:t>
      </w:r>
    </w:p>
    <w:p>
      <w:r>
        <w:t xml:space="preserve">The Gang Suppression Force said on 20 Oct that ground operations with helicopter support were continuing in Croix-des-Bouquets, killing several gang members and wounding four of its personnel. </w:t>
      </w:r>
      <w:r>
        <w:rPr>
          <w:vertAlign w:val="superscript"/>
        </w:rPr>
        <w:t>[85]</w:t>
      </w:r>
      <w:r>
        <w:t xml:space="preserve"> A UN official cited by the Washington Post said the four air technicians had left their base to shop and may have got lost before the 18 Oct ambush. The US ambassador says they are believed to be alive. </w:t>
      </w:r>
      <w:r>
        <w:rPr>
          <w:vertAlign w:val="superscript"/>
        </w:rPr>
        <w:t>[86]</w:t>
      </w:r>
    </w:p>
    <w:p>
      <w:r>
        <w:rPr>
          <w:rFonts w:ascii="Consolas" w:hAnsi="Consolas"/>
          <w:b/>
          <w:color w:val="55604B"/>
        </w:rPr>
        <w:t>Assessment:</w:t>
      </w:r>
      <w:r>
        <w:t xml:space="preserve"> This is likely a hostage situation, and the lapse in movement discipline raises force-protection questions for an under-strength force.</w:t>
      </w:r>
    </w:p>
    <w:p>
      <w:r>
        <w:rPr>
          <w:b/>
        </w:rPr>
        <w:t>COLOMBIA: President orders "total offensive" against ELN and FARC dissidents</w:t>
      </w:r>
    </w:p>
    <w:p>
      <w:r>
        <w:rPr>
          <w:i/>
        </w:rPr>
        <w:t>Pre-window onset:</w:t>
      </w:r>
      <w:r>
        <w:t xml:space="preserve"> After a security council in Arauca on 19 Oct, President De la Espriella ordered operations against the groups' leaders and finances, more troops on the Venezuelan border and the transfer of jailed leaders to maximum-security prisons. He ruled out talks with "narcoterroristas." </w:t>
      </w:r>
      <w:r>
        <w:rPr>
          <w:vertAlign w:val="superscript"/>
        </w:rPr>
        <w:t>[87]</w:t>
      </w:r>
    </w:p>
    <w:p>
      <w:r>
        <w:rPr>
          <w:rFonts w:ascii="Consolas" w:hAnsi="Consolas"/>
          <w:b/>
          <w:color w:val="55604B"/>
        </w:rPr>
        <w:t>Assessment:</w:t>
      </w:r>
      <w:r>
        <w:t xml:space="preserve"> More ELN attacks in Arauca and friction with Venezuela are likely.</w:t>
      </w:r>
    </w:p>
    <w:p>
      <w:r>
        <w:rPr>
          <w:b/>
        </w:rPr>
        <w:t>VENEZUELA: Machado calls nationwide protests for 22 Oct</w:t>
      </w:r>
    </w:p>
    <w:p>
      <w:r>
        <w:t xml:space="preserve">Machado's party called rallies across Venezuela from 1600 local on 22 Oct to demand a 2027 election date, her return and the release of political prisoners. </w:t>
      </w:r>
      <w:r>
        <w:rPr>
          <w:vertAlign w:val="superscript"/>
        </w:rPr>
        <w:t>[88]</w:t>
      </w:r>
    </w:p>
    <w:p>
      <w:r>
        <w:rPr>
          <w:rFonts w:ascii="Consolas" w:hAnsi="Consolas"/>
          <w:b/>
          <w:color w:val="55604B"/>
        </w:rPr>
        <w:t>Assessment:</w:t>
      </w:r>
      <w:r>
        <w:t xml:space="preserve"> The rallies will test the opposition's street strength, with a moderate risk of confrontation with security forces.</w:t>
      </w:r>
    </w:p>
    <w:p>
      <w:r>
        <w:rPr>
          <w:b/>
        </w:rPr>
        <w:t>ECUADOR / PERU: Noboa and Fujimori sign Lima declaration</w:t>
      </w:r>
    </w:p>
    <w:p>
      <w:r>
        <w:t xml:space="preserve">The two presidents agreed on 20 Oct to strengthen cooperation against organised crime and illegal mining and to prepare jointly for El Niño. </w:t>
      </w:r>
      <w:r>
        <w:rPr>
          <w:vertAlign w:val="superscript"/>
        </w:rPr>
        <w:t>[89]</w:t>
      </w:r>
    </w:p>
    <w:p>
      <w:r>
        <w:rPr>
          <w:rFonts w:ascii="Consolas" w:hAnsi="Consolas"/>
          <w:b/>
          <w:color w:val="55604B"/>
        </w:rPr>
        <w:t>Assessment:</w:t>
      </w:r>
      <w:r>
        <w:t xml:space="preserve"> The declaration has few measurable deliverables.</w:t>
      </w:r>
    </w:p>
    <w:p>
      <w:r>
        <w:rPr>
          <w:b/>
        </w:rPr>
        <w:t>BRAZIL: Quaest poll due 21 Oct</w:t>
      </w:r>
    </w:p>
    <w:p>
      <w:r>
        <w:t xml:space="preserve">The Globo-commissioned Quaest runoff poll is due on 21 Oct. Its previous poll had Flávio Bolsonaro at 46% and Lula at 44%. A TV Globo debate is set for 23 Oct. </w:t>
      </w:r>
      <w:r>
        <w:rPr>
          <w:vertAlign w:val="superscript"/>
        </w:rPr>
        <w:t>[90]</w:t>
      </w:r>
    </w:p>
    <w:p>
      <w:r>
        <w:rPr>
          <w:rFonts w:ascii="Consolas" w:hAnsi="Consolas"/>
          <w:b/>
          <w:color w:val="55604B"/>
        </w:rPr>
        <w:t>Assessment:</w:t>
      </w:r>
      <w:r>
        <w:t xml:space="preserve"> The race remains within the margin of error four days before the runoff.</w:t>
      </w:r>
    </w:p>
    <w:p>
      <w:r>
        <w:rPr>
          <w:b/>
        </w:rPr>
        <w:t>CARIBBEAN: No new US strikes on drug boats</w:t>
      </w:r>
    </w:p>
    <w:p>
      <w:r>
        <w:t xml:space="preserve">InSight Crime's tracker still lists 4 Oct as the most recent strike. </w:t>
      </w:r>
      <w:r>
        <w:rPr>
          <w:vertAlign w:val="superscript"/>
        </w:rPr>
        <w:t>[91]</w:t>
      </w:r>
    </w:p>
    <w:p>
      <w:r>
        <w:rPr>
          <w:rFonts w:ascii="Consolas" w:hAnsi="Consolas"/>
          <w:b/>
          <w:color w:val="55604B"/>
        </w:rPr>
        <w:t>Assessment:</w:t>
      </w:r>
      <w:r>
        <w:t xml:space="preserve"> The pause in announced strikes is now 17 days.</w:t>
      </w:r>
    </w:p>
    <w:p>
      <w:r>
        <w:rPr>
          <w:i/>
        </w:rPr>
        <w:t>Collection gap: the Quaest results were not yet out, and no wire reporting newer than 19 Oct on the Haiti hostages or confirmation from El Salvador's government was found.</w:t>
      </w:r>
    </w:p>
    <w:p>
      <w:pPr>
        <w:pStyle w:val="Heading1"/>
      </w:pPr>
      <w:r>
        <w:rPr>
          <w:rFonts w:ascii="Consolas" w:hAnsi="Consolas"/>
          <w:color w:val="FFB000"/>
        </w:rPr>
        <w:t xml:space="preserve">// </w:t>
      </w:r>
      <w:r>
        <w:rPr>
          <w:color w:val="282828"/>
        </w:rPr>
        <w:t>WATCH ITEMS (NEXT 72 HOURS)</w:t>
      </w:r>
    </w:p>
    <w:p>
      <w:pPr>
        <w:pStyle w:val="ListBullet"/>
      </w:pPr>
      <w:r>
        <w:t xml:space="preserve">Readout from Witkoff's meeting with Putin and any Trump-Putin summit plan. </w:t>
      </w:r>
      <w:r>
        <w:rPr>
          <w:vertAlign w:val="superscript"/>
        </w:rPr>
        <w:t>[37]</w:t>
      </w:r>
    </w:p>
    <w:p>
      <w:pPr>
        <w:pStyle w:val="ListBullet"/>
      </w:pPr>
      <w:r>
        <w:t xml:space="preserve">North Korean border deployments and any exchange of fire. </w:t>
      </w:r>
      <w:r>
        <w:rPr>
          <w:vertAlign w:val="superscript"/>
        </w:rPr>
        <w:t>[55]</w:t>
      </w:r>
    </w:p>
    <w:p>
      <w:pPr>
        <w:pStyle w:val="ListBullet"/>
      </w:pPr>
      <w:r>
        <w:t xml:space="preserve">Further ship attacks near Hormuz and Musandam. </w:t>
      </w:r>
      <w:r>
        <w:rPr>
          <w:vertAlign w:val="superscript"/>
        </w:rPr>
        <w:t>[13]</w:t>
      </w:r>
    </w:p>
    <w:p>
      <w:pPr>
        <w:pStyle w:val="ListBullet"/>
      </w:pPr>
      <w:r>
        <w:t xml:space="preserve">Ebola contact tracing in Abuja. </w:t>
      </w:r>
      <w:r>
        <w:rPr>
          <w:vertAlign w:val="superscript"/>
        </w:rPr>
        <w:t>[5]</w:t>
      </w:r>
    </w:p>
    <w:p>
      <w:pPr>
        <w:pStyle w:val="ListBullet"/>
      </w:pPr>
      <w:r>
        <w:t xml:space="preserve">Machado's protests on 22 Oct. </w:t>
      </w:r>
      <w:r>
        <w:rPr>
          <w:vertAlign w:val="superscript"/>
        </w:rPr>
        <w:t>[88]</w:t>
      </w:r>
    </w:p>
    <w:p>
      <w:pPr>
        <w:pStyle w:val="ListBullet"/>
      </w:pPr>
      <w:r>
        <w:t xml:space="preserve">Quaest (21 Oct) and Datafolha (22 Oct) polls and the 23 Oct Globo debate in Brazil. </w:t>
      </w:r>
      <w:r>
        <w:rPr>
          <w:vertAlign w:val="superscript"/>
        </w:rPr>
        <w:t>[90]</w:t>
      </w:r>
    </w:p>
    <w:p>
      <w:pPr>
        <w:pStyle w:val="ListBullet"/>
      </w:pPr>
      <w:r>
        <w:t xml:space="preserve">Fate of the four Salvadoran soldiers in Haiti. </w:t>
      </w:r>
      <w:r>
        <w:rPr>
          <w:vertAlign w:val="superscript"/>
        </w:rPr>
        <w:t>[85]</w:t>
      </w:r>
    </w:p>
    <w:p>
      <w:pPr>
        <w:pStyle w:val="ListBullet"/>
      </w:pPr>
      <w:r>
        <w:t xml:space="preserve">France's weekend protests and the military deployment. </w:t>
      </w:r>
      <w:r>
        <w:rPr>
          <w:vertAlign w:val="superscript"/>
        </w:rPr>
        <w:t>[49]</w:t>
      </w:r>
    </w:p>
    <w:p>
      <w:pPr>
        <w:pStyle w:val="Heading1"/>
      </w:pPr>
      <w:r>
        <w:rPr>
          <w:rFonts w:ascii="Consolas" w:hAnsi="Consolas"/>
          <w:color w:val="FFB000"/>
        </w:rPr>
        <w:t xml:space="preserve">// </w:t>
      </w:r>
      <w:r>
        <w:rPr>
          <w:color w:val="282828"/>
        </w:rPr>
        <w:t>SOURCE SUMMARY STATEMENT</w:t>
      </w:r>
    </w:p>
    <w:p>
      <w:r>
        <w:t>This report draws on 91 open-source items published or updated between 19 and 21 October 2026, plus one reference timeline updated on 5 October. They include international wire services (AP, AFP, Reuters, Anadolu, Yonhap, Kyodo, ANI, CNA, Europa Press) carried by Boston 25, ThePrint, Al Jazeera, Al Arabiya, Devdiscourse, Malay Mail, The Philippine Star and others; regional press (Africanews, The National, Jerusalem Post, Israel Hayom, L'Orient Today, 964media, The Nation, Kyiv Independent, The Moscow Times, RBC-Ukraine, OC Media, Korea Times, Taiwan News, Focus Taiwan, SCMP, Global News, La Jornada, UnoTV, El Diario de Hoy, Diario Libre, El Universo, O Povo); specialist outlets (gCaptain, InSight Crime); and official sources (US National Hurricane Center, Japan's Joint Staff, the Government of Alberta). Xinhua, China Daily and Global Times are Chinese state or state-affiliated media, The National is UAE state-linked, and Al Jazeera is Qatari state-funded. Several items rest on unverified claims by parties to conflicts (IRGC mine claims, Yemeni government casualty figures, North Korean statements, monitoring-channel strike reports). The Suwayda item comes from a low-reliability outlet, one Yemen toll figure from a minor aggregator, and the UN Sudan statement from a republishing site. Reuters and AP were often read through syndication; Bloomberg, UN News, Yonhap and the Chinese foreign ministry site did not load. Coverage gaps include Somalia, Myanmar and the outcome of the Witkoff-Putin meeting.</w:t>
      </w:r>
    </w:p>
    <w:p>
      <w:pPr>
        <w:pStyle w:val="Heading1"/>
      </w:pPr>
      <w:r>
        <w:rPr>
          <w:rFonts w:ascii="Consolas" w:hAnsi="Consolas"/>
          <w:color w:val="FFB000"/>
        </w:rPr>
        <w:t xml:space="preserve">// </w:t>
      </w:r>
      <w:r>
        <w:rPr>
          <w:color w:val="282828"/>
        </w:rPr>
        <w:t>ENDNOTES (ICD 206)</w:t>
      </w:r>
    </w:p>
    <w:p>
      <w:r>
        <w:rPr>
          <w:i/>
        </w:rPr>
        <w:t>All sources accessed 21 October 2026. All sources are publicly available reporting.</w:t>
      </w:r>
    </w:p>
    <w:p>
      <w:r>
        <w:rPr>
          <w:b/>
        </w:rPr>
        <w:t>AFRICOM</w:t>
      </w:r>
    </w:p>
    <w:p>
      <w:r>
        <w:rPr>
          <w:sz w:val="17"/>
          <w:vertAlign w:val="superscript"/>
        </w:rPr>
        <w:t>[1]</w:t>
      </w:r>
      <w:r>
        <w:rPr>
          <w:sz w:val="17"/>
        </w:rPr>
        <w:t xml:space="preserve"> Deng Machol; Associated Press (via Boston 25 News); "Drone strike on a market in disputed African region of Abyei kills at least 153"; 21 October 2026, 0059 EDT; </w:t>
      </w:r>
      <w:hyperlink r:id="rId10">
        <w:r>
          <w:rPr>
            <w:color w:val="8A5D00"/>
            <w:sz w:val="17"/>
          </w:rPr>
          <w:t xml:space="preserve">https://www.boston25news.com/news/world/drone-strike-market/DDEECDDNX46UNCYLVOFT25SIKU/</w:t>
        </w:r>
      </w:hyperlink>
      <w:r>
        <w:rPr>
          <w:sz w:val="17"/>
        </w:rPr>
        <w:t>; accessed 21 October 2026; Source descriptor: international wire service carried by US broadcaster.</w:t>
      </w:r>
    </w:p>
    <w:p>
      <w:r>
        <w:rPr>
          <w:sz w:val="17"/>
          <w:vertAlign w:val="superscript"/>
        </w:rPr>
        <w:t>[2]</w:t>
      </w:r>
      <w:r>
        <w:rPr>
          <w:sz w:val="17"/>
        </w:rPr>
        <w:t xml:space="preserve"> Nafisa Eltahir and Khalid Abdelaziz; Reuters (via ThePrint); "South Sudan says Sudanese drone attack killed scores in Abyei market"; 20 October 2026, 1600 IST; </w:t>
      </w:r>
      <w:hyperlink r:id="rId11">
        <w:r>
          <w:rPr>
            <w:color w:val="8A5D00"/>
            <w:sz w:val="17"/>
          </w:rPr>
          <w:t xml:space="preserve">https://theprint.in/world/south-sudan-says-sudanese-drone-attack-killed-scores-in-abyei-market/3076847/</w:t>
        </w:r>
      </w:hyperlink>
      <w:r>
        <w:rPr>
          <w:sz w:val="17"/>
        </w:rPr>
        <w:t>; accessed 21 October 2026; Source descriptor: international wire service carried by Indian digital outlet.</w:t>
      </w:r>
    </w:p>
    <w:p>
      <w:r>
        <w:rPr>
          <w:sz w:val="17"/>
          <w:vertAlign w:val="superscript"/>
        </w:rPr>
        <w:t>[3]</w:t>
      </w:r>
      <w:r>
        <w:rPr>
          <w:sz w:val="17"/>
        </w:rPr>
        <w:t xml:space="preserve"> Al Jazeera Staff with AP and Reuters; Al Jazeera; "Drone attack in disputed Sudan-South Sudan border region kills at least 153"; 21 October 2026, 0825 (time zone not stated); </w:t>
      </w:r>
      <w:hyperlink r:id="rId12">
        <w:r>
          <w:rPr>
            <w:color w:val="8A5D00"/>
            <w:sz w:val="17"/>
          </w:rPr>
          <w:t xml:space="preserve">https://www.aljazeera.com/news/2026/10/21/drone-attack-in-disputed-sudan-south-sudan-border-region-kills-at-least-153</w:t>
        </w:r>
      </w:hyperlink>
      <w:r>
        <w:rPr>
          <w:sz w:val="17"/>
        </w:rPr>
        <w:t>; accessed 21 October 2026; Source descriptor: international wire services carried by Qatari state-funded broadcaster.</w:t>
      </w:r>
    </w:p>
    <w:p>
      <w:r>
        <w:rPr>
          <w:sz w:val="17"/>
          <w:vertAlign w:val="superscript"/>
        </w:rPr>
        <w:t>[4]</w:t>
      </w:r>
      <w:r>
        <w:rPr>
          <w:sz w:val="17"/>
        </w:rPr>
        <w:t xml:space="preserve"> Staff; The National; "Sudanese army accused of drone strike in Abyei region as death toll rises to 153"; 21 October 2026, 0845Z; </w:t>
      </w:r>
      <w:hyperlink r:id="rId13">
        <w:r>
          <w:rPr>
            <w:color w:val="8A5D00"/>
            <w:sz w:val="17"/>
          </w:rPr>
          <w:t xml:space="preserve">https://www.thenationalnews.com/news/mena/2026/10/21/sudanese-army-accused-of-drone-strike-in-abyei-region-as-death-toll-rises-to-153/</w:t>
        </w:r>
      </w:hyperlink>
      <w:r>
        <w:rPr>
          <w:sz w:val="17"/>
        </w:rPr>
        <w:t>; accessed 21 October 2026; Source descriptor: UAE state-linked daily (the UAE is perceived as aligned with the RSF).</w:t>
      </w:r>
    </w:p>
    <w:p>
      <w:r>
        <w:rPr>
          <w:sz w:val="17"/>
          <w:vertAlign w:val="superscript"/>
        </w:rPr>
        <w:t>[5]</w:t>
      </w:r>
      <w:r>
        <w:rPr>
          <w:sz w:val="17"/>
        </w:rPr>
        <w:t xml:space="preserve"> Al Jazeera Staff with AFP and Reuters; Al Jazeera (via Yahoo News); "Nigeria confirms first Ebola case amid concerns about continental spread"; 20 October 2026, 1731Z; </w:t>
      </w:r>
      <w:hyperlink r:id="rId14">
        <w:r>
          <w:rPr>
            <w:color w:val="8A5D00"/>
            <w:sz w:val="17"/>
          </w:rPr>
          <w:t xml:space="preserve">https://www.yahoo.com/news/world/articles/kenya-confirms-ninth-ebola-case-173126779.html</w:t>
        </w:r>
      </w:hyperlink>
      <w:r>
        <w:rPr>
          <w:sz w:val="17"/>
        </w:rPr>
        <w:t>; accessed 21 October 2026; Source descriptor: international wire services carried by Qatari state-funded broadcaster.</w:t>
      </w:r>
    </w:p>
    <w:p>
      <w:r>
        <w:rPr>
          <w:sz w:val="17"/>
          <w:vertAlign w:val="superscript"/>
        </w:rPr>
        <w:t>[6]</w:t>
      </w:r>
      <w:r>
        <w:rPr>
          <w:sz w:val="17"/>
        </w:rPr>
        <w:t xml:space="preserve"> Staff; Africanews; "Nigeria records first Ebola case of Africa's latest outbreak"; 20 October 2026, 1956 (time zone not stated); </w:t>
      </w:r>
      <w:hyperlink r:id="rId15">
        <w:r>
          <w:rPr>
            <w:color w:val="8A5D00"/>
            <w:sz w:val="17"/>
          </w:rPr>
          <w:t xml:space="preserve">https://www.africanews.com/2026/10/20/breaking-nigeria-records-first-ebola-case-of-africas-latest-outbreak/</w:t>
        </w:r>
      </w:hyperlink>
      <w:r>
        <w:rPr>
          <w:sz w:val="17"/>
        </w:rPr>
        <w:t>; accessed 21 October 2026; Source descriptor: pan-African broadcaster; headline only viewed.</w:t>
      </w:r>
    </w:p>
    <w:p>
      <w:r>
        <w:rPr>
          <w:sz w:val="17"/>
          <w:vertAlign w:val="superscript"/>
        </w:rPr>
        <w:t>[7]</w:t>
      </w:r>
      <w:r>
        <w:rPr>
          <w:sz w:val="17"/>
        </w:rPr>
        <w:t xml:space="preserve"> Lihle Z. Mtshali; OkayAfrica; "Today in Africa — October 20, 2026"; 20 October 2026, 1447 (time zone not stated); </w:t>
      </w:r>
      <w:hyperlink r:id="rId16">
        <w:r>
          <w:rPr>
            <w:color w:val="8A5D00"/>
            <w:sz w:val="17"/>
          </w:rPr>
          <w:t xml:space="preserve">https://www.okayafrica.com/today-in-africa-october-20-2026-drone-strike-kills-more-than-150-near-sudan-south-sudan-border-dangote-plans-free-refinery-shares-for-nearly-778000-women/1440901</w:t>
        </w:r>
      </w:hyperlink>
      <w:r>
        <w:rPr>
          <w:sz w:val="17"/>
        </w:rPr>
        <w:t>; accessed 21 October 2026; Source descriptor: news digest, moderate reliability.</w:t>
      </w:r>
    </w:p>
    <w:p>
      <w:r>
        <w:rPr>
          <w:sz w:val="17"/>
          <w:vertAlign w:val="superscript"/>
        </w:rPr>
        <w:t>[8]</w:t>
      </w:r>
      <w:r>
        <w:rPr>
          <w:sz w:val="17"/>
        </w:rPr>
        <w:t xml:space="preserve"> Associated Press; CP24; "Attack by Islamic State-affiliated group in Mali kills 48 people"; 20 October 2026, 1133 EDT (updated 1435 EDT); </w:t>
      </w:r>
      <w:hyperlink r:id="rId17">
        <w:r>
          <w:rPr>
            <w:color w:val="8A5D00"/>
            <w:sz w:val="17"/>
          </w:rPr>
          <w:t xml:space="preserve">https://www.cp24.com/news/world/2026/10/20/attack-by-islamic-state-affiliated-group-in-mali-kills-48-people/</w:t>
        </w:r>
      </w:hyperlink>
      <w:r>
        <w:rPr>
          <w:sz w:val="17"/>
        </w:rPr>
        <w:t>; accessed 21 October 2026; Source descriptor: international wire service carried by Canadian broadcaster.</w:t>
      </w:r>
    </w:p>
    <w:p>
      <w:r>
        <w:rPr>
          <w:sz w:val="17"/>
          <w:vertAlign w:val="superscript"/>
        </w:rPr>
        <w:t>[9]</w:t>
      </w:r>
      <w:r>
        <w:rPr>
          <w:sz w:val="17"/>
        </w:rPr>
        <w:t xml:space="preserve"> Africanews with AFP; Africanews; "Ethiopia PM warns Eritrea of 'severe consequences' if supports enemies"; 20 October 2026, 1549 CEST; </w:t>
      </w:r>
      <w:hyperlink r:id="rId18">
        <w:r>
          <w:rPr>
            <w:color w:val="8A5D00"/>
            <w:sz w:val="17"/>
          </w:rPr>
          <w:t xml:space="preserve">https://www.africanews.com/2026/10/20/ethiopia-pm-warns-eritrea-of-severe-consequences-if-supports-enemies/</w:t>
        </w:r>
      </w:hyperlink>
      <w:r>
        <w:rPr>
          <w:sz w:val="17"/>
        </w:rPr>
        <w:t>; accessed 21 October 2026; Source descriptor: pan-African broadcaster using AFP copy.</w:t>
      </w:r>
    </w:p>
    <w:p>
      <w:r>
        <w:rPr>
          <w:sz w:val="17"/>
          <w:vertAlign w:val="superscript"/>
        </w:rPr>
        <w:t>[10]</w:t>
      </w:r>
      <w:r>
        <w:rPr>
          <w:sz w:val="17"/>
        </w:rPr>
        <w:t xml:space="preserve"> The Sting's Team; The European Sting; "UN condemns deadly wave of drone strikes in war-torn Sudan"; 20 October 2026, 0456Z; </w:t>
      </w:r>
      <w:hyperlink r:id="rId19">
        <w:r>
          <w:rPr>
            <w:color w:val="8A5D00"/>
            <w:sz w:val="17"/>
          </w:rPr>
          <w:t xml:space="preserve">https://europeansting.com/2026/10/20/un-condemns-deadly-wave-of-drone-strikes-in-war-torn-sudan/</w:t>
        </w:r>
      </w:hyperlink>
      <w:r>
        <w:rPr>
          <w:sz w:val="17"/>
        </w:rPr>
        <w:t>; accessed 21 October 2026; Source descriptor: aggregator republishing UN News material, low to moderate reliability.</w:t>
      </w:r>
    </w:p>
    <w:p>
      <w:r>
        <w:rPr>
          <w:sz w:val="17"/>
          <w:vertAlign w:val="superscript"/>
        </w:rPr>
        <w:t>[11]</w:t>
      </w:r>
      <w:r>
        <w:rPr>
          <w:sz w:val="17"/>
        </w:rPr>
        <w:t xml:space="preserve"> Staff; Security Council Report; "Sudan: Briefing and Consultations"; 15 October 2026; </w:t>
      </w:r>
      <w:hyperlink r:id="rId20">
        <w:r>
          <w:rPr>
            <w:color w:val="8A5D00"/>
            <w:sz w:val="17"/>
          </w:rPr>
          <w:t xml:space="preserve">https://www.securitycouncilreport.org/whatsinblue/2026/10/sudan-briefing-and-consultations-14.php</w:t>
        </w:r>
      </w:hyperlink>
      <w:r>
        <w:rPr>
          <w:sz w:val="17"/>
        </w:rPr>
        <w:t>; accessed 21 October 2026; Source descriptor: specialist NGO, background.</w:t>
      </w:r>
    </w:p>
    <w:p>
      <w:r>
        <w:rPr>
          <w:sz w:val="17"/>
          <w:vertAlign w:val="superscript"/>
        </w:rPr>
        <w:t>[12]</w:t>
      </w:r>
      <w:r>
        <w:rPr>
          <w:sz w:val="17"/>
        </w:rPr>
        <w:t xml:space="preserve"> Agencies; Africanews; "Burkina Faso reinstates death penalty: Justice ministry"; 21 October 2026, 0646 CEST; </w:t>
      </w:r>
      <w:hyperlink r:id="rId21">
        <w:r>
          <w:rPr>
            <w:color w:val="8A5D00"/>
            <w:sz w:val="17"/>
          </w:rPr>
          <w:t xml:space="preserve">https://www.africanews.com/2026/10/21/burkina-faso-reinstates-death-penalty-justice-ministry/</w:t>
        </w:r>
      </w:hyperlink>
      <w:r>
        <w:rPr>
          <w:sz w:val="17"/>
        </w:rPr>
        <w:t>; accessed 21 October 2026; Source descriptor: pan-African broadcaster citing state media.</w:t>
      </w:r>
    </w:p>
    <w:p>
      <w:r>
        <w:rPr>
          <w:b/>
        </w:rPr>
        <w:t>CENTCOM</w:t>
      </w:r>
    </w:p>
    <w:p>
      <w:r>
        <w:rPr>
          <w:sz w:val="17"/>
          <w:vertAlign w:val="superscript"/>
        </w:rPr>
        <w:t>[13]</w:t>
      </w:r>
      <w:r>
        <w:rPr>
          <w:sz w:val="17"/>
        </w:rPr>
        <w:t xml:space="preserve"> Reuters; Devdiscourse; "Projectile strikes tanker west of Oman's Bukha overlooking Hormuz Strait, UKMTO says"; 21 October 2026, 1403 IST; </w:t>
      </w:r>
      <w:hyperlink r:id="rId22">
        <w:r>
          <w:rPr>
            <w:color w:val="8A5D00"/>
            <w:sz w:val="17"/>
          </w:rPr>
          <w:t xml:space="preserve">https://www.devdiscourse.com/article/international/3995610-projectile-strikes-tanker-west-of-omans-bukha-overlooking-hormuz-strait-ukmto-says</w:t>
        </w:r>
      </w:hyperlink>
      <w:r>
        <w:rPr>
          <w:sz w:val="17"/>
        </w:rPr>
        <w:t>; accessed 21 October 2026; Source descriptor: international wire service via aggregator, citing UKMTO.</w:t>
      </w:r>
    </w:p>
    <w:p>
      <w:r>
        <w:rPr>
          <w:sz w:val="17"/>
          <w:vertAlign w:val="superscript"/>
        </w:rPr>
        <w:t>[14]</w:t>
      </w:r>
      <w:r>
        <w:rPr>
          <w:sz w:val="17"/>
        </w:rPr>
        <w:t xml:space="preserve"> Mike Schuler; gCaptain; "Iran Claims More Tankers Hit Mines in Hormuz, But Evidence Remains Elusive"; 20 October 2026, 1046 PDT; </w:t>
      </w:r>
      <w:hyperlink r:id="rId23">
        <w:r>
          <w:rPr>
            <w:color w:val="8A5D00"/>
            <w:sz w:val="17"/>
          </w:rPr>
          <w:t xml:space="preserve">https://gcaptain.com/iran-claims-more-tankers-hit-mines-in-hormuz-but-evidence-remains-elusive/</w:t>
        </w:r>
      </w:hyperlink>
      <w:r>
        <w:rPr>
          <w:sz w:val="17"/>
        </w:rPr>
        <w:t>; accessed 21 October 2026; Source descriptor: maritime trade press.</w:t>
      </w:r>
    </w:p>
    <w:p>
      <w:r>
        <w:rPr>
          <w:sz w:val="17"/>
          <w:vertAlign w:val="superscript"/>
        </w:rPr>
        <w:t>[15]</w:t>
      </w:r>
      <w:r>
        <w:rPr>
          <w:sz w:val="17"/>
        </w:rPr>
        <w:t xml:space="preserve"> Staff; Xinhua; "Iran's IRGC says third 'violating' tanker caught fire after hitting mine near Hormuz Strait"; 21 October 2026, 0425 CST; </w:t>
      </w:r>
      <w:hyperlink r:id="rId24">
        <w:r>
          <w:rPr>
            <w:color w:val="8A5D00"/>
            <w:sz w:val="17"/>
          </w:rPr>
          <w:t xml:space="preserve">https://english.news.cn/20261021/0fb02e6579c84b5284058528b71681ee/c.html</w:t>
        </w:r>
      </w:hyperlink>
      <w:r>
        <w:rPr>
          <w:sz w:val="17"/>
        </w:rPr>
        <w:t>; accessed 21 October 2026; Source descriptor: Chinese state news agency relaying IRGC claims.</w:t>
      </w:r>
    </w:p>
    <w:p>
      <w:r>
        <w:rPr>
          <w:sz w:val="17"/>
          <w:vertAlign w:val="superscript"/>
        </w:rPr>
        <w:t>[16]</w:t>
      </w:r>
      <w:r>
        <w:rPr>
          <w:sz w:val="17"/>
        </w:rPr>
        <w:t xml:space="preserve"> Jerusalem Post Staff; The Jerusalem Post; "Trump opposed Netanyahu's plans for renewed strikes on Iran ahead of US midterms - report"; 21 October 2026, 0802 IDT; </w:t>
      </w:r>
      <w:hyperlink r:id="rId25">
        <w:r>
          <w:rPr>
            <w:color w:val="8A5D00"/>
            <w:sz w:val="17"/>
          </w:rPr>
          <w:t xml:space="preserve">https://www.jpost.com/middle-east/iran-news/article-912360</w:t>
        </w:r>
      </w:hyperlink>
      <w:r>
        <w:rPr>
          <w:sz w:val="17"/>
        </w:rPr>
        <w:t>; accessed 21 October 2026; Source descriptor: Israeli daily relaying the Financial Times.</w:t>
      </w:r>
    </w:p>
    <w:p>
      <w:r>
        <w:rPr>
          <w:sz w:val="17"/>
          <w:vertAlign w:val="superscript"/>
        </w:rPr>
        <w:t>[17]</w:t>
      </w:r>
      <w:r>
        <w:rPr>
          <w:sz w:val="17"/>
        </w:rPr>
        <w:t xml:space="preserve"> Amichai Stein and Aaron Glick, with Reuters; The Jerusalem Post; "Netanyahu vows to eliminate Iran regime, sources tell 'Post' Trump 'very close' to renewing strikes"; 20 October 2026, 1759 IDT; </w:t>
      </w:r>
      <w:hyperlink r:id="rId26">
        <w:r>
          <w:rPr>
            <w:color w:val="8A5D00"/>
            <w:sz w:val="17"/>
          </w:rPr>
          <w:t xml:space="preserve">https://www.jpost.com/middle-east/iran-news/article-912315</w:t>
        </w:r>
      </w:hyperlink>
      <w:r>
        <w:rPr>
          <w:sz w:val="17"/>
        </w:rPr>
        <w:t>; accessed 21 October 2026; Source descriptor: Israeli daily, anonymous sourcing.</w:t>
      </w:r>
    </w:p>
    <w:p>
      <w:r>
        <w:rPr>
          <w:sz w:val="17"/>
          <w:vertAlign w:val="superscript"/>
        </w:rPr>
        <w:t>[18]</w:t>
      </w:r>
      <w:r>
        <w:rPr>
          <w:sz w:val="17"/>
        </w:rPr>
        <w:t xml:space="preserve"> Reuters; Al Arabiya English; "Iran prolongs talks in stalemate to influence US midterms, officials say"; 20 October 2026, 1435 GST; </w:t>
      </w:r>
      <w:hyperlink r:id="rId27">
        <w:r>
          <w:rPr>
            <w:color w:val="8A5D00"/>
            <w:sz w:val="17"/>
          </w:rPr>
          <w:t xml:space="preserve">https://english.alarabiya.net/News/middle-east/2026/10/20/iran-prolongs-talks-in-stalemate-to-influence-us-midterms-officials-say</w:t>
        </w:r>
      </w:hyperlink>
      <w:r>
        <w:rPr>
          <w:sz w:val="17"/>
        </w:rPr>
        <w:t>; accessed 21 October 2026; Source descriptor: international wire service carried by Saudi-owned broadcaster.</w:t>
      </w:r>
    </w:p>
    <w:p>
      <w:r>
        <w:rPr>
          <w:sz w:val="17"/>
          <w:vertAlign w:val="superscript"/>
        </w:rPr>
        <w:t>[19]</w:t>
      </w:r>
      <w:r>
        <w:rPr>
          <w:sz w:val="17"/>
        </w:rPr>
        <w:t xml:space="preserve"> News Desk; The Nation; "Pakistan Army Chief, Iran's president discuss mediation efforts in Tehran meeting"; 21 October 2026, 0219 PKT; </w:t>
      </w:r>
      <w:hyperlink r:id="rId28">
        <w:r>
          <w:rPr>
            <w:color w:val="8A5D00"/>
            <w:sz w:val="17"/>
          </w:rPr>
          <w:t xml:space="preserve">https://www.nation.com.pk/21-Oct-2026/pakistan-army-chief-iran-s-president-discuss-mediation-efforts-tehran-meeting</w:t>
        </w:r>
      </w:hyperlink>
      <w:r>
        <w:rPr>
          <w:sz w:val="17"/>
        </w:rPr>
        <w:t>; accessed 21 October 2026; Source descriptor: Pakistani daily.</w:t>
      </w:r>
    </w:p>
    <w:p>
      <w:r>
        <w:rPr>
          <w:sz w:val="17"/>
          <w:vertAlign w:val="superscript"/>
        </w:rPr>
        <w:t>[20]</w:t>
      </w:r>
      <w:r>
        <w:rPr>
          <w:sz w:val="17"/>
        </w:rPr>
        <w:t xml:space="preserve"> Yasmine Ghania and Menna Alaa El Din; Reuters (via ThePrint); "Iran's Nournews says Qatari delegation arrives in Tehran"; 20 October 2026, 2100Z; </w:t>
      </w:r>
      <w:hyperlink r:id="rId29">
        <w:r>
          <w:rPr>
            <w:color w:val="8A5D00"/>
            <w:sz w:val="17"/>
          </w:rPr>
          <w:t xml:space="preserve">https://theprint.in/world/irans-nournews-says-qatari-delegation-arrives-in-tehran/3077306/</w:t>
        </w:r>
      </w:hyperlink>
      <w:r>
        <w:rPr>
          <w:sz w:val="17"/>
        </w:rPr>
        <w:t>; accessed 21 October 2026; Source descriptor: international wire service relaying Iranian semi-official media.</w:t>
      </w:r>
    </w:p>
    <w:p>
      <w:r>
        <w:rPr>
          <w:sz w:val="17"/>
          <w:vertAlign w:val="superscript"/>
        </w:rPr>
        <w:t>[21]</w:t>
      </w:r>
      <w:r>
        <w:rPr>
          <w:sz w:val="17"/>
        </w:rPr>
        <w:t xml:space="preserve"> Shachar Kleiman and Dudi Kogan; Israel Hayom; "Third US aircraft carrier heads to Middle East as oil prices surge, Iran weighs compromise deal"; 20 October 2026, 1703 IDT; </w:t>
      </w:r>
      <w:hyperlink r:id="rId30">
        <w:r>
          <w:rPr>
            <w:color w:val="8A5D00"/>
            <w:sz w:val="17"/>
          </w:rPr>
          <w:t xml:space="preserve">https://www.israelhayom.com/2026/10/20/third-us-aircraft-carrier-heads-to-middle-east-as-oil-prices-surge-iran-weighs-compromise-deal/</w:t>
        </w:r>
      </w:hyperlink>
      <w:r>
        <w:rPr>
          <w:sz w:val="17"/>
        </w:rPr>
        <w:t>; accessed 21 October 2026; Source descriptor: Israeli daily with pro-government lean, secondhand sourcing.</w:t>
      </w:r>
    </w:p>
    <w:p>
      <w:r>
        <w:rPr>
          <w:sz w:val="17"/>
          <w:vertAlign w:val="superscript"/>
        </w:rPr>
        <w:t>[22]</w:t>
      </w:r>
      <w:r>
        <w:rPr>
          <w:sz w:val="17"/>
        </w:rPr>
        <w:t xml:space="preserve"> Sinan Mahmoud; The National; "Iraq closes major border crossing with Iran over 'security arrangements', says official"; 21 October 2026, 0805 GST (updated); </w:t>
      </w:r>
      <w:hyperlink r:id="rId31">
        <w:r>
          <w:rPr>
            <w:color w:val="8A5D00"/>
            <w:sz w:val="17"/>
          </w:rPr>
          <w:t xml:space="preserve">https://www.thenationalnews.com/news/mena/2026/10/21/iraq-closes-major-border-crossing-with-iran-over-security-arrangements-says-official/</w:t>
        </w:r>
      </w:hyperlink>
      <w:r>
        <w:rPr>
          <w:sz w:val="17"/>
        </w:rPr>
        <w:t>; accessed 21 October 2026; Source descriptor: UAE state-linked daily.</w:t>
      </w:r>
    </w:p>
    <w:p>
      <w:r>
        <w:rPr>
          <w:sz w:val="17"/>
          <w:vertAlign w:val="superscript"/>
        </w:rPr>
        <w:t>[23]</w:t>
      </w:r>
      <w:r>
        <w:rPr>
          <w:sz w:val="17"/>
        </w:rPr>
        <w:t xml:space="preserve"> Staff; 964media; "Iraq to close all border crossings with Iran gradually, starting Wednesday"; 20 October 2026, 2343 AST; </w:t>
      </w:r>
      <w:hyperlink r:id="rId32">
        <w:r>
          <w:rPr>
            <w:color w:val="8A5D00"/>
            <w:sz w:val="17"/>
          </w:rPr>
          <w:t xml:space="preserve">https://en.964media.com/54022/</w:t>
        </w:r>
      </w:hyperlink>
      <w:r>
        <w:rPr>
          <w:sz w:val="17"/>
        </w:rPr>
        <w:t>; accessed 21 October 2026; Source descriptor: Iraqi independent outlet.</w:t>
      </w:r>
    </w:p>
    <w:p>
      <w:r>
        <w:rPr>
          <w:sz w:val="17"/>
          <w:vertAlign w:val="superscript"/>
        </w:rPr>
        <w:t>[24]</w:t>
      </w:r>
      <w:r>
        <w:rPr>
          <w:sz w:val="17"/>
        </w:rPr>
        <w:t xml:space="preserve"> Reuters; Devdiscourse; "Missile fired at Iranian Kurdish opposition camp near Iraq's Erbil, security sources say"; 21 October 2026, 1325 IST; </w:t>
      </w:r>
      <w:hyperlink r:id="rId33">
        <w:r>
          <w:rPr>
            <w:color w:val="8A5D00"/>
            <w:sz w:val="17"/>
          </w:rPr>
          <w:t xml:space="preserve">https://www.devdiscourse.com/article/international/3995588-missile-fired-at-iranian-kurdish-opposition-camp-near-iraqs-erbil-security-sources-say</w:t>
        </w:r>
      </w:hyperlink>
      <w:r>
        <w:rPr>
          <w:sz w:val="17"/>
        </w:rPr>
        <w:t>; accessed 21 October 2026; Source descriptor: international wire service via aggregator.</w:t>
      </w:r>
    </w:p>
    <w:p>
      <w:r>
        <w:rPr>
          <w:sz w:val="17"/>
          <w:vertAlign w:val="superscript"/>
        </w:rPr>
        <w:t>[25]</w:t>
      </w:r>
      <w:r>
        <w:rPr>
          <w:sz w:val="17"/>
        </w:rPr>
        <w:t xml:space="preserve"> Sinan Mahmoud and Aveen Karim; The National; "Iran says Iraq has agreed to expel opposition groups from Kurdistan region"; 20 October 2026, 1612 GST (updated); </w:t>
      </w:r>
      <w:hyperlink r:id="rId34">
        <w:r>
          <w:rPr>
            <w:color w:val="8A5D00"/>
            <w:sz w:val="17"/>
          </w:rPr>
          <w:t xml:space="preserve">https://www.thenationalnews.com/news/mena/2026/10/20/iran-says-iraq-has-agreed-to-expel-iranian-kurdish-opposition-groups-from-kurdistan-region/</w:t>
        </w:r>
      </w:hyperlink>
      <w:r>
        <w:rPr>
          <w:sz w:val="17"/>
        </w:rPr>
        <w:t>; accessed 21 October 2026; Source descriptor: UAE state-linked daily.</w:t>
      </w:r>
    </w:p>
    <w:p>
      <w:r>
        <w:rPr>
          <w:sz w:val="17"/>
          <w:vertAlign w:val="superscript"/>
        </w:rPr>
        <w:t>[26]</w:t>
      </w:r>
      <w:r>
        <w:rPr>
          <w:sz w:val="17"/>
        </w:rPr>
        <w:t xml:space="preserve"> Anadolu Agency; The Express Tribune; "Saudi-led coalition says it intercepted drones targeting kingdom"; 21 October 2026, 0541Z; </w:t>
      </w:r>
      <w:hyperlink r:id="rId35">
        <w:r>
          <w:rPr>
            <w:color w:val="8A5D00"/>
            <w:sz w:val="17"/>
          </w:rPr>
          <w:t xml:space="preserve">https://tribune.com.pk/story/2636072/saudi-led-coalition-says-it-intercepted-drones-targeting-kingdom</w:t>
        </w:r>
      </w:hyperlink>
      <w:r>
        <w:rPr>
          <w:sz w:val="17"/>
        </w:rPr>
        <w:t>; accessed 21 October 2026; Source descriptor: Turkish state wire service carried by Pakistani daily.</w:t>
      </w:r>
    </w:p>
    <w:p>
      <w:r>
        <w:rPr>
          <w:sz w:val="17"/>
          <w:vertAlign w:val="superscript"/>
        </w:rPr>
        <w:t>[27]</w:t>
      </w:r>
      <w:r>
        <w:rPr>
          <w:sz w:val="17"/>
        </w:rPr>
        <w:t xml:space="preserve"> Staff; L'Orient Today; "2 p.m. recap: Israel accuses Lebanese Army, Israel-Lebanon negotiations in Tampa, Palestinians fleeing Lebanon shipwreck near Greece"; 20 October 2026, 1452 EEST; </w:t>
      </w:r>
      <w:hyperlink r:id="rId36">
        <w:r>
          <w:rPr>
            <w:color w:val="8A5D00"/>
            <w:sz w:val="17"/>
          </w:rPr>
          <w:t xml:space="preserve">https://today.lorientlejour.com/article/1551458/2-pm-recap-israeli-accuses-the-lebanese-army-israel-lebanon-negotiations-in-tampa-palestinians-fleeing-lebanon-capsize-in-mediterranean.html</w:t>
        </w:r>
      </w:hyperlink>
      <w:r>
        <w:rPr>
          <w:sz w:val="17"/>
        </w:rPr>
        <w:t>; accessed 21 October 2026; Source descriptor: Lebanese daily.</w:t>
      </w:r>
    </w:p>
    <w:p>
      <w:r>
        <w:rPr>
          <w:sz w:val="17"/>
          <w:vertAlign w:val="superscript"/>
        </w:rPr>
        <w:t>[28]</w:t>
      </w:r>
      <w:r>
        <w:rPr>
          <w:sz w:val="17"/>
        </w:rPr>
        <w:t xml:space="preserve"> Mohammad Mansour; Al Jazeera; "Yemen's Taiz faces deadly siege, as Shabwah death toll rises"; 20 October 2026, 1502 (time zone not stated); </w:t>
      </w:r>
      <w:hyperlink r:id="rId37">
        <w:r>
          <w:rPr>
            <w:color w:val="8A5D00"/>
            <w:sz w:val="17"/>
          </w:rPr>
          <w:t xml:space="preserve">https://www.aljazeera.com/news/2026/10/20/yemens-taiz-faces-deadly-siege-as-shabwah-death-toll-rises</w:t>
        </w:r>
      </w:hyperlink>
      <w:r>
        <w:rPr>
          <w:sz w:val="17"/>
        </w:rPr>
        <w:t>; accessed 21 October 2026; Source descriptor: Qatari state-funded broadcaster.</w:t>
      </w:r>
    </w:p>
    <w:p>
      <w:r>
        <w:rPr>
          <w:sz w:val="17"/>
          <w:vertAlign w:val="superscript"/>
        </w:rPr>
        <w:t>[29]</w:t>
      </w:r>
      <w:r>
        <w:rPr>
          <w:sz w:val="17"/>
        </w:rPr>
        <w:t xml:space="preserve"> BSS; Daily Waadaa; "Death toll from Houthi strike on Yemen govt camp rises to 73"; 21 October 2026, 0619 (time zone not stated); </w:t>
      </w:r>
      <w:hyperlink r:id="rId38">
        <w:r>
          <w:rPr>
            <w:color w:val="8A5D00"/>
            <w:sz w:val="17"/>
          </w:rPr>
          <w:t xml:space="preserve">https://www.dailywaadaa.com/world/2026/10/21/death-toll-from-houthi-strike-on-yemen-govt-camp-rises-to-73</w:t>
        </w:r>
      </w:hyperlink>
      <w:r>
        <w:rPr>
          <w:sz w:val="17"/>
        </w:rPr>
        <w:t>; accessed 21 October 2026; Source descriptor: Bangladeshi state wire carried by minor outlet, lower reliability.</w:t>
      </w:r>
    </w:p>
    <w:p>
      <w:r>
        <w:rPr>
          <w:sz w:val="17"/>
          <w:vertAlign w:val="superscript"/>
        </w:rPr>
        <w:t>[30]</w:t>
      </w:r>
      <w:r>
        <w:rPr>
          <w:sz w:val="17"/>
        </w:rPr>
        <w:t xml:space="preserve"> UNI; United News of India; "Yemeni forces claim gains in Taiz, say 558 Houthi fighters killed in 24 hours"; 20 October 2026, 1150 (time zone not stated); </w:t>
      </w:r>
      <w:hyperlink r:id="rId39">
        <w:r>
          <w:rPr>
            <w:color w:val="8A5D00"/>
            <w:sz w:val="17"/>
          </w:rPr>
          <w:t xml:space="preserve">https://www.uniindia.com/world/conflict-yemen-houthis-20df7/220018</w:t>
        </w:r>
      </w:hyperlink>
      <w:r>
        <w:rPr>
          <w:sz w:val="17"/>
        </w:rPr>
        <w:t>; accessed 21 October 2026; Source descriptor: Indian wire service relaying Yemeni government claims.</w:t>
      </w:r>
    </w:p>
    <w:p>
      <w:r>
        <w:rPr>
          <w:sz w:val="17"/>
          <w:vertAlign w:val="superscript"/>
        </w:rPr>
        <w:t>[31]</w:t>
      </w:r>
      <w:r>
        <w:rPr>
          <w:sz w:val="17"/>
        </w:rPr>
        <w:t xml:space="preserve"> Reuters; The Business Standard; "Iran says Saudi Arabia, Houthis have not answered mediation offer"; 21 October 2026, 0740 BST (Bangladesh); </w:t>
      </w:r>
      <w:hyperlink r:id="rId40">
        <w:r>
          <w:rPr>
            <w:color w:val="8A5D00"/>
            <w:sz w:val="17"/>
          </w:rPr>
          <w:t xml:space="preserve">https://www.tbsnews.net/worldbiz/middle-east/iran-says-saudi-arabia-houthis-have-not-answered-mediation-offer-1578896</w:t>
        </w:r>
      </w:hyperlink>
      <w:r>
        <w:rPr>
          <w:sz w:val="17"/>
        </w:rPr>
        <w:t>; accessed 21 October 2026; Source descriptor: international wire service carried by Bangladeshi daily.</w:t>
      </w:r>
    </w:p>
    <w:p>
      <w:r>
        <w:rPr>
          <w:sz w:val="17"/>
          <w:vertAlign w:val="superscript"/>
        </w:rPr>
        <w:t>[32]</w:t>
      </w:r>
      <w:r>
        <w:rPr>
          <w:sz w:val="17"/>
        </w:rPr>
        <w:t xml:space="preserve"> Aaron Glick; The Jerusalem Post; "Israeli, Lebanese delegations meet at CENTCOM's Tampa headquarters, IDF sources tell 'Post'"; 20 October 2026, 1748 IDT; </w:t>
      </w:r>
      <w:hyperlink r:id="rId41">
        <w:r>
          <w:rPr>
            <w:color w:val="8A5D00"/>
            <w:sz w:val="17"/>
          </w:rPr>
          <w:t xml:space="preserve">http://www.jpost.com/middle-east/article-912312</w:t>
        </w:r>
      </w:hyperlink>
      <w:r>
        <w:rPr>
          <w:sz w:val="17"/>
        </w:rPr>
        <w:t>; accessed 21 October 2026; Source descriptor: Israeli daily citing IDF sources.</w:t>
      </w:r>
    </w:p>
    <w:p>
      <w:r>
        <w:rPr>
          <w:sz w:val="17"/>
          <w:vertAlign w:val="superscript"/>
        </w:rPr>
        <w:t>[33]</w:t>
      </w:r>
      <w:r>
        <w:rPr>
          <w:sz w:val="17"/>
        </w:rPr>
        <w:t xml:space="preserve"> AFP; Malay Mail; "Seven Palestinians killed in Israeli strikes across Gaza despite ceasefire"; 21 October 2026, 1000 MYT; </w:t>
      </w:r>
      <w:hyperlink r:id="rId42">
        <w:r>
          <w:rPr>
            <w:color w:val="8A5D00"/>
            <w:sz w:val="17"/>
          </w:rPr>
          <w:t xml:space="preserve">https://www.malaymail.com/news/world/2026/10/21/seven-palestinians-killed-in-israeli-strikes-across-gaza-despite-ceasefire/239964</w:t>
        </w:r>
      </w:hyperlink>
      <w:r>
        <w:rPr>
          <w:sz w:val="17"/>
        </w:rPr>
        <w:t>; accessed 21 October 2026; Source descriptor: international wire service carried by Malaysian daily.</w:t>
      </w:r>
    </w:p>
    <w:p>
      <w:r>
        <w:rPr>
          <w:sz w:val="17"/>
          <w:vertAlign w:val="superscript"/>
        </w:rPr>
        <w:t>[34]</w:t>
      </w:r>
      <w:r>
        <w:rPr>
          <w:sz w:val="17"/>
        </w:rPr>
        <w:t xml:space="preserve"> Amir Bohbot and Jerusalem Post Staff; The Jerusalem Post; "Officials warn of potential pre-election Iran attack as IDF prepares for Hamas intervention" (live blog); 21 October 2026, 0849 IDT; </w:t>
      </w:r>
      <w:hyperlink r:id="rId43">
        <w:r>
          <w:rPr>
            <w:color w:val="8A5D00"/>
            <w:sz w:val="17"/>
          </w:rPr>
          <w:t xml:space="preserve">http://www.jpost.com/middle-east/iran-news/2026-10-21/live-updates-912356</w:t>
        </w:r>
      </w:hyperlink>
      <w:r>
        <w:rPr>
          <w:sz w:val="17"/>
        </w:rPr>
        <w:t>; accessed 21 October 2026; Source descriptor: Israeli daily, live blog.</w:t>
      </w:r>
    </w:p>
    <w:p>
      <w:r>
        <w:rPr>
          <w:sz w:val="17"/>
          <w:vertAlign w:val="superscript"/>
        </w:rPr>
        <w:t>[35]</w:t>
      </w:r>
      <w:r>
        <w:rPr>
          <w:sz w:val="17"/>
        </w:rPr>
        <w:t xml:space="preserve"> Global Arab Network Editorial Team; Global Arab Network; "Damascus Alarmed by Potential Druze Insurgency in Suwayda"; 20 October 2026, 1755Z; </w:t>
      </w:r>
      <w:hyperlink r:id="rId44">
        <w:r>
          <w:rPr>
            <w:color w:val="8A5D00"/>
            <w:sz w:val="17"/>
          </w:rPr>
          <w:t xml:space="preserve">https://english.globalarabnetwork.com/2026/10/20/damascus-alarmed-by-potential-druze-insurgency-in-suwayda/</w:t>
        </w:r>
      </w:hyperlink>
      <w:r>
        <w:rPr>
          <w:sz w:val="17"/>
        </w:rPr>
        <w:t>; accessed 21 October 2026; Source descriptor: minor outlet, anonymous sourcing, low reliability.</w:t>
      </w:r>
    </w:p>
    <w:p>
      <w:r>
        <w:rPr>
          <w:sz w:val="17"/>
          <w:vertAlign w:val="superscript"/>
        </w:rPr>
        <w:t>[36]</w:t>
      </w:r>
      <w:r>
        <w:rPr>
          <w:sz w:val="17"/>
        </w:rPr>
        <w:t xml:space="preserve"> Editorial; The Nation; "Province Under Siege"; 21 October 2026; </w:t>
      </w:r>
      <w:hyperlink r:id="rId45">
        <w:r>
          <w:rPr>
            <w:color w:val="8A5D00"/>
            <w:sz w:val="17"/>
          </w:rPr>
          <w:t xml:space="preserve">https://www.nation.com.pk/21-Oct-2026/province-siege</w:t>
        </w:r>
      </w:hyperlink>
      <w:r>
        <w:rPr>
          <w:sz w:val="17"/>
        </w:rPr>
        <w:t>; accessed 21 October 2026; Source descriptor: Pakistani daily, editorial.</w:t>
      </w:r>
    </w:p>
    <w:p>
      <w:r>
        <w:rPr>
          <w:b/>
        </w:rPr>
        <w:t>EUCOM</w:t>
      </w:r>
    </w:p>
    <w:p>
      <w:r>
        <w:rPr>
          <w:sz w:val="17"/>
          <w:vertAlign w:val="superscript"/>
        </w:rPr>
        <w:t>[37]</w:t>
      </w:r>
      <w:r>
        <w:rPr>
          <w:sz w:val="17"/>
        </w:rPr>
        <w:t xml:space="preserve"> Chris Powers; Kyiv Independent; "US envoy Steve Witkoff lands in St. Petersburg for Russia peace talks"; 21 October 2026, 0659Z; </w:t>
      </w:r>
      <w:hyperlink r:id="rId46">
        <w:r>
          <w:rPr>
            <w:color w:val="8A5D00"/>
            <w:sz w:val="17"/>
          </w:rPr>
          <w:t xml:space="preserve">https://kyivindependent.com/us-envoy-steve-witkoff-lands-in-st-petersburg-for-russia-peace-talks-2/</w:t>
        </w:r>
      </w:hyperlink>
      <w:r>
        <w:rPr>
          <w:sz w:val="17"/>
        </w:rPr>
        <w:t>; accessed 21 October 2026; Source descriptor: Ukrainian independent outlet.</w:t>
      </w:r>
    </w:p>
    <w:p>
      <w:r>
        <w:rPr>
          <w:sz w:val="17"/>
          <w:vertAlign w:val="superscript"/>
        </w:rPr>
        <w:t>[38]</w:t>
      </w:r>
      <w:r>
        <w:rPr>
          <w:sz w:val="17"/>
        </w:rPr>
        <w:t xml:space="preserve"> Staff; The Moscow Times; "Witkoff Arrives in St. Petersburg for Meeting With Putin"; 21 October 2026, 1109 MSK; </w:t>
      </w:r>
      <w:hyperlink r:id="rId47">
        <w:r>
          <w:rPr>
            <w:color w:val="8A5D00"/>
            <w:sz w:val="17"/>
          </w:rPr>
          <w:t xml:space="preserve">https://www.themoscowtimes.com/2026/10/21/witkoff-arrives-in-st-petersburg-for-meeting-with-putin-a94037</w:t>
        </w:r>
      </w:hyperlink>
      <w:r>
        <w:rPr>
          <w:sz w:val="17"/>
        </w:rPr>
        <w:t>; accessed 21 October 2026; Source descriptor: independent Russian outlet in exile.</w:t>
      </w:r>
    </w:p>
    <w:p>
      <w:r>
        <w:rPr>
          <w:sz w:val="17"/>
          <w:vertAlign w:val="superscript"/>
        </w:rPr>
        <w:t>[39]</w:t>
      </w:r>
      <w:r>
        <w:rPr>
          <w:sz w:val="17"/>
        </w:rPr>
        <w:t xml:space="preserve"> David Brennan; ABC News; "Witkoff arrives in St. Petersburg for Putin talks, Kremlin aide says"; 21 October 2026, 0832Z (metadata); </w:t>
      </w:r>
      <w:hyperlink r:id="rId48">
        <w:r>
          <w:rPr>
            <w:color w:val="8A5D00"/>
            <w:sz w:val="17"/>
          </w:rPr>
          <w:t xml:space="preserve">https://abcnews.com/International/witkoff-arrives-st-petersburg-putin-talks-kremlin-aide/story?id=137438106</w:t>
        </w:r>
      </w:hyperlink>
      <w:r>
        <w:rPr>
          <w:sz w:val="17"/>
        </w:rPr>
        <w:t>; accessed 21 October 2026; Source descriptor: US network.</w:t>
      </w:r>
    </w:p>
    <w:p>
      <w:r>
        <w:rPr>
          <w:sz w:val="17"/>
          <w:vertAlign w:val="superscript"/>
        </w:rPr>
        <w:t>[40]</w:t>
      </w:r>
      <w:r>
        <w:rPr>
          <w:sz w:val="17"/>
        </w:rPr>
        <w:t xml:space="preserve"> Evan Semones and Ahmed Diab; Al Jazeera; "'I don't care how it's done': Trump pressures Ukraine to cut peace deal"; 20 October 2026, 2220 (time zone not stated); </w:t>
      </w:r>
      <w:hyperlink r:id="rId49">
        <w:r>
          <w:rPr>
            <w:color w:val="8A5D00"/>
            <w:sz w:val="17"/>
          </w:rPr>
          <w:t xml:space="preserve">https://www.aljazeera.com/news/2026/10/20/i-dont-care-how-its-done-trump-pressures-ukraine-to-cut-peace-deal</w:t>
        </w:r>
      </w:hyperlink>
      <w:r>
        <w:rPr>
          <w:sz w:val="17"/>
        </w:rPr>
        <w:t>; accessed 21 October 2026; Source descriptor: Qatari state-funded broadcaster.</w:t>
      </w:r>
    </w:p>
    <w:p>
      <w:r>
        <w:rPr>
          <w:sz w:val="17"/>
          <w:vertAlign w:val="superscript"/>
        </w:rPr>
        <w:t>[41]</w:t>
      </w:r>
      <w:r>
        <w:rPr>
          <w:sz w:val="17"/>
        </w:rPr>
        <w:t xml:space="preserve"> Mared Gwyn Jones; Euronews; "Diplomatic damage control in Oslo as Zelenskyy says US intelligence sharing restored"; 21 October 2026, 0832 CEST; </w:t>
      </w:r>
      <w:hyperlink r:id="rId50">
        <w:r>
          <w:rPr>
            <w:color w:val="8A5D00"/>
            <w:sz w:val="17"/>
          </w:rPr>
          <w:t xml:space="preserve">https://www.euronews.com/2026/10/21/diplomatic-damage-control-in-oslo-as-zelenskyy-says-us-intelligence-sharing-restored</w:t>
        </w:r>
      </w:hyperlink>
      <w:r>
        <w:rPr>
          <w:sz w:val="17"/>
        </w:rPr>
        <w:t>; accessed 21 October 2026; Source descriptor: European broadcaster.</w:t>
      </w:r>
    </w:p>
    <w:p>
      <w:r>
        <w:rPr>
          <w:sz w:val="17"/>
          <w:vertAlign w:val="superscript"/>
        </w:rPr>
        <w:t>[42]</w:t>
      </w:r>
      <w:r>
        <w:rPr>
          <w:sz w:val="17"/>
        </w:rPr>
        <w:t xml:space="preserve"> Asami Terajima; Kyiv Independent; "Russian attacks kill at least 9, wound 45 across Ukraine, as yet another deadly drone attack strikes Kyiv"; 21 October 2026, 0858Z; </w:t>
      </w:r>
      <w:hyperlink r:id="rId51">
        <w:r>
          <w:rPr>
            <w:color w:val="8A5D00"/>
            <w:sz w:val="17"/>
          </w:rPr>
          <w:t xml:space="preserve">https://kyivindependent.com/russian-attacks-kill-at-least-9-wound-45-across-ukraine-as-yet-another-deadly-drone-attack-strikes-kyiv/</w:t>
        </w:r>
      </w:hyperlink>
      <w:r>
        <w:rPr>
          <w:sz w:val="17"/>
        </w:rPr>
        <w:t>; accessed 21 October 2026; Source descriptor: Ukrainian independent outlet citing officials.</w:t>
      </w:r>
    </w:p>
    <w:p>
      <w:r>
        <w:rPr>
          <w:sz w:val="17"/>
          <w:vertAlign w:val="superscript"/>
        </w:rPr>
        <w:t>[43]</w:t>
      </w:r>
      <w:r>
        <w:rPr>
          <w:sz w:val="17"/>
        </w:rPr>
        <w:t xml:space="preserve"> Kateryna Shkarlat; RBC-Ukraine; "Ballistic missiles get through: How Ukraine's air defense repelled Russia's overnight attack"; 21 October 2026, 0936 (time zone not stated); </w:t>
      </w:r>
      <w:hyperlink r:id="rId52">
        <w:r>
          <w:rPr>
            <w:color w:val="8A5D00"/>
            <w:sz w:val="17"/>
          </w:rPr>
          <w:t xml:space="preserve">https://newsukraine.rbc.ua/news/ballistic-missiles-get-through-how-ukraine-1792563253.html</w:t>
        </w:r>
      </w:hyperlink>
      <w:r>
        <w:rPr>
          <w:sz w:val="17"/>
        </w:rPr>
        <w:t>; accessed 21 October 2026; Source descriptor: Ukrainian outlet citing the Air Force.</w:t>
      </w:r>
    </w:p>
    <w:p>
      <w:r>
        <w:rPr>
          <w:sz w:val="17"/>
          <w:vertAlign w:val="superscript"/>
        </w:rPr>
        <w:t>[44]</w:t>
      </w:r>
      <w:r>
        <w:rPr>
          <w:sz w:val="17"/>
        </w:rPr>
        <w:t xml:space="preserve"> Tamara Nowakowsky; Kyiv Independent; "Russian drones kill 2 in Kharkiv Oblast, strike university building in Kremenchuk"; 21 October 2026, 0323Z; </w:t>
      </w:r>
      <w:hyperlink r:id="rId53">
        <w:r>
          <w:rPr>
            <w:color w:val="8A5D00"/>
            <w:sz w:val="17"/>
          </w:rPr>
          <w:t xml:space="preserve">https://kyivindependent.com/russian-drones-kill-2-in-kharkiv-oblast-strike-university-building-in-kremenchuk/</w:t>
        </w:r>
      </w:hyperlink>
      <w:r>
        <w:rPr>
          <w:sz w:val="17"/>
        </w:rPr>
        <w:t>; accessed 21 October 2026; Source descriptor: Ukrainian independent outlet.</w:t>
      </w:r>
    </w:p>
    <w:p>
      <w:r>
        <w:rPr>
          <w:sz w:val="17"/>
          <w:vertAlign w:val="superscript"/>
        </w:rPr>
        <w:t>[45]</w:t>
      </w:r>
      <w:r>
        <w:rPr>
          <w:sz w:val="17"/>
        </w:rPr>
        <w:t xml:space="preserve"> Jonas Heins; Kyiv Independent; "Russian drones strike Kyiv hospital, injure 5 across the city"; 20 October 2026, 1423Z; </w:t>
      </w:r>
      <w:hyperlink r:id="rId54">
        <w:r>
          <w:rPr>
            <w:color w:val="8A5D00"/>
            <w:sz w:val="17"/>
          </w:rPr>
          <w:t xml:space="preserve">https://kyivindependent.com/russian-drones-strike-kyiv-hospital-injure-5-across-the-city/</w:t>
        </w:r>
      </w:hyperlink>
      <w:r>
        <w:rPr>
          <w:sz w:val="17"/>
        </w:rPr>
        <w:t>; accessed 21 October 2026; Source descriptor: Ukrainian independent outlet.</w:t>
      </w:r>
    </w:p>
    <w:p>
      <w:r>
        <w:rPr>
          <w:sz w:val="17"/>
          <w:vertAlign w:val="superscript"/>
        </w:rPr>
        <w:t>[46]</w:t>
      </w:r>
      <w:r>
        <w:rPr>
          <w:sz w:val="17"/>
        </w:rPr>
        <w:t xml:space="preserve"> Tamara Nowakowsky; Kyiv Independent; "NATO to bolster Black Sea presence with patrol aircraft, drones after attacks on commercial ships"; 21 October 2026, 0223Z; </w:t>
      </w:r>
      <w:hyperlink r:id="rId55">
        <w:r>
          <w:rPr>
            <w:color w:val="8A5D00"/>
            <w:sz w:val="17"/>
          </w:rPr>
          <w:t xml:space="preserve">https://kyivindependent.com/nato-to-bolster-black-sea-presence-with-patrol-aircraft-drones-after-attacks-on-commercial-ships/</w:t>
        </w:r>
      </w:hyperlink>
      <w:r>
        <w:rPr>
          <w:sz w:val="17"/>
        </w:rPr>
        <w:t>; accessed 21 October 2026; Source descriptor: Ukrainian independent outlet.</w:t>
      </w:r>
    </w:p>
    <w:p>
      <w:r>
        <w:rPr>
          <w:sz w:val="17"/>
          <w:vertAlign w:val="superscript"/>
        </w:rPr>
        <w:t>[47]</w:t>
      </w:r>
      <w:r>
        <w:rPr>
          <w:sz w:val="17"/>
        </w:rPr>
        <w:t xml:space="preserve"> Simon Ormiston; Euronews; "Kallas: Russian Black Sea strikes deepen 'perfect storm' for world food supplies"; 20 October 2026, 1144 CEST (updated 1856); </w:t>
      </w:r>
      <w:hyperlink r:id="rId56">
        <w:r>
          <w:rPr>
            <w:color w:val="8A5D00"/>
            <w:sz w:val="17"/>
          </w:rPr>
          <w:t xml:space="preserve">https://www.euronews.com/2026/10/20/kallas-russian-black-sea-strikes-deepen-perfect-storm-for-world-food-supplies</w:t>
        </w:r>
      </w:hyperlink>
      <w:r>
        <w:rPr>
          <w:sz w:val="17"/>
        </w:rPr>
        <w:t>; accessed 21 October 2026; Source descriptor: European broadcaster.</w:t>
      </w:r>
    </w:p>
    <w:p>
      <w:r>
        <w:rPr>
          <w:sz w:val="17"/>
          <w:vertAlign w:val="superscript"/>
        </w:rPr>
        <w:t>[48]</w:t>
      </w:r>
      <w:r>
        <w:rPr>
          <w:sz w:val="17"/>
        </w:rPr>
        <w:t xml:space="preserve"> Chris Powers; Kyiv Independent; "Hungary blocks next step in EU membership bids of Ukraine, Moldova, no explanation given"; 20 October 2026, 1053Z; </w:t>
      </w:r>
      <w:hyperlink r:id="rId57">
        <w:r>
          <w:rPr>
            <w:color w:val="8A5D00"/>
            <w:sz w:val="17"/>
          </w:rPr>
          <w:t xml:space="preserve">https://kyivindependent.com/hungary-blocks-final-2-of-6-membership-to-do-lists-for-ukraine-and-moldova-no-explanation-given/</w:t>
        </w:r>
      </w:hyperlink>
      <w:r>
        <w:rPr>
          <w:sz w:val="17"/>
        </w:rPr>
        <w:t>; accessed 21 October 2026; Source descriptor: Ukrainian independent outlet citing diplomats.</w:t>
      </w:r>
    </w:p>
    <w:p>
      <w:r>
        <w:rPr>
          <w:sz w:val="17"/>
          <w:vertAlign w:val="superscript"/>
        </w:rPr>
        <w:t>[49]</w:t>
      </w:r>
      <w:r>
        <w:rPr>
          <w:sz w:val="17"/>
        </w:rPr>
        <w:t xml:space="preserve"> Reuters and AP; ABC News (Australia); "Troops deployed and curfews enforced to quell riots across France"; 20 October 2026, 1655Z; </w:t>
      </w:r>
      <w:hyperlink r:id="rId58">
        <w:r>
          <w:rPr>
            <w:color w:val="8A5D00"/>
            <w:sz w:val="17"/>
          </w:rPr>
          <w:t xml:space="preserve">https://www.abc.net.au/news/2026-10-21/troops-deployed-and-curfews-implemented-to-quell-france-riots/107290576</w:t>
        </w:r>
      </w:hyperlink>
      <w:r>
        <w:rPr>
          <w:sz w:val="17"/>
        </w:rPr>
        <w:t>; accessed 21 October 2026; Source descriptor: Australian public broadcaster using wire copy.</w:t>
      </w:r>
    </w:p>
    <w:p>
      <w:r>
        <w:rPr>
          <w:sz w:val="17"/>
          <w:vertAlign w:val="superscript"/>
        </w:rPr>
        <w:t>[50]</w:t>
      </w:r>
      <w:r>
        <w:rPr>
          <w:sz w:val="17"/>
        </w:rPr>
        <w:t xml:space="preserve"> Adnan Leal; Euronews; "Europe Today: France to deploy army before weekend protests as Italy tightens powers"; 21 October 2026, 0802 CEST; </w:t>
      </w:r>
      <w:hyperlink r:id="rId59">
        <w:r>
          <w:rPr>
            <w:color w:val="8A5D00"/>
            <w:sz w:val="17"/>
          </w:rPr>
          <w:t xml:space="preserve">https://www.euronews.com/2026/10/21/europe-today-france-to-deploy-army-before-weekend-protests-as-italy-tightens-powers</w:t>
        </w:r>
      </w:hyperlink>
      <w:r>
        <w:rPr>
          <w:sz w:val="17"/>
        </w:rPr>
        <w:t>; accessed 21 October 2026; Source descriptor: European broadcaster.</w:t>
      </w:r>
    </w:p>
    <w:p>
      <w:r>
        <w:rPr>
          <w:sz w:val="17"/>
          <w:vertAlign w:val="superscript"/>
        </w:rPr>
        <w:t>[51]</w:t>
      </w:r>
      <w:r>
        <w:rPr>
          <w:sz w:val="17"/>
        </w:rPr>
        <w:t xml:space="preserve"> Jeremiah Fisayo-Bambi; Euronews; "New Romanian prime minister Luca Niculescu and cabinet members sworn in"; 21 October 2026, 0616 CEST; </w:t>
      </w:r>
      <w:hyperlink r:id="rId60">
        <w:r>
          <w:rPr>
            <w:color w:val="8A5D00"/>
            <w:sz w:val="17"/>
          </w:rPr>
          <w:t xml:space="preserve">https://www.euronews.com/2026/10/21/new-romanian-prime-minister-luca-niculescu-and-cabinet-members-sworn-in</w:t>
        </w:r>
      </w:hyperlink>
      <w:r>
        <w:rPr>
          <w:sz w:val="17"/>
        </w:rPr>
        <w:t>; accessed 21 October 2026; Source descriptor: European broadcaster.</w:t>
      </w:r>
    </w:p>
    <w:p>
      <w:r>
        <w:rPr>
          <w:sz w:val="17"/>
          <w:vertAlign w:val="superscript"/>
        </w:rPr>
        <w:t>[52]</w:t>
      </w:r>
      <w:r>
        <w:rPr>
          <w:sz w:val="17"/>
        </w:rPr>
        <w:t xml:space="preserve"> Lana Kokaia; OC Media; "Georgia claims EU criticism of opposition ban is 'interfering' in internal affairs"; 20 October 2026, 0951Z; </w:t>
      </w:r>
      <w:hyperlink r:id="rId61">
        <w:r>
          <w:rPr>
            <w:color w:val="8A5D00"/>
            <w:sz w:val="17"/>
          </w:rPr>
          <w:t xml:space="preserve">https://oc-media.org/georgia-claims-eu-criticism-of-opposition-ban-is-interfering-in-internal-affairs/</w:t>
        </w:r>
      </w:hyperlink>
      <w:r>
        <w:rPr>
          <w:sz w:val="17"/>
        </w:rPr>
        <w:t>; accessed 21 October 2026; Source descriptor: independent Caucasus outlet.</w:t>
      </w:r>
    </w:p>
    <w:p>
      <w:r>
        <w:rPr>
          <w:sz w:val="17"/>
          <w:vertAlign w:val="superscript"/>
        </w:rPr>
        <w:t>[53]</w:t>
      </w:r>
      <w:r>
        <w:rPr>
          <w:sz w:val="17"/>
        </w:rPr>
        <w:t xml:space="preserve"> Volodymyr Ivanyshyn; Kyiv Independent; "Ukrainian forces reportedly strike energy infrastructure in occupied Donetsk Oblast, Luhansk telecom site"; 20 October 2026, 2325Z; </w:t>
      </w:r>
      <w:hyperlink r:id="rId62">
        <w:r>
          <w:rPr>
            <w:color w:val="8A5D00"/>
            <w:sz w:val="17"/>
          </w:rPr>
          <w:t xml:space="preserve">https://kyivindependent.com/ukrainian-forces-reportedly-strike-energy-infrastructure-in-occupied-donetsk-oblast-blackouts-in-crimea/</w:t>
        </w:r>
      </w:hyperlink>
      <w:r>
        <w:rPr>
          <w:sz w:val="17"/>
        </w:rPr>
        <w:t>; accessed 21 October 2026; Source descriptor: Ukrainian independent outlet relaying Telegram monitoring channels, low reliability.</w:t>
      </w:r>
    </w:p>
    <w:p>
      <w:r>
        <w:rPr>
          <w:sz w:val="17"/>
          <w:vertAlign w:val="superscript"/>
        </w:rPr>
        <w:t>[54]</w:t>
      </w:r>
      <w:r>
        <w:rPr>
          <w:sz w:val="17"/>
        </w:rPr>
        <w:t xml:space="preserve"> Tania Myronyshena; Kyiv Independent; "Ukraine war latest: Drone strikes on Yandex data centers disrupt Russian court hearings, media reports"; 20 October 2026, 1821Z; </w:t>
      </w:r>
      <w:hyperlink r:id="rId63">
        <w:r>
          <w:rPr>
            <w:color w:val="8A5D00"/>
            <w:sz w:val="17"/>
          </w:rPr>
          <w:t xml:space="preserve">https://kyivindependent.com/ukraine-war-latest-drone-strikes-on-yandex-data-centers-disrupt-russian-court-hearings-media-reports/</w:t>
        </w:r>
      </w:hyperlink>
      <w:r>
        <w:rPr>
          <w:sz w:val="17"/>
        </w:rPr>
        <w:t>; accessed 21 October 2026; Source descriptor: Ukrainian independent outlet citing Verstka.</w:t>
      </w:r>
    </w:p>
    <w:p>
      <w:r>
        <w:rPr>
          <w:b/>
        </w:rPr>
        <w:t>INDOPACOM</w:t>
      </w:r>
    </w:p>
    <w:p>
      <w:r>
        <w:rPr>
          <w:sz w:val="17"/>
          <w:vertAlign w:val="superscript"/>
        </w:rPr>
        <w:t>[55]</w:t>
      </w:r>
      <w:r>
        <w:rPr>
          <w:sz w:val="17"/>
        </w:rPr>
        <w:t xml:space="preserve"> Joyce Lee; Reuters (via WHBL); "North Korea tells border troops to take 'resolute action' if South threatens their safety"; 21 October 2026, about 0634Z; </w:t>
      </w:r>
      <w:hyperlink r:id="rId64">
        <w:r>
          <w:rPr>
            <w:color w:val="8A5D00"/>
            <w:sz w:val="17"/>
          </w:rPr>
          <w:t xml:space="preserve">https://whbl.com/2026/10/21/north-korean-army-chief-inspects-border-with-south-korea-says-troops-must-act-if-enemy-provokes/</w:t>
        </w:r>
      </w:hyperlink>
      <w:r>
        <w:rPr>
          <w:sz w:val="17"/>
        </w:rPr>
        <w:t>; accessed 21 October 2026; Source descriptor: international wire service carried by US radio station, relaying North Korean state media.</w:t>
      </w:r>
    </w:p>
    <w:p>
      <w:r>
        <w:rPr>
          <w:sz w:val="17"/>
          <w:vertAlign w:val="superscript"/>
        </w:rPr>
        <w:t>[56]</w:t>
      </w:r>
      <w:r>
        <w:rPr>
          <w:sz w:val="17"/>
        </w:rPr>
        <w:t xml:space="preserve"> Staff (Yonhap); The Korea Times; "NK leader's sister, military marshal inspect border fortification site, warn of 'overwhelming' responses"; 21 October 2026, 1616 KST; </w:t>
      </w:r>
      <w:hyperlink r:id="rId65">
        <w:r>
          <w:rPr>
            <w:color w:val="8A5D00"/>
            <w:sz w:val="17"/>
          </w:rPr>
          <w:t xml:space="preserve">https://www.koreatimes.co.kr/foreignaffairs/northkorea/20261021/nk-leaders-sister-military-marshal-inspect-border-fortification-site-warn-of-overwhelming-responses</w:t>
        </w:r>
      </w:hyperlink>
      <w:r>
        <w:rPr>
          <w:sz w:val="17"/>
        </w:rPr>
        <w:t>; accessed 21 October 2026; Source descriptor: South Korean wire service carried by South Korean daily.</w:t>
      </w:r>
    </w:p>
    <w:p>
      <w:r>
        <w:rPr>
          <w:sz w:val="17"/>
          <w:vertAlign w:val="superscript"/>
        </w:rPr>
        <w:t>[57]</w:t>
      </w:r>
      <w:r>
        <w:rPr>
          <w:sz w:val="17"/>
        </w:rPr>
        <w:t xml:space="preserve"> Yoo Ju-hee; Seoul Economic Daily; "Kim Yo-jong Inspects Border Fortification as Pak Jong-chon Vows Immediate Retaliation"; 21 October 2026, 1741 KST; </w:t>
      </w:r>
      <w:hyperlink r:id="rId66">
        <w:r>
          <w:rPr>
            <w:color w:val="8A5D00"/>
            <w:sz w:val="17"/>
          </w:rPr>
          <w:t xml:space="preserve">https://en.sedaily.com/politics/2026/10/21/kim-yo-jong-vows-immediate-retaliation-at-border</w:t>
        </w:r>
      </w:hyperlink>
      <w:r>
        <w:rPr>
          <w:sz w:val="17"/>
        </w:rPr>
        <w:t>; accessed 21 October 2026; Source descriptor: South Korean business daily relaying North Korean state media.</w:t>
      </w:r>
    </w:p>
    <w:p>
      <w:r>
        <w:rPr>
          <w:sz w:val="17"/>
          <w:vertAlign w:val="superscript"/>
        </w:rPr>
        <w:t>[58]</w:t>
      </w:r>
      <w:r>
        <w:rPr>
          <w:sz w:val="17"/>
        </w:rPr>
        <w:t xml:space="preserve"> Staff; Taiwan News; "Taiwan tracks 29 Chinese military aircraft, 15 ships"; 21 October 2026, 0934 CST; </w:t>
      </w:r>
      <w:hyperlink r:id="rId67">
        <w:r>
          <w:rPr>
            <w:color w:val="8A5D00"/>
            <w:sz w:val="17"/>
          </w:rPr>
          <w:t xml:space="preserve">https://www.taiwannews.com.tw/news/6462120</w:t>
        </w:r>
      </w:hyperlink>
      <w:r>
        <w:rPr>
          <w:sz w:val="17"/>
        </w:rPr>
        <w:t>; accessed 21 October 2026; Source descriptor: Taiwanese outlet relaying the defence ministry.</w:t>
      </w:r>
    </w:p>
    <w:p>
      <w:r>
        <w:rPr>
          <w:sz w:val="17"/>
          <w:vertAlign w:val="superscript"/>
        </w:rPr>
        <w:t>[59]</w:t>
      </w:r>
      <w:r>
        <w:rPr>
          <w:sz w:val="17"/>
        </w:rPr>
        <w:t xml:space="preserve"> Amber Wang; South China Morning Post; "Chinese military vessels and spy drones track Keen Sword war games off Japan"; 20 October 2026, 2000 HKT; </w:t>
      </w:r>
      <w:hyperlink r:id="rId68">
        <w:r>
          <w:rPr>
            <w:color w:val="8A5D00"/>
            <w:sz w:val="17"/>
          </w:rPr>
          <w:t xml:space="preserve">https://www.scmp.com/news/china/politics/article/3371525/chinese-military-vessels-and-spy-drones-track-keen-sword-war-games-japan</w:t>
        </w:r>
      </w:hyperlink>
      <w:r>
        <w:rPr>
          <w:sz w:val="17"/>
        </w:rPr>
        <w:t>; accessed 21 October 2026; Source descriptor: Hong Kong daily.</w:t>
      </w:r>
    </w:p>
    <w:p>
      <w:r>
        <w:rPr>
          <w:sz w:val="17"/>
          <w:vertAlign w:val="superscript"/>
        </w:rPr>
        <w:t>[60]</w:t>
      </w:r>
      <w:r>
        <w:rPr>
          <w:sz w:val="17"/>
        </w:rPr>
        <w:t xml:space="preserve"> Japan Joint Staff Office; "中国海軍艦艇の動向について（ジャンカイⅡ／大隅海峡東進）" (Movements of Chinese Navy vessels: Jiangkai II, Osumi Strait eastbound); 20 October 2026; </w:t>
      </w:r>
      <w:hyperlink r:id="rId69">
        <w:r>
          <w:rPr>
            <w:color w:val="8A5D00"/>
            <w:sz w:val="17"/>
          </w:rPr>
          <w:t xml:space="preserve">https://www.mod.go.jp/js/pdf/2026/p20261020_01.pdf</w:t>
        </w:r>
      </w:hyperlink>
      <w:r>
        <w:rPr>
          <w:sz w:val="17"/>
        </w:rPr>
        <w:t>; accessed 21 October 2026; Source descriptor: official Japanese government release.</w:t>
      </w:r>
    </w:p>
    <w:p>
      <w:r>
        <w:rPr>
          <w:sz w:val="17"/>
          <w:vertAlign w:val="superscript"/>
        </w:rPr>
        <w:t>[61]</w:t>
      </w:r>
      <w:r>
        <w:rPr>
          <w:sz w:val="17"/>
        </w:rPr>
        <w:t xml:space="preserve"> Liang Rui; Global Times; "Chinese expert calls Japan's six reports on PLA activities over two days sensationalism aimed at justifying own military buildup"; 20 October 2026, 2231 CST; </w:t>
      </w:r>
      <w:hyperlink r:id="rId70">
        <w:r>
          <w:rPr>
            <w:color w:val="8A5D00"/>
            <w:sz w:val="17"/>
          </w:rPr>
          <w:t xml:space="preserve">https://www.globaltimes.cn/page/202610/1372657.shtml</w:t>
        </w:r>
      </w:hyperlink>
      <w:r>
        <w:rPr>
          <w:sz w:val="17"/>
        </w:rPr>
        <w:t>; accessed 21 October 2026; Source descriptor: Chinese state-affiliated media.</w:t>
      </w:r>
    </w:p>
    <w:p>
      <w:r>
        <w:rPr>
          <w:sz w:val="17"/>
          <w:vertAlign w:val="superscript"/>
        </w:rPr>
        <w:t>[62]</w:t>
      </w:r>
      <w:r>
        <w:rPr>
          <w:sz w:val="17"/>
        </w:rPr>
        <w:t xml:space="preserve"> Staff (AFP); The Philippine Star; "China says tracked US Navy ship in disputed waters"; 21 October 2026, 0833 PHT; </w:t>
      </w:r>
      <w:hyperlink r:id="rId71">
        <w:r>
          <w:rPr>
            <w:color w:val="8A5D00"/>
            <w:sz w:val="17"/>
          </w:rPr>
          <w:t xml:space="preserve">https://www.philstar.com/headlines/2026/10/21/2564765/china-says-tracked-us-navy-ship-disputed-waters</w:t>
        </w:r>
      </w:hyperlink>
      <w:r>
        <w:rPr>
          <w:sz w:val="17"/>
        </w:rPr>
        <w:t>; accessed 21 October 2026; Source descriptor: international wire service carried by Philippine daily.</w:t>
      </w:r>
    </w:p>
    <w:p>
      <w:r>
        <w:rPr>
          <w:sz w:val="17"/>
          <w:vertAlign w:val="superscript"/>
        </w:rPr>
        <w:t>[63]</w:t>
      </w:r>
      <w:r>
        <w:rPr>
          <w:sz w:val="17"/>
        </w:rPr>
        <w:t xml:space="preserve"> Staff (Reuters); The Standard; "Chinese navy says US ship near Sabina Shoal jeopardized maritime security"; 20 October 2026; </w:t>
      </w:r>
      <w:hyperlink r:id="rId72">
        <w:r>
          <w:rPr>
            <w:color w:val="8A5D00"/>
            <w:sz w:val="17"/>
          </w:rPr>
          <w:t xml:space="preserve">https://www.thestandard.com.hk/china/article/345927/Chinese-navy-says-US-ship-near-Sabina-Shoal-jeopardized-maritime-security</w:t>
        </w:r>
      </w:hyperlink>
      <w:r>
        <w:rPr>
          <w:sz w:val="17"/>
        </w:rPr>
        <w:t>; accessed 21 October 2026; Source descriptor: international wire service carried by Hong Kong daily.</w:t>
      </w:r>
    </w:p>
    <w:p>
      <w:r>
        <w:rPr>
          <w:sz w:val="17"/>
          <w:vertAlign w:val="superscript"/>
        </w:rPr>
        <w:t>[64]</w:t>
      </w:r>
      <w:r>
        <w:rPr>
          <w:sz w:val="17"/>
        </w:rPr>
        <w:t xml:space="preserve"> Li Shangyi; China Daily Asia; "Chinese military responds to USS Charleston's incursion near Nansha Islands"; 20 October 2026, 1549 HKT; </w:t>
      </w:r>
      <w:hyperlink r:id="rId73">
        <w:r>
          <w:rPr>
            <w:color w:val="8A5D00"/>
            <w:sz w:val="17"/>
          </w:rPr>
          <w:t xml:space="preserve">https://www.chinadailyasia.com/hk/article/641391</w:t>
        </w:r>
      </w:hyperlink>
      <w:r>
        <w:rPr>
          <w:sz w:val="17"/>
        </w:rPr>
        <w:t>; accessed 21 October 2026; Source descriptor: Chinese state media.</w:t>
      </w:r>
    </w:p>
    <w:p>
      <w:r>
        <w:rPr>
          <w:sz w:val="17"/>
          <w:vertAlign w:val="superscript"/>
        </w:rPr>
        <w:t>[65]</w:t>
      </w:r>
      <w:r>
        <w:rPr>
          <w:sz w:val="17"/>
        </w:rPr>
        <w:t xml:space="preserve"> Cristina Chi; Philstar.com; "Second Senate resolution seeking China ambassador's expulsion filed"; 20 October 2026, 1532 PHT; </w:t>
      </w:r>
      <w:hyperlink r:id="rId74">
        <w:r>
          <w:rPr>
            <w:color w:val="8A5D00"/>
            <w:sz w:val="17"/>
          </w:rPr>
          <w:t xml:space="preserve">https://www.philstar.com/headlines/2026/10/20/2564550/second-senate-resolution-seeking-china-ambassadors-expulsion-filed</w:t>
        </w:r>
      </w:hyperlink>
      <w:r>
        <w:rPr>
          <w:sz w:val="17"/>
        </w:rPr>
        <w:t>; accessed 21 October 2026; Source descriptor: Philippine daily.</w:t>
      </w:r>
    </w:p>
    <w:p>
      <w:r>
        <w:rPr>
          <w:sz w:val="17"/>
          <w:vertAlign w:val="superscript"/>
        </w:rPr>
        <w:t>[66]</w:t>
      </w:r>
      <w:r>
        <w:rPr>
          <w:sz w:val="17"/>
        </w:rPr>
        <w:t xml:space="preserve"> Helen Flores; The Philippine Star; "Palace on envoy row: Apology can't be forced"; 21 October 2026, 0000 PHT; </w:t>
      </w:r>
      <w:hyperlink r:id="rId75">
        <w:r>
          <w:rPr>
            <w:color w:val="8A5D00"/>
            <w:sz w:val="17"/>
          </w:rPr>
          <w:t xml:space="preserve">https://www.philstar.com/headlines/2026/10/21/2564730/palace-envoy-row-apology-cant-be-forced</w:t>
        </w:r>
      </w:hyperlink>
      <w:r>
        <w:rPr>
          <w:sz w:val="17"/>
        </w:rPr>
        <w:t>; accessed 21 October 2026; Source descriptor: Philippine daily.</w:t>
      </w:r>
    </w:p>
    <w:p>
      <w:r>
        <w:rPr>
          <w:sz w:val="17"/>
          <w:vertAlign w:val="superscript"/>
        </w:rPr>
        <w:t>[67]</w:t>
      </w:r>
      <w:r>
        <w:rPr>
          <w:sz w:val="17"/>
        </w:rPr>
        <w:t xml:space="preserve"> Helen Flores and Pia Lee-Brago; The Philippine Star; "Marcos, Japan PM discuss bilateral ties, ASEAN Summit"; 21 October 2026, 0000 PHT; </w:t>
      </w:r>
      <w:hyperlink r:id="rId76">
        <w:r>
          <w:rPr>
            <w:color w:val="8A5D00"/>
            <w:sz w:val="17"/>
          </w:rPr>
          <w:t xml:space="preserve">https://www.philstar.com/headlines/2026/10/21/2564729/marcos-japan-pm-discuss-bilateral-ties-asean-summit</w:t>
        </w:r>
      </w:hyperlink>
      <w:r>
        <w:rPr>
          <w:sz w:val="17"/>
        </w:rPr>
        <w:t>; accessed 21 October 2026; Source descriptor: Philippine daily.</w:t>
      </w:r>
    </w:p>
    <w:p>
      <w:r>
        <w:rPr>
          <w:sz w:val="17"/>
          <w:vertAlign w:val="superscript"/>
        </w:rPr>
        <w:t>[68]</w:t>
      </w:r>
      <w:r>
        <w:rPr>
          <w:sz w:val="17"/>
        </w:rPr>
        <w:t xml:space="preserve"> Tseng Yi-ning and Wu Kuan-hsien (CNA); Focus Taiwan; "Taiwan-donated patrol vessel will not patrol waters near Taiwan: Premier"; 20 October 2026, 1914 CST; </w:t>
      </w:r>
      <w:hyperlink r:id="rId77">
        <w:r>
          <w:rPr>
            <w:color w:val="8A5D00"/>
            <w:sz w:val="17"/>
          </w:rPr>
          <w:t xml:space="preserve">https://focustaiwan.tw/politics/202610200022</w:t>
        </w:r>
      </w:hyperlink>
      <w:r>
        <w:rPr>
          <w:sz w:val="17"/>
        </w:rPr>
        <w:t>; accessed 21 October 2026; Source descriptor: Taiwanese state-owned news agency.</w:t>
      </w:r>
    </w:p>
    <w:p>
      <w:r>
        <w:rPr>
          <w:sz w:val="17"/>
          <w:vertAlign w:val="superscript"/>
        </w:rPr>
        <w:t>[69]</w:t>
      </w:r>
      <w:r>
        <w:rPr>
          <w:sz w:val="17"/>
        </w:rPr>
        <w:t xml:space="preserve"> Staff; Taiwan News; "Taiwan outlines limits on Philippine use of donated patrol vessel"; 21 October 2026, 1549 CST; </w:t>
      </w:r>
      <w:hyperlink r:id="rId78">
        <w:r>
          <w:rPr>
            <w:color w:val="8A5D00"/>
            <w:sz w:val="17"/>
          </w:rPr>
          <w:t xml:space="preserve">https://www.taiwannews.com.tw/en/news/6462347</w:t>
        </w:r>
      </w:hyperlink>
      <w:r>
        <w:rPr>
          <w:sz w:val="17"/>
        </w:rPr>
        <w:t>; accessed 21 October 2026; Source descriptor: Taiwanese outlet.</w:t>
      </w:r>
    </w:p>
    <w:p>
      <w:r>
        <w:rPr>
          <w:sz w:val="17"/>
          <w:vertAlign w:val="superscript"/>
        </w:rPr>
        <w:t>[70]</w:t>
      </w:r>
      <w:r>
        <w:rPr>
          <w:sz w:val="17"/>
        </w:rPr>
        <w:t xml:space="preserve"> Staff; ANI; "Ties with Pakistan can help US discourage things India is worried about: Marco Rubio"; 20 October 2026, 2221 IST; </w:t>
      </w:r>
      <w:hyperlink r:id="rId79">
        <w:r>
          <w:rPr>
            <w:color w:val="8A5D00"/>
            <w:sz w:val="17"/>
          </w:rPr>
          <w:t xml:space="preserve">https://aninews.in/news/world/asia/ties-with-pakistan-can-help-us-discourage-things-india-is-worried-about-marco-rubio20261020222151</w:t>
        </w:r>
      </w:hyperlink>
      <w:r>
        <w:rPr>
          <w:sz w:val="17"/>
        </w:rPr>
        <w:t>; accessed 21 October 2026; Source descriptor: Indian wire service.</w:t>
      </w:r>
    </w:p>
    <w:p>
      <w:r>
        <w:rPr>
          <w:sz w:val="17"/>
          <w:vertAlign w:val="superscript"/>
        </w:rPr>
        <w:t>[71]</w:t>
      </w:r>
      <w:r>
        <w:rPr>
          <w:sz w:val="17"/>
        </w:rPr>
        <w:t xml:space="preserve"> Staff; ANI; "'As close as you can be': Marco Rubio says India-US trade deal nearing completion, announcement expected soon"; 20 October 2026, 1716 IST; </w:t>
      </w:r>
      <w:hyperlink r:id="rId80">
        <w:r>
          <w:rPr>
            <w:color w:val="8A5D00"/>
            <w:sz w:val="17"/>
          </w:rPr>
          <w:t xml:space="preserve">https://aninews.in/news/world/asia/as-close-as-you-can-be-marco-rubio-says-india-us-trade-deal-nearing-completion-announcement-expected-soon20261020171655</w:t>
        </w:r>
      </w:hyperlink>
      <w:r>
        <w:rPr>
          <w:sz w:val="17"/>
        </w:rPr>
        <w:t>; accessed 21 October 2026; Source descriptor: Indian wire service.</w:t>
      </w:r>
    </w:p>
    <w:p>
      <w:r>
        <w:rPr>
          <w:sz w:val="17"/>
          <w:vertAlign w:val="superscript"/>
        </w:rPr>
        <w:t>[72]</w:t>
      </w:r>
      <w:r>
        <w:rPr>
          <w:sz w:val="17"/>
        </w:rPr>
        <w:t xml:space="preserve"> Staff; ANI; "Connectivity must respect sovereignty, territorial integrity of all countries: Defence Minister Rajnath Singh at SCO meet"; 20 October 2026, 1439 IST; </w:t>
      </w:r>
      <w:hyperlink r:id="rId81">
        <w:r>
          <w:rPr>
            <w:color w:val="8A5D00"/>
            <w:sz w:val="17"/>
          </w:rPr>
          <w:t xml:space="preserve">https://aninews.in/news/world/asia/connectivity-must-respect-sovereignty-territorial-integrity-of-all-countries-defence-minister-rajnath-singh-at-sco-meet20261020143930</w:t>
        </w:r>
      </w:hyperlink>
      <w:r>
        <w:rPr>
          <w:sz w:val="17"/>
        </w:rPr>
        <w:t>; accessed 21 October 2026; Source descriptor: Indian wire service.</w:t>
      </w:r>
    </w:p>
    <w:p>
      <w:r>
        <w:rPr>
          <w:sz w:val="17"/>
          <w:vertAlign w:val="superscript"/>
        </w:rPr>
        <w:t>[73]</w:t>
      </w:r>
      <w:r>
        <w:rPr>
          <w:sz w:val="17"/>
        </w:rPr>
        <w:t xml:space="preserve"> Staff (Kyodo); South China Morning Post; "In Japan, Takaichi's first-year leadership style threatens hold on power"; 21 October 2026, 0917 HKT; </w:t>
      </w:r>
      <w:hyperlink r:id="rId82">
        <w:r>
          <w:rPr>
            <w:color w:val="8A5D00"/>
            <w:sz w:val="17"/>
          </w:rPr>
          <w:t xml:space="preserve">https://www.scmp.com/news/asia/east-asia/article/3371567/japan-takaichis-first-year-leadership-style-threatens-hold-power</w:t>
        </w:r>
      </w:hyperlink>
      <w:r>
        <w:rPr>
          <w:sz w:val="17"/>
        </w:rPr>
        <w:t>; accessed 21 October 2026; Source descriptor: Japanese wire service carried by Hong Kong daily.</w:t>
      </w:r>
    </w:p>
    <w:p>
      <w:r>
        <w:rPr>
          <w:b/>
        </w:rPr>
        <w:t>NORTHCOM</w:t>
      </w:r>
    </w:p>
    <w:p>
      <w:r>
        <w:rPr>
          <w:sz w:val="17"/>
          <w:vertAlign w:val="superscript"/>
        </w:rPr>
        <w:t>[74]</w:t>
      </w:r>
      <w:r>
        <w:rPr>
          <w:sz w:val="17"/>
        </w:rPr>
        <w:t xml:space="preserve"> Staff; My Kootenay Now (Vista Radio); "Smith rules out another referendum: 'It is time to move forward together'"; 21 October 2026, 0344Z; </w:t>
      </w:r>
      <w:hyperlink r:id="rId83">
        <w:r>
          <w:rPr>
            <w:color w:val="8A5D00"/>
            <w:sz w:val="17"/>
          </w:rPr>
          <w:t xml:space="preserve">https://www.mykootenaynow.com/77542/news/national/smith-rules-out-another-referendum-it-is-time-to-move-forward-together/</w:t>
        </w:r>
      </w:hyperlink>
      <w:r>
        <w:rPr>
          <w:sz w:val="17"/>
        </w:rPr>
        <w:t>; accessed 21 October 2026; Source descriptor: Canadian regional broadcaster using national wire copy.</w:t>
      </w:r>
    </w:p>
    <w:p>
      <w:r>
        <w:rPr>
          <w:sz w:val="17"/>
          <w:vertAlign w:val="superscript"/>
        </w:rPr>
        <w:t>[75]</w:t>
      </w:r>
      <w:r>
        <w:rPr>
          <w:sz w:val="17"/>
        </w:rPr>
        <w:t xml:space="preserve"> Government of Alberta; "Premier's Address to the Province"; 20 October 2026; </w:t>
      </w:r>
      <w:hyperlink r:id="rId84">
        <w:r>
          <w:rPr>
            <w:color w:val="8A5D00"/>
            <w:sz w:val="17"/>
          </w:rPr>
          <w:t xml:space="preserve">https://www.alberta.ca/premiers-address-to-the-province</w:t>
        </w:r>
      </w:hyperlink>
      <w:r>
        <w:rPr>
          <w:sz w:val="17"/>
        </w:rPr>
        <w:t>; accessed 21 October 2026; Source descriptor: official provincial government.</w:t>
      </w:r>
    </w:p>
    <w:p>
      <w:r>
        <w:rPr>
          <w:sz w:val="17"/>
          <w:vertAlign w:val="superscript"/>
        </w:rPr>
        <w:t>[76]</w:t>
      </w:r>
      <w:r>
        <w:rPr>
          <w:sz w:val="17"/>
        </w:rPr>
        <w:t xml:space="preserve"> Aaron D'Andrea; Global News; "Albertans mixed on other referendum questions after rejecting separation"; 20 October 2026, 0829 (updated 1105; time zone not stated); </w:t>
      </w:r>
      <w:hyperlink r:id="rId85">
        <w:r>
          <w:rPr>
            <w:color w:val="8A5D00"/>
            <w:sz w:val="17"/>
          </w:rPr>
          <w:t xml:space="preserve">https://globalnews.ca/news/12109093/alberta-referendum-separation-other-results/</w:t>
        </w:r>
      </w:hyperlink>
      <w:r>
        <w:rPr>
          <w:sz w:val="17"/>
        </w:rPr>
        <w:t>; accessed 21 October 2026; Source descriptor: major Canadian broadcaster.</w:t>
      </w:r>
    </w:p>
    <w:p>
      <w:r>
        <w:rPr>
          <w:sz w:val="17"/>
          <w:vertAlign w:val="superscript"/>
        </w:rPr>
        <w:t>[77]</w:t>
      </w:r>
      <w:r>
        <w:rPr>
          <w:sz w:val="17"/>
        </w:rPr>
        <w:t xml:space="preserve"> CTVNewsEdmonton.ca Staff; BNN Bloomberg/CTV; "Alberta referendum: Danielle Smith to honour voter mandate. Live updates."; 20 October 2026, 2055 EDT (updated); </w:t>
      </w:r>
      <w:hyperlink r:id="rId86">
        <w:r>
          <w:rPr>
            <w:color w:val="8A5D00"/>
            <w:sz w:val="17"/>
          </w:rPr>
          <w:t xml:space="preserve">https://www.bnnbloomberg.ca/tariffs/2026/10/21/i-will-honour-this-mandate-smith-vows-not-to-hold-another-referendum-on-separation-live-updates/</w:t>
        </w:r>
      </w:hyperlink>
      <w:r>
        <w:rPr>
          <w:sz w:val="17"/>
        </w:rPr>
        <w:t>; accessed 21 October 2026; Source descriptor: major Canadian broadcaster, live blog.</w:t>
      </w:r>
    </w:p>
    <w:p>
      <w:r>
        <w:rPr>
          <w:sz w:val="17"/>
          <w:vertAlign w:val="superscript"/>
        </w:rPr>
        <w:t>[78]</w:t>
      </w:r>
      <w:r>
        <w:rPr>
          <w:sz w:val="17"/>
        </w:rPr>
        <w:t xml:space="preserve"> Redacción Uno TV; UnoTV; "César Jáuregui: audiencia inicial por presunta traición a la patria se reanudará a las 21:00 horas"; 20 October 2026, 1132 CST; </w:t>
      </w:r>
      <w:hyperlink r:id="rId87">
        <w:r>
          <w:rPr>
            <w:color w:val="8A5D00"/>
            <w:sz w:val="17"/>
          </w:rPr>
          <w:t xml:space="preserve">https://www.unotv.com/estados/estado-de-mexico/juez-da-receso-de-12-horas-y-ordena-audiencia-privada-en-caso-de-exfiscal-de-chihuahua/</w:t>
        </w:r>
      </w:hyperlink>
      <w:r>
        <w:rPr>
          <w:sz w:val="17"/>
        </w:rPr>
        <w:t>; accessed 21 October 2026; Source descriptor: Mexican national broadcaster.</w:t>
      </w:r>
    </w:p>
    <w:p>
      <w:r>
        <w:rPr>
          <w:sz w:val="17"/>
          <w:vertAlign w:val="superscript"/>
        </w:rPr>
        <w:t>[79]</w:t>
      </w:r>
      <w:r>
        <w:rPr>
          <w:sz w:val="17"/>
        </w:rPr>
        <w:t xml:space="preserve"> Editor; Entre Líneas; "Comienza presentación de pruebas en la imputación federal contra César Jáuregui"; 20 October 2026; </w:t>
      </w:r>
      <w:hyperlink r:id="rId88">
        <w:r>
          <w:rPr>
            <w:color w:val="8A5D00"/>
            <w:sz w:val="17"/>
          </w:rPr>
          <w:t xml:space="preserve">https://entrelineas.com.mx/comienza-presentacion-de-pruebas-en-la-imputacion-federal-contra-cesar-jauregui/</w:t>
        </w:r>
      </w:hyperlink>
      <w:r>
        <w:rPr>
          <w:sz w:val="17"/>
        </w:rPr>
        <w:t>; accessed 21 October 2026; Source descriptor: Chihuahua regional outlet, moderate reliability.</w:t>
      </w:r>
    </w:p>
    <w:p>
      <w:r>
        <w:rPr>
          <w:sz w:val="17"/>
          <w:vertAlign w:val="superscript"/>
        </w:rPr>
        <w:t>[80]</w:t>
      </w:r>
      <w:r>
        <w:rPr>
          <w:sz w:val="17"/>
        </w:rPr>
        <w:t xml:space="preserve"> Alma E. Muñoz and Lilian Hernández; La Jornada; "Sheinbaum confirma que acuerdo comercial con EU está cerca; nuestro objetivo es que no haya aranceles, dice"; 20 October 2026, 0924 CST (modified 1129); </w:t>
      </w:r>
      <w:hyperlink r:id="rId89">
        <w:r>
          <w:rPr>
            <w:color w:val="8A5D00"/>
            <w:sz w:val="17"/>
          </w:rPr>
          <w:t xml:space="preserve">https://www.jornada.com.mx/noticia/2026/10/20/economia/sheinbaum-confirma-que-acuerdo-comercial-con-eu-esta-cerca-nuestro-objetivo-es-que-no-haya-aranceles-dice</w:t>
        </w:r>
      </w:hyperlink>
      <w:r>
        <w:rPr>
          <w:sz w:val="17"/>
        </w:rPr>
        <w:t>; accessed 21 October 2026; Source descriptor: Mexican national daily, left-leaning.</w:t>
      </w:r>
    </w:p>
    <w:p>
      <w:r>
        <w:rPr>
          <w:sz w:val="17"/>
          <w:vertAlign w:val="superscript"/>
        </w:rPr>
        <w:t>[81]</w:t>
      </w:r>
      <w:r>
        <w:rPr>
          <w:sz w:val="17"/>
        </w:rPr>
        <w:t xml:space="preserve"> National Hurricane Center (Forecasters Pierce and Pasch); NHC; "Tropical Weather Outlook (Atlantic)"; 21 October 2026, 0600Z; </w:t>
      </w:r>
      <w:hyperlink r:id="rId90">
        <w:r>
          <w:rPr>
            <w:color w:val="8A5D00"/>
            <w:sz w:val="17"/>
          </w:rPr>
          <w:t xml:space="preserve">https://www.nhc.noaa.gov/text/refresh/MIATWOAT+shtml/</w:t>
        </w:r>
      </w:hyperlink>
      <w:r>
        <w:rPr>
          <w:sz w:val="17"/>
        </w:rPr>
        <w:t>; accessed 21 October 2026; Source descriptor: official US government.</w:t>
      </w:r>
    </w:p>
    <w:p>
      <w:r>
        <w:rPr>
          <w:sz w:val="17"/>
          <w:vertAlign w:val="superscript"/>
        </w:rPr>
        <w:t>[82]</w:t>
      </w:r>
      <w:r>
        <w:rPr>
          <w:sz w:val="17"/>
        </w:rPr>
        <w:t xml:space="preserve"> National Hurricane Center; NHC; "Tropical Weather Outlook (Eastern North Pacific)"; 21 October 2026, 0600Z; </w:t>
      </w:r>
      <w:hyperlink r:id="rId91">
        <w:r>
          <w:rPr>
            <w:color w:val="8A5D00"/>
            <w:sz w:val="17"/>
          </w:rPr>
          <w:t xml:space="preserve">https://www.nhc.noaa.gov/text/refresh/MIATWOEP+shtml/</w:t>
        </w:r>
      </w:hyperlink>
      <w:r>
        <w:rPr>
          <w:sz w:val="17"/>
        </w:rPr>
        <w:t>; accessed 21 October 2026; Source descriptor: official US government.</w:t>
      </w:r>
    </w:p>
    <w:p>
      <w:r>
        <w:rPr>
          <w:sz w:val="17"/>
          <w:vertAlign w:val="superscript"/>
        </w:rPr>
        <w:t>[83]</w:t>
      </w:r>
      <w:r>
        <w:rPr>
          <w:sz w:val="17"/>
        </w:rPr>
        <w:t xml:space="preserve"> National Hurricane Center; NHC; home page; 21 October 2026, 0920Z; </w:t>
      </w:r>
      <w:hyperlink r:id="rId92">
        <w:r>
          <w:rPr>
            <w:color w:val="8A5D00"/>
            <w:sz w:val="17"/>
          </w:rPr>
          <w:t xml:space="preserve">https://www.nhc.noaa.gov/</w:t>
        </w:r>
      </w:hyperlink>
      <w:r>
        <w:rPr>
          <w:sz w:val="17"/>
        </w:rPr>
        <w:t>; accessed 21 October 2026; Source descriptor: official US government.</w:t>
      </w:r>
    </w:p>
    <w:p>
      <w:r>
        <w:rPr>
          <w:sz w:val="17"/>
          <w:vertAlign w:val="superscript"/>
        </w:rPr>
        <w:t>[84]</w:t>
      </w:r>
      <w:r>
        <w:rPr>
          <w:sz w:val="17"/>
        </w:rPr>
        <w:t xml:space="preserve"> Jacob Gallant; WMC Action News 5; "City council passes resolution calling for ICE, National Guard to leave city"; 20 October 2026, 2017 CDT; </w:t>
      </w:r>
      <w:hyperlink r:id="rId93">
        <w:r>
          <w:rPr>
            <w:color w:val="8A5D00"/>
            <w:sz w:val="17"/>
          </w:rPr>
          <w:t xml:space="preserve">https://www.actionnews5.com/2026/10/21/city-council-passes-resolution-calling-ice-national-guard-leave-city/</w:t>
        </w:r>
      </w:hyperlink>
      <w:r>
        <w:rPr>
          <w:sz w:val="17"/>
        </w:rPr>
        <w:t>; accessed 21 October 2026; Source descriptor: local US television station.</w:t>
      </w:r>
    </w:p>
    <w:p>
      <w:r>
        <w:rPr>
          <w:b/>
        </w:rPr>
        <w:t>SOUTHCOM</w:t>
      </w:r>
    </w:p>
    <w:p>
      <w:r>
        <w:rPr>
          <w:sz w:val="17"/>
          <w:vertAlign w:val="superscript"/>
        </w:rPr>
        <w:t>[85]</w:t>
      </w:r>
      <w:r>
        <w:rPr>
          <w:sz w:val="17"/>
        </w:rPr>
        <w:t xml:space="preserve"> Cristian Díaz; El Diario de Hoy; "Búsqueda de militares de El Salvador en Haití deja pandilleros muertos y 4 heridos de la GSF"; 20 October 2026, 1913 CST; </w:t>
      </w:r>
      <w:hyperlink r:id="rId94">
        <w:r>
          <w:rPr>
            <w:color w:val="8A5D00"/>
            <w:sz w:val="17"/>
          </w:rPr>
          <w:t xml:space="preserve">https://www.eldiariodehoy.com/noticias/nacionales/busqueda-de-militares-de-el-salvador-en-haiti-deja-pandilleros-muertos-y-4-heridos-de-la-gsf/97553/2026/</w:t>
        </w:r>
      </w:hyperlink>
      <w:r>
        <w:rPr>
          <w:sz w:val="17"/>
        </w:rPr>
        <w:t>; accessed 21 October 2026; Source descriptor: Salvadoran national daily.</w:t>
      </w:r>
    </w:p>
    <w:p>
      <w:r>
        <w:rPr>
          <w:sz w:val="17"/>
          <w:vertAlign w:val="superscript"/>
        </w:rPr>
        <w:t>[86]</w:t>
      </w:r>
      <w:r>
        <w:rPr>
          <w:sz w:val="17"/>
        </w:rPr>
        <w:t xml:space="preserve"> Staff; Diario Libre; "Militares desaparecidos en Haití habrían salido de compras antes de caer en una emboscada"; 20 October 2026, 1105 AST; </w:t>
      </w:r>
      <w:hyperlink r:id="rId95">
        <w:r>
          <w:rPr>
            <w:color w:val="8A5D00"/>
            <w:sz w:val="17"/>
          </w:rPr>
          <w:t xml:space="preserve">https://www.diariolibre.com/mundo/haiti/2026/10/20/militares-desaparecidos-en-haiti-de-compras-antes-de-emboscada/3694688</w:t>
        </w:r>
      </w:hyperlink>
      <w:r>
        <w:rPr>
          <w:sz w:val="17"/>
        </w:rPr>
        <w:t>; accessed 21 October 2026; Source descriptor: Dominican daily citing the Washington Post and a UN official.</w:t>
      </w:r>
    </w:p>
    <w:p>
      <w:r>
        <w:rPr>
          <w:sz w:val="17"/>
          <w:vertAlign w:val="superscript"/>
        </w:rPr>
        <w:t>[87]</w:t>
      </w:r>
      <w:r>
        <w:rPr>
          <w:sz w:val="17"/>
        </w:rPr>
        <w:t xml:space="preserve"> Christina Thykjaer; Euronews (Spanish); "Colombia: De la Espriella ordena una ofensiva militar contra el ELN y las disidencias de las FARC"; 20 October 2026, 0823 CEST; </w:t>
      </w:r>
      <w:hyperlink r:id="rId96">
        <w:r>
          <w:rPr>
            <w:color w:val="8A5D00"/>
            <w:sz w:val="17"/>
          </w:rPr>
          <w:t xml:space="preserve">https://es.euronews.com/2026/10/20/colombia-ofensiva-total-eln-disidencias-farc</w:t>
        </w:r>
      </w:hyperlink>
      <w:r>
        <w:rPr>
          <w:sz w:val="17"/>
        </w:rPr>
        <w:t>; accessed 21 October 2026; Source descriptor: European broadcaster.</w:t>
      </w:r>
    </w:p>
    <w:p>
      <w:r>
        <w:rPr>
          <w:sz w:val="17"/>
          <w:vertAlign w:val="superscript"/>
        </w:rPr>
        <w:t>[88]</w:t>
      </w:r>
      <w:r>
        <w:rPr>
          <w:sz w:val="17"/>
        </w:rPr>
        <w:t xml:space="preserve"> Europa Press; Infobae; "Machado pide a la población sumarse a las protestas del jueves para pedir elecciones presidenciales"; 21 October 2026, 0332 EST; </w:t>
      </w:r>
      <w:hyperlink r:id="rId97">
        <w:r>
          <w:rPr>
            <w:color w:val="8A5D00"/>
            <w:sz w:val="17"/>
          </w:rPr>
          <w:t xml:space="preserve">https://www.infobae.com/america/agencias/2026/10/21/machado-pide-a-la-poblacion-sumarse-a-las-protestas-del-jueves-para-pedir-elecciones-presidenciales/</w:t>
        </w:r>
      </w:hyperlink>
      <w:r>
        <w:rPr>
          <w:sz w:val="17"/>
        </w:rPr>
        <w:t>; accessed 21 October 2026; Source descriptor: Spanish wire service carried by regional digital outlet.</w:t>
      </w:r>
    </w:p>
    <w:p>
      <w:r>
        <w:rPr>
          <w:sz w:val="17"/>
          <w:vertAlign w:val="superscript"/>
        </w:rPr>
        <w:t>[89]</w:t>
      </w:r>
      <w:r>
        <w:rPr>
          <w:sz w:val="17"/>
        </w:rPr>
        <w:t xml:space="preserve"> Redacción; El Universo; "Daniel Noboa y Keiko Fujimori acuerdan fortalecer la cooperación contra el crimen organizado y los efectos de El Niño"; 20 October 2026, 1951Z; </w:t>
      </w:r>
      <w:hyperlink r:id="rId98">
        <w:r>
          <w:rPr>
            <w:color w:val="8A5D00"/>
            <w:sz w:val="17"/>
          </w:rPr>
          <w:t xml:space="preserve">https://www.eluniverso.com/politica/ejecutivo/daniel-noboa-y-keiko-fujimori-acuerdan-fortalecer-la-cooperacion-contra-el-crimen-organizado-y-los-efectos-de-el-nino-nota/</w:t>
        </w:r>
      </w:hyperlink>
      <w:r>
        <w:rPr>
          <w:sz w:val="17"/>
        </w:rPr>
        <w:t>; accessed 21 October 2026; Source descriptor: Ecuadorian national daily.</w:t>
      </w:r>
    </w:p>
    <w:p>
      <w:r>
        <w:rPr>
          <w:sz w:val="17"/>
          <w:vertAlign w:val="superscript"/>
        </w:rPr>
        <w:t>[90]</w:t>
      </w:r>
      <w:r>
        <w:rPr>
          <w:sz w:val="17"/>
        </w:rPr>
        <w:t xml:space="preserve"> Yuri Gomes; O Povo; "Quaest divulga nova pesquisa do 2° turno entre Lula e Flávio"; 20 October 2026, 1704 BRT; </w:t>
      </w:r>
      <w:hyperlink r:id="rId99">
        <w:r>
          <w:rPr>
            <w:color w:val="8A5D00"/>
            <w:sz w:val="17"/>
          </w:rPr>
          <w:t xml:space="preserve">https://www.opovo.com.br/noticias/politica/eleicoes/2026/10/20/quaest-divulga-nova-pesquisa-do-2-turno-entre-lula-e-flavio.html</w:t>
        </w:r>
      </w:hyperlink>
      <w:r>
        <w:rPr>
          <w:sz w:val="17"/>
        </w:rPr>
        <w:t>; accessed 21 October 2026; Source descriptor: Brazilian regional daily.</w:t>
      </w:r>
    </w:p>
    <w:p>
      <w:r>
        <w:rPr>
          <w:sz w:val="17"/>
          <w:vertAlign w:val="superscript"/>
        </w:rPr>
        <w:t>[91]</w:t>
      </w:r>
      <w:r>
        <w:rPr>
          <w:sz w:val="17"/>
        </w:rPr>
        <w:t xml:space="preserve"> Staff; InSight Crime; "US Alleged Drug Boat Strikes: Latest Updates, Timeline, and Total Number (2025–2026)"; updated 5 October 2026; </w:t>
      </w:r>
      <w:hyperlink r:id="rId100">
        <w:r>
          <w:rPr>
            <w:color w:val="8A5D00"/>
            <w:sz w:val="17"/>
          </w:rPr>
          <w:t xml:space="preserve">https://insightcrime.org/news/timeline-us-strikes-against-alleged-drug-boats/</w:t>
        </w:r>
      </w:hyperlink>
      <w:r>
        <w:rPr>
          <w:sz w:val="17"/>
        </w:rPr>
        <w:t>; accessed 21 October 2026; Source descriptor: specialist research organisation; reference timeline outside the window.</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boston25news.com/news/world/drone-strike-market/DDEECDDNX46UNCYLVOFT25SIKU/" TargetMode="External"/><Relationship Id="rId11" Type="http://schemas.openxmlformats.org/officeDocument/2006/relationships/hyperlink" Target="https://theprint.in/world/south-sudan-says-sudanese-drone-attack-killed-scores-in-abyei-market/3076847/" TargetMode="External"/><Relationship Id="rId12" Type="http://schemas.openxmlformats.org/officeDocument/2006/relationships/hyperlink" Target="https://www.aljazeera.com/news/2026/10/21/drone-attack-in-disputed-sudan-south-sudan-border-region-kills-at-least-153" TargetMode="External"/><Relationship Id="rId13" Type="http://schemas.openxmlformats.org/officeDocument/2006/relationships/hyperlink" Target="https://www.thenationalnews.com/news/mena/2026/10/21/sudanese-army-accused-of-drone-strike-in-abyei-region-as-death-toll-rises-to-153/" TargetMode="External"/><Relationship Id="rId14" Type="http://schemas.openxmlformats.org/officeDocument/2006/relationships/hyperlink" Target="https://www.yahoo.com/news/world/articles/kenya-confirms-ninth-ebola-case-173126779.html" TargetMode="External"/><Relationship Id="rId15" Type="http://schemas.openxmlformats.org/officeDocument/2006/relationships/hyperlink" Target="https://www.africanews.com/2026/10/20/breaking-nigeria-records-first-ebola-case-of-africas-latest-outbreak/" TargetMode="External"/><Relationship Id="rId16" Type="http://schemas.openxmlformats.org/officeDocument/2006/relationships/hyperlink" Target="https://www.okayafrica.com/today-in-africa-october-20-2026-drone-strike-kills-more-than-150-near-sudan-south-sudan-border-dangote-plans-free-refinery-shares-for-nearly-778000-women/1440901" TargetMode="External"/><Relationship Id="rId17" Type="http://schemas.openxmlformats.org/officeDocument/2006/relationships/hyperlink" Target="https://www.cp24.com/news/world/2026/10/20/attack-by-islamic-state-affiliated-group-in-mali-kills-48-people/" TargetMode="External"/><Relationship Id="rId18" Type="http://schemas.openxmlformats.org/officeDocument/2006/relationships/hyperlink" Target="https://www.africanews.com/2026/10/20/ethiopia-pm-warns-eritrea-of-severe-consequences-if-supports-enemies/" TargetMode="External"/><Relationship Id="rId19" Type="http://schemas.openxmlformats.org/officeDocument/2006/relationships/hyperlink" Target="https://europeansting.com/2026/10/20/un-condemns-deadly-wave-of-drone-strikes-in-war-torn-sudan/" TargetMode="External"/><Relationship Id="rId20" Type="http://schemas.openxmlformats.org/officeDocument/2006/relationships/hyperlink" Target="https://www.securitycouncilreport.org/whatsinblue/2026/10/sudan-briefing-and-consultations-14.php" TargetMode="External"/><Relationship Id="rId21" Type="http://schemas.openxmlformats.org/officeDocument/2006/relationships/hyperlink" Target="https://www.africanews.com/2026/10/21/burkina-faso-reinstates-death-penalty-justice-ministry/" TargetMode="External"/><Relationship Id="rId22" Type="http://schemas.openxmlformats.org/officeDocument/2006/relationships/hyperlink" Target="https://www.devdiscourse.com/article/international/3995610-projectile-strikes-tanker-west-of-omans-bukha-overlooking-hormuz-strait-ukmto-says" TargetMode="External"/><Relationship Id="rId23" Type="http://schemas.openxmlformats.org/officeDocument/2006/relationships/hyperlink" Target="https://gcaptain.com/iran-claims-more-tankers-hit-mines-in-hormuz-but-evidence-remains-elusive/" TargetMode="External"/><Relationship Id="rId24" Type="http://schemas.openxmlformats.org/officeDocument/2006/relationships/hyperlink" Target="https://english.news.cn/20261021/0fb02e6579c84b5284058528b71681ee/c.html" TargetMode="External"/><Relationship Id="rId25" Type="http://schemas.openxmlformats.org/officeDocument/2006/relationships/hyperlink" Target="https://www.jpost.com/middle-east/iran-news/article-912360" TargetMode="External"/><Relationship Id="rId26" Type="http://schemas.openxmlformats.org/officeDocument/2006/relationships/hyperlink" Target="https://www.jpost.com/middle-east/iran-news/article-912315" TargetMode="External"/><Relationship Id="rId27" Type="http://schemas.openxmlformats.org/officeDocument/2006/relationships/hyperlink" Target="https://english.alarabiya.net/News/middle-east/2026/10/20/iran-prolongs-talks-in-stalemate-to-influence-us-midterms-officials-say" TargetMode="External"/><Relationship Id="rId28" Type="http://schemas.openxmlformats.org/officeDocument/2006/relationships/hyperlink" Target="https://www.nation.com.pk/21-Oct-2026/pakistan-army-chief-iran-s-president-discuss-mediation-efforts-tehran-meeting" TargetMode="External"/><Relationship Id="rId29" Type="http://schemas.openxmlformats.org/officeDocument/2006/relationships/hyperlink" Target="https://theprint.in/world/irans-nournews-says-qatari-delegation-arrives-in-tehran/3077306/" TargetMode="External"/><Relationship Id="rId30" Type="http://schemas.openxmlformats.org/officeDocument/2006/relationships/hyperlink" Target="https://www.israelhayom.com/2026/10/20/third-us-aircraft-carrier-heads-to-middle-east-as-oil-prices-surge-iran-weighs-compromise-deal/" TargetMode="External"/><Relationship Id="rId31" Type="http://schemas.openxmlformats.org/officeDocument/2006/relationships/hyperlink" Target="https://www.thenationalnews.com/news/mena/2026/10/21/iraq-closes-major-border-crossing-with-iran-over-security-arrangements-says-official/" TargetMode="External"/><Relationship Id="rId32" Type="http://schemas.openxmlformats.org/officeDocument/2006/relationships/hyperlink" Target="https://en.964media.com/54022/" TargetMode="External"/><Relationship Id="rId33" Type="http://schemas.openxmlformats.org/officeDocument/2006/relationships/hyperlink" Target="https://www.devdiscourse.com/article/international/3995588-missile-fired-at-iranian-kurdish-opposition-camp-near-iraqs-erbil-security-sources-say" TargetMode="External"/><Relationship Id="rId34" Type="http://schemas.openxmlformats.org/officeDocument/2006/relationships/hyperlink" Target="https://www.thenationalnews.com/news/mena/2026/10/20/iran-says-iraq-has-agreed-to-expel-iranian-kurdish-opposition-groups-from-kurdistan-region/" TargetMode="External"/><Relationship Id="rId35" Type="http://schemas.openxmlformats.org/officeDocument/2006/relationships/hyperlink" Target="https://tribune.com.pk/story/2636072/saudi-led-coalition-says-it-intercepted-drones-targeting-kingdom" TargetMode="External"/><Relationship Id="rId36" Type="http://schemas.openxmlformats.org/officeDocument/2006/relationships/hyperlink" Target="https://today.lorientlejour.com/article/1551458/2-pm-recap-israeli-accuses-the-lebanese-army-israel-lebanon-negotiations-in-tampa-palestinians-fleeing-lebanon-capsize-in-mediterranean.html" TargetMode="External"/><Relationship Id="rId37" Type="http://schemas.openxmlformats.org/officeDocument/2006/relationships/hyperlink" Target="https://www.aljazeera.com/news/2026/10/20/yemens-taiz-faces-deadly-siege-as-shabwah-death-toll-rises" TargetMode="External"/><Relationship Id="rId38" Type="http://schemas.openxmlformats.org/officeDocument/2006/relationships/hyperlink" Target="https://www.dailywaadaa.com/world/2026/10/21/death-toll-from-houthi-strike-on-yemen-govt-camp-rises-to-73" TargetMode="External"/><Relationship Id="rId39" Type="http://schemas.openxmlformats.org/officeDocument/2006/relationships/hyperlink" Target="https://www.uniindia.com/world/conflict-yemen-houthis-20df7/220018" TargetMode="External"/><Relationship Id="rId40" Type="http://schemas.openxmlformats.org/officeDocument/2006/relationships/hyperlink" Target="https://www.tbsnews.net/worldbiz/middle-east/iran-says-saudi-arabia-houthis-have-not-answered-mediation-offer-1578896" TargetMode="External"/><Relationship Id="rId41" Type="http://schemas.openxmlformats.org/officeDocument/2006/relationships/hyperlink" Target="http://www.jpost.com/middle-east/article-912312" TargetMode="External"/><Relationship Id="rId42" Type="http://schemas.openxmlformats.org/officeDocument/2006/relationships/hyperlink" Target="https://www.malaymail.com/news/world/2026/10/21/seven-palestinians-killed-in-israeli-strikes-across-gaza-despite-ceasefire/239964" TargetMode="External"/><Relationship Id="rId43" Type="http://schemas.openxmlformats.org/officeDocument/2006/relationships/hyperlink" Target="http://www.jpost.com/middle-east/iran-news/2026-10-21/live-updates-912356" TargetMode="External"/><Relationship Id="rId44" Type="http://schemas.openxmlformats.org/officeDocument/2006/relationships/hyperlink" Target="https://english.globalarabnetwork.com/2026/10/20/damascus-alarmed-by-potential-druze-insurgency-in-suwayda/" TargetMode="External"/><Relationship Id="rId45" Type="http://schemas.openxmlformats.org/officeDocument/2006/relationships/hyperlink" Target="https://www.nation.com.pk/21-Oct-2026/province-siege" TargetMode="External"/><Relationship Id="rId46" Type="http://schemas.openxmlformats.org/officeDocument/2006/relationships/hyperlink" Target="https://kyivindependent.com/us-envoy-steve-witkoff-lands-in-st-petersburg-for-russia-peace-talks-2/" TargetMode="External"/><Relationship Id="rId47" Type="http://schemas.openxmlformats.org/officeDocument/2006/relationships/hyperlink" Target="https://www.themoscowtimes.com/2026/10/21/witkoff-arrives-in-st-petersburg-for-meeting-with-putin-a94037" TargetMode="External"/><Relationship Id="rId48" Type="http://schemas.openxmlformats.org/officeDocument/2006/relationships/hyperlink" Target="https://abcnews.com/International/witkoff-arrives-st-petersburg-putin-talks-kremlin-aide/story?id=137438106" TargetMode="External"/><Relationship Id="rId49" Type="http://schemas.openxmlformats.org/officeDocument/2006/relationships/hyperlink" Target="https://www.aljazeera.com/news/2026/10/20/i-dont-care-how-its-done-trump-pressures-ukraine-to-cut-peace-deal" TargetMode="External"/><Relationship Id="rId50" Type="http://schemas.openxmlformats.org/officeDocument/2006/relationships/hyperlink" Target="https://www.euronews.com/2026/10/21/diplomatic-damage-control-in-oslo-as-zelenskyy-says-us-intelligence-sharing-restored" TargetMode="External"/><Relationship Id="rId51" Type="http://schemas.openxmlformats.org/officeDocument/2006/relationships/hyperlink" Target="https://kyivindependent.com/russian-attacks-kill-at-least-9-wound-45-across-ukraine-as-yet-another-deadly-drone-attack-strikes-kyiv/" TargetMode="External"/><Relationship Id="rId52" Type="http://schemas.openxmlformats.org/officeDocument/2006/relationships/hyperlink" Target="https://newsukraine.rbc.ua/news/ballistic-missiles-get-through-how-ukraine-1792563253.html" TargetMode="External"/><Relationship Id="rId53" Type="http://schemas.openxmlformats.org/officeDocument/2006/relationships/hyperlink" Target="https://kyivindependent.com/russian-drones-kill-2-in-kharkiv-oblast-strike-university-building-in-kremenchuk/" TargetMode="External"/><Relationship Id="rId54" Type="http://schemas.openxmlformats.org/officeDocument/2006/relationships/hyperlink" Target="https://kyivindependent.com/russian-drones-strike-kyiv-hospital-injure-5-across-the-city/" TargetMode="External"/><Relationship Id="rId55" Type="http://schemas.openxmlformats.org/officeDocument/2006/relationships/hyperlink" Target="https://kyivindependent.com/nato-to-bolster-black-sea-presence-with-patrol-aircraft-drones-after-attacks-on-commercial-ships/" TargetMode="External"/><Relationship Id="rId56" Type="http://schemas.openxmlformats.org/officeDocument/2006/relationships/hyperlink" Target="https://www.euronews.com/2026/10/20/kallas-russian-black-sea-strikes-deepen-perfect-storm-for-world-food-supplies" TargetMode="External"/><Relationship Id="rId57" Type="http://schemas.openxmlformats.org/officeDocument/2006/relationships/hyperlink" Target="https://kyivindependent.com/hungary-blocks-final-2-of-6-membership-to-do-lists-for-ukraine-and-moldova-no-explanation-given/" TargetMode="External"/><Relationship Id="rId58" Type="http://schemas.openxmlformats.org/officeDocument/2006/relationships/hyperlink" Target="https://www.abc.net.au/news/2026-10-21/troops-deployed-and-curfews-implemented-to-quell-france-riots/107290576" TargetMode="External"/><Relationship Id="rId59" Type="http://schemas.openxmlformats.org/officeDocument/2006/relationships/hyperlink" Target="https://www.euronews.com/2026/10/21/europe-today-france-to-deploy-army-before-weekend-protests-as-italy-tightens-powers" TargetMode="External"/><Relationship Id="rId60" Type="http://schemas.openxmlformats.org/officeDocument/2006/relationships/hyperlink" Target="https://www.euronews.com/2026/10/21/new-romanian-prime-minister-luca-niculescu-and-cabinet-members-sworn-in" TargetMode="External"/><Relationship Id="rId61" Type="http://schemas.openxmlformats.org/officeDocument/2006/relationships/hyperlink" Target="https://oc-media.org/georgia-claims-eu-criticism-of-opposition-ban-is-interfering-in-internal-affairs/" TargetMode="External"/><Relationship Id="rId62" Type="http://schemas.openxmlformats.org/officeDocument/2006/relationships/hyperlink" Target="https://kyivindependent.com/ukrainian-forces-reportedly-strike-energy-infrastructure-in-occupied-donetsk-oblast-blackouts-in-crimea/" TargetMode="External"/><Relationship Id="rId63" Type="http://schemas.openxmlformats.org/officeDocument/2006/relationships/hyperlink" Target="https://kyivindependent.com/ukraine-war-latest-drone-strikes-on-yandex-data-centers-disrupt-russian-court-hearings-media-reports/" TargetMode="External"/><Relationship Id="rId64" Type="http://schemas.openxmlformats.org/officeDocument/2006/relationships/hyperlink" Target="https://whbl.com/2026/10/21/north-korean-army-chief-inspects-border-with-south-korea-says-troops-must-act-if-enemy-provokes/" TargetMode="External"/><Relationship Id="rId65" Type="http://schemas.openxmlformats.org/officeDocument/2006/relationships/hyperlink" Target="https://www.koreatimes.co.kr/foreignaffairs/northkorea/20261021/nk-leaders-sister-military-marshal-inspect-border-fortification-site-warn-of-overwhelming-responses" TargetMode="External"/><Relationship Id="rId66" Type="http://schemas.openxmlformats.org/officeDocument/2006/relationships/hyperlink" Target="https://en.sedaily.com/politics/2026/10/21/kim-yo-jong-vows-immediate-retaliation-at-border" TargetMode="External"/><Relationship Id="rId67" Type="http://schemas.openxmlformats.org/officeDocument/2006/relationships/hyperlink" Target="https://www.taiwannews.com.tw/news/6462120" TargetMode="External"/><Relationship Id="rId68" Type="http://schemas.openxmlformats.org/officeDocument/2006/relationships/hyperlink" Target="https://www.scmp.com/news/china/politics/article/3371525/chinese-military-vessels-and-spy-drones-track-keen-sword-war-games-japan" TargetMode="External"/><Relationship Id="rId69" Type="http://schemas.openxmlformats.org/officeDocument/2006/relationships/hyperlink" Target="https://www.mod.go.jp/js/pdf/2026/p20261020_01.pdf" TargetMode="External"/><Relationship Id="rId70" Type="http://schemas.openxmlformats.org/officeDocument/2006/relationships/hyperlink" Target="https://www.globaltimes.cn/page/202610/1372657.shtml" TargetMode="External"/><Relationship Id="rId71" Type="http://schemas.openxmlformats.org/officeDocument/2006/relationships/hyperlink" Target="https://www.philstar.com/headlines/2026/10/21/2564765/china-says-tracked-us-navy-ship-disputed-waters" TargetMode="External"/><Relationship Id="rId72" Type="http://schemas.openxmlformats.org/officeDocument/2006/relationships/hyperlink" Target="https://www.thestandard.com.hk/china/article/345927/Chinese-navy-says-US-ship-near-Sabina-Shoal-jeopardized-maritime-security" TargetMode="External"/><Relationship Id="rId73" Type="http://schemas.openxmlformats.org/officeDocument/2006/relationships/hyperlink" Target="https://www.chinadailyasia.com/hk/article/641391" TargetMode="External"/><Relationship Id="rId74" Type="http://schemas.openxmlformats.org/officeDocument/2006/relationships/hyperlink" Target="https://www.philstar.com/headlines/2026/10/20/2564550/second-senate-resolution-seeking-china-ambassadors-expulsion-filed" TargetMode="External"/><Relationship Id="rId75" Type="http://schemas.openxmlformats.org/officeDocument/2006/relationships/hyperlink" Target="https://www.philstar.com/headlines/2026/10/21/2564730/palace-envoy-row-apology-cant-be-forced" TargetMode="External"/><Relationship Id="rId76" Type="http://schemas.openxmlformats.org/officeDocument/2006/relationships/hyperlink" Target="https://www.philstar.com/headlines/2026/10/21/2564729/marcos-japan-pm-discuss-bilateral-ties-asean-summit" TargetMode="External"/><Relationship Id="rId77" Type="http://schemas.openxmlformats.org/officeDocument/2006/relationships/hyperlink" Target="https://focustaiwan.tw/politics/202610200022" TargetMode="External"/><Relationship Id="rId78" Type="http://schemas.openxmlformats.org/officeDocument/2006/relationships/hyperlink" Target="https://www.taiwannews.com.tw/en/news/6462347" TargetMode="External"/><Relationship Id="rId79" Type="http://schemas.openxmlformats.org/officeDocument/2006/relationships/hyperlink" Target="https://aninews.in/news/world/asia/ties-with-pakistan-can-help-us-discourage-things-india-is-worried-about-marco-rubio20261020222151" TargetMode="External"/><Relationship Id="rId80" Type="http://schemas.openxmlformats.org/officeDocument/2006/relationships/hyperlink" Target="https://aninews.in/news/world/asia/as-close-as-you-can-be-marco-rubio-says-india-us-trade-deal-nearing-completion-announcement-expected-soon20261020171655" TargetMode="External"/><Relationship Id="rId81" Type="http://schemas.openxmlformats.org/officeDocument/2006/relationships/hyperlink" Target="https://aninews.in/news/world/asia/connectivity-must-respect-sovereignty-territorial-integrity-of-all-countries-defence-minister-rajnath-singh-at-sco-meet20261020143930" TargetMode="External"/><Relationship Id="rId82" Type="http://schemas.openxmlformats.org/officeDocument/2006/relationships/hyperlink" Target="https://www.scmp.com/news/asia/east-asia/article/3371567/japan-takaichis-first-year-leadership-style-threatens-hold-power" TargetMode="External"/><Relationship Id="rId83" Type="http://schemas.openxmlformats.org/officeDocument/2006/relationships/hyperlink" Target="https://www.mykootenaynow.com/77542/news/national/smith-rules-out-another-referendum-it-is-time-to-move-forward-together/" TargetMode="External"/><Relationship Id="rId84" Type="http://schemas.openxmlformats.org/officeDocument/2006/relationships/hyperlink" Target="https://www.alberta.ca/premiers-address-to-the-province" TargetMode="External"/><Relationship Id="rId85" Type="http://schemas.openxmlformats.org/officeDocument/2006/relationships/hyperlink" Target="https://globalnews.ca/news/12109093/alberta-referendum-separation-other-results/" TargetMode="External"/><Relationship Id="rId86" Type="http://schemas.openxmlformats.org/officeDocument/2006/relationships/hyperlink" Target="https://www.bnnbloomberg.ca/tariffs/2026/10/21/i-will-honour-this-mandate-smith-vows-not-to-hold-another-referendum-on-separation-live-updates/" TargetMode="External"/><Relationship Id="rId87" Type="http://schemas.openxmlformats.org/officeDocument/2006/relationships/hyperlink" Target="https://www.unotv.com/estados/estado-de-mexico/juez-da-receso-de-12-horas-y-ordena-audiencia-privada-en-caso-de-exfiscal-de-chihuahua/" TargetMode="External"/><Relationship Id="rId88" Type="http://schemas.openxmlformats.org/officeDocument/2006/relationships/hyperlink" Target="https://entrelineas.com.mx/comienza-presentacion-de-pruebas-en-la-imputacion-federal-contra-cesar-jauregui/" TargetMode="External"/><Relationship Id="rId89" Type="http://schemas.openxmlformats.org/officeDocument/2006/relationships/hyperlink" Target="https://www.jornada.com.mx/noticia/2026/10/20/economia/sheinbaum-confirma-que-acuerdo-comercial-con-eu-esta-cerca-nuestro-objetivo-es-que-no-haya-aranceles-dice" TargetMode="External"/><Relationship Id="rId90" Type="http://schemas.openxmlformats.org/officeDocument/2006/relationships/hyperlink" Target="https://www.nhc.noaa.gov/text/refresh/MIATWOAT+shtml/" TargetMode="External"/><Relationship Id="rId91" Type="http://schemas.openxmlformats.org/officeDocument/2006/relationships/hyperlink" Target="https://www.nhc.noaa.gov/text/refresh/MIATWOEP+shtml/" TargetMode="External"/><Relationship Id="rId92" Type="http://schemas.openxmlformats.org/officeDocument/2006/relationships/hyperlink" Target="https://www.nhc.noaa.gov/" TargetMode="External"/><Relationship Id="rId93" Type="http://schemas.openxmlformats.org/officeDocument/2006/relationships/hyperlink" Target="https://www.actionnews5.com/2026/10/21/city-council-passes-resolution-calling-ice-national-guard-leave-city/" TargetMode="External"/><Relationship Id="rId94" Type="http://schemas.openxmlformats.org/officeDocument/2006/relationships/hyperlink" Target="https://www.eldiariodehoy.com/noticias/nacionales/busqueda-de-militares-de-el-salvador-en-haiti-deja-pandilleros-muertos-y-4-heridos-de-la-gsf/97553/2026/" TargetMode="External"/><Relationship Id="rId95" Type="http://schemas.openxmlformats.org/officeDocument/2006/relationships/hyperlink" Target="https://www.diariolibre.com/mundo/haiti/2026/10/20/militares-desaparecidos-en-haiti-de-compras-antes-de-emboscada/3694688" TargetMode="External"/><Relationship Id="rId96" Type="http://schemas.openxmlformats.org/officeDocument/2006/relationships/hyperlink" Target="https://es.euronews.com/2026/10/20/colombia-ofensiva-total-eln-disidencias-farc" TargetMode="External"/><Relationship Id="rId97" Type="http://schemas.openxmlformats.org/officeDocument/2006/relationships/hyperlink" Target="https://www.infobae.com/america/agencias/2026/10/21/machado-pide-a-la-poblacion-sumarse-a-las-protestas-del-jueves-para-pedir-elecciones-presidenciales/" TargetMode="External"/><Relationship Id="rId98" Type="http://schemas.openxmlformats.org/officeDocument/2006/relationships/hyperlink" Target="https://www.eluniverso.com/politica/ejecutivo/daniel-noboa-y-keiko-fujimori-acuerdan-fortalecer-la-cooperacion-contra-el-crimen-organizado-y-los-efectos-de-el-nino-nota/" TargetMode="External"/><Relationship Id="rId99" Type="http://schemas.openxmlformats.org/officeDocument/2006/relationships/hyperlink" Target="https://www.opovo.com.br/noticias/politica/eleicoes/2026/10/20/quaest-divulga-nova-pesquisa-do-2-turno-entre-lula-e-flavio.html" TargetMode="External"/><Relationship Id="rId100" Type="http://schemas.openxmlformats.org/officeDocument/2006/relationships/hyperlink" Target="https://insightcrime.org/news/timeline-us-strikes-against-alleged-drug-bo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